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2025年近代试题库及答案</w:t>
      </w:r>
    </w:p>
    <w:p>
      <w:r>
        <w:br/>
        <w:t>一、单项选择题（共10题，每题2分，共20分）</w:t>
        <w:br/>
        <w:br/>
        <w:t>1. 中国近代史的开端标志是：</w:t>
        <w:br/>
        <w:br/>
        <w:t>A. 虎门销烟</w:t>
        <w:br/>
        <w:br/>
        <w:t>B. 第一次鸦片战争</w:t>
        <w:br/>
        <w:br/>
        <w:t>C. 第二次鸦片战争</w:t>
        <w:br/>
        <w:br/>
        <w:t>D. 甲午中日战争</w:t>
        <w:br/>
        <w:br/>
        <w:t>2. 《南京条约》签订于：</w:t>
        <w:br/>
        <w:br/>
        <w:t>A. 1840年</w:t>
        <w:br/>
        <w:br/>
        <w:t>B. 1842年</w:t>
        <w:br/>
        <w:br/>
        <w:t>C. 1856年</w:t>
        <w:br/>
        <w:br/>
        <w:t>D. 1860年</w:t>
        <w:br/>
        <w:br/>
        <w:t>3. 洋务运动的主要代表人物不包括：</w:t>
        <w:br/>
        <w:br/>
        <w:t>A. 曾国藩</w:t>
        <w:br/>
        <w:br/>
        <w:t>B. 李鸿章</w:t>
        <w:br/>
        <w:br/>
        <w:t>C. 左宗棠</w:t>
        <w:br/>
        <w:br/>
        <w:t>D. 康有为</w:t>
        <w:br/>
        <w:br/>
        <w:t>4. 戊戌变法发生在：</w:t>
        <w:br/>
        <w:br/>
        <w:t>A. 1895年</w:t>
        <w:br/>
        <w:br/>
        <w:t>B. 1898年</w:t>
        <w:br/>
        <w:br/>
        <w:t>C. 1900年</w:t>
        <w:br/>
        <w:br/>
        <w:t>D. 1901年</w:t>
        <w:br/>
        <w:br/>
        <w:t>5. 辛亥革命爆发于：</w:t>
        <w:br/>
        <w:br/>
        <w:t>A. 1905年</w:t>
        <w:br/>
        <w:br/>
        <w:t>B. 1911年</w:t>
        <w:br/>
        <w:br/>
        <w:t>C. 1915年</w:t>
        <w:br/>
        <w:br/>
        <w:t>D. 1919年</w:t>
        <w:br/>
        <w:br/>
        <w:t>6. 新文化运动的主要阵地是：</w:t>
        <w:br/>
        <w:br/>
        <w:t>A. 《时务报》</w:t>
        <w:br/>
        <w:br/>
        <w:t>B. 《国闻报》</w:t>
        <w:br/>
        <w:br/>
        <w:t>C. 《新青年》</w:t>
        <w:br/>
        <w:br/>
        <w:t>D. 《民报》</w:t>
        <w:br/>
        <w:br/>
        <w:t>7. 五四运动爆发的直接导火索是：</w:t>
        <w:br/>
        <w:br/>
        <w:t>A. 巴黎和会中国外交失败</w:t>
        <w:br/>
        <w:br/>
        <w:t>B. 袁世凯接受"二十一条"</w:t>
        <w:br/>
        <w:br/>
        <w:t>C. 张勋复辟</w:t>
        <w:br/>
        <w:br/>
        <w:t>D. 段祺瑞政府签订《中日共同防敌军事协定》</w:t>
        <w:br/>
        <w:br/>
        <w:t>8. 中国共产党成立于：</w:t>
        <w:br/>
        <w:br/>
        <w:t>A. 1919年</w:t>
        <w:br/>
        <w:br/>
        <w:t>B. 1920年</w:t>
        <w:br/>
        <w:br/>
        <w:t>C. 1921年</w:t>
        <w:br/>
        <w:br/>
        <w:t>D. 1922年</w:t>
        <w:br/>
        <w:br/>
        <w:t>9. 国共第一次合作形成的标志是：</w:t>
        <w:br/>
        <w:br/>
        <w:t>A. 中共一大</w:t>
        <w:br/>
        <w:br/>
        <w:t>B. 中共二大</w:t>
        <w:br/>
        <w:br/>
        <w:t>C. 中国国民党一大</w:t>
        <w:br/>
        <w:br/>
        <w:t>D. 黄埔军校成立</w:t>
        <w:br/>
        <w:br/>
        <w:t>10. 九一八事变发生在：</w:t>
        <w:br/>
        <w:br/>
        <w:t>A. 1930年</w:t>
        <w:br/>
        <w:br/>
        <w:t>B. 1931年</w:t>
        <w:br/>
        <w:br/>
        <w:t>C. 1932年</w:t>
        <w:br/>
        <w:br/>
        <w:t>D. 1937年</w:t>
        <w:br/>
        <w:br/>
        <w:t>二、填空题（共5题，每题2分，共10分）</w:t>
        <w:br/>
        <w:br/>
        <w:t>1. 中国近代史上第一个不平等条约是《________》。</w:t>
        <w:br/>
        <w:br/>
        <w:t>2. 洋务运动提出的口号是"自强"和"________"。</w:t>
        <w:br/>
        <w:br/>
        <w:t>3. 1895年，康有为、梁启超等人发起的变法运动被称为"________"。</w:t>
        <w:br/>
        <w:br/>
        <w:t>4. 1919年5月4日，北京学生举行示威游行，反对巴黎和会决定将________转让给日本。</w:t>
        <w:br/>
        <w:br/>
        <w:t>5. 1937年7月7日，日军在________发动事变，标志着全面抗战的开始。</w:t>
        <w:br/>
        <w:br/>
        <w:t>三、判断题（共5题，每题2分，共10分）</w:t>
        <w:br/>
        <w:br/>
        <w:t>1. 虎门销烟是由林则徐领导的禁烟运动。（ ）</w:t>
        <w:br/>
        <w:br/>
        <w:t>2. 洋务运动是中国近代史上第一次大规模学习西方的运动。（ ）</w:t>
        <w:br/>
        <w:br/>
        <w:t>3. 辛亥革命推翻了清朝统治，结束了中国两千多年的封建制度。（ ）</w:t>
        <w:br/>
        <w:br/>
        <w:t>4. 五四运动是中国新民主主义革命的开端。（ ）</w:t>
        <w:br/>
        <w:br/>
        <w:t>5. 西安事变是抗日战争全面爆发的标志。（ ）</w:t>
        <w:br/>
        <w:br/>
        <w:t>四、多项选择题（共2题，每题2分，共4分）</w:t>
        <w:br/>
        <w:br/>
        <w:t>1. 下列哪些事件属于中国近代史上的重大历史事件？（ ）</w:t>
        <w:br/>
        <w:br/>
        <w:t>A. 虎门销烟</w:t>
        <w:br/>
        <w:br/>
        <w:t>B. 戊戌变法</w:t>
        <w:br/>
        <w:br/>
        <w:t>C. 辛亥革命</w:t>
        <w:br/>
        <w:br/>
        <w:t>D. 新文化运动</w:t>
        <w:br/>
        <w:br/>
        <w:t>2. 下列哪些人物是洋务运动的主要代表人物？（ ）</w:t>
        <w:br/>
        <w:br/>
        <w:t>A. 曾国藩</w:t>
        <w:br/>
        <w:br/>
        <w:t>B. 李鸿章</w:t>
        <w:br/>
        <w:br/>
        <w:t>C. 左宗棠</w:t>
        <w:br/>
        <w:br/>
        <w:t>D. 康有为</w:t>
        <w:br/>
        <w:br/>
        <w:t>五、简答题（共2题，每题5分，共10分）</w:t>
        <w:br/>
        <w:br/>
        <w:t>1. 简述洋务运动的主要内容及其历史意义。</w:t>
        <w:br/>
        <w:br/>
        <w:t>2. 简述五四运动的历史背景、经过和历史意义。</w:t>
        <w:br/>
        <w:br/>
        <w:t>答案及解析</w:t>
        <w:br/>
        <w:br/>
        <w:t>一、单项选择题</w:t>
        <w:br/>
        <w:br/>
        <w:t>1. 答案：B</w:t>
        <w:br/>
        <w:br/>
        <w:t>解析：中国近代史的开端标志是第一次鸦片战争（1840-1842年）。这场战争是中国近代史的开端，标志着中国开始沦为半殖民地半封建社会。虎门销烟是鸦片战争爆发的导火索，第二次鸦片战争是第一次鸦片战争的延续，甲午中日战争发生在19世纪末。</w:t>
        <w:br/>
        <w:br/>
        <w:t>2. 答案：B</w:t>
        <w:br/>
        <w:br/>
        <w:t>解析：《南京条约》签订于1842年，是中国近代史上第一个不平等条约。该条约的签订标志着中国开始沦为半殖民地半封建社会。1840年是第一次鸦片战争爆发的时间，1856年是第二次鸦片战争爆发的时间，1860年是《北京条约》签订的时间。</w:t>
        <w:br/>
        <w:br/>
        <w:t>3. 答案：D</w:t>
        <w:br/>
        <w:br/>
        <w:t>解析：洋务运动的主要代表人物包括曾国藩、李鸿章、左宗棠等人，他们主张"中学为体，西学为用"，学习西方先进技术以维护清朝统治。康有为是戊戌变法的主要领导人，不属于洋务派人物。</w:t>
        <w:br/>
        <w:br/>
        <w:t>4. 答案：B</w:t>
        <w:br/>
        <w:br/>
        <w:t>解析：戊戌变法发生在1898年，又称"百日维新"，是由康有为、梁启超等人发起的一场资产阶级改良运动。1895年是甲午中日战争结束和《马关条约》签订的时间，1900年是义和团运动爆发的时间，1901年是《辛丑条约》签订的时间。</w:t>
        <w:br/>
        <w:br/>
        <w:t>5. 答案：B</w:t>
        <w:br/>
        <w:br/>
        <w:t>解析：辛亥革命爆发于1911年10月10日，武昌起义爆发，随后各省纷纷响应，最终推翻了清朝统治，结束了中国两千多年的封建君主专制制度。1905年是同盟会成立的时间，1915年是新文化运动开始的时间，1919年是五四运动爆发的时间。</w:t>
        <w:br/>
        <w:br/>
        <w:t>6. 答案：C</w:t>
        <w:br/>
        <w:br/>
        <w:t>解析：新文化运动的主要阵地是《新青年》杂志，该杂志由陈独秀创办，高举"民主"与"科学"两面大旗，反对封建文化，提倡新文化。《时务报》和《国闻报》是维新变法时期的报刊，《民报》是同盟会的机关刊物。</w:t>
        <w:br/>
        <w:br/>
        <w:t>7. 答案：A</w:t>
        <w:br/>
        <w:br/>
        <w:t>解析：五四运动爆发的直接导火索是1919年巴黎和会上中国外交失败，会议决定将德国在山东的权益转让给日本，这激起了中国人民的强烈愤慨。袁世凯接受"二十一条"发生在1915年，张勋复辟发生在1917年，段祺瑞政府签订《中日共同防敌军事协定》发生在1918年。</w:t>
        <w:br/>
        <w:br/>
        <w:t>8. 答案：C</w:t>
        <w:br/>
        <w:br/>
        <w:t>解析：中国共产党成立于1921年7月23日，在上海召开第一次全国代表大会，宣告党的正式成立。1919年是五四运动爆发的时间，1920年是各地共产主义小组成立的时间，1922年是中共二大召开的时间。</w:t>
        <w:br/>
        <w:br/>
        <w:t>9. 答案：C</w:t>
        <w:br/>
        <w:br/>
        <w:t>解析：国共第一次合作形成的标志是1924年1月召开的中国国民党第一次全国代表大会，大会通过了接受共产党员和社会主义青年团员以个人身份加入国民党的决定，标志着第一次国共合作的正式形成。中共一大和中共二大是中共的重要会议，黄埔军校是国共合作创办的军事学校。</w:t>
        <w:br/>
        <w:br/>
        <w:t>10. 答案：B</w:t>
        <w:br/>
        <w:br/>
        <w:t>解析：九一八事变发生在1931年9月18日，日本关东军自行炸毁南满铁路一段，反诬中国军队所为，并以此为借口炮轰沈阳北大营，侵占中国东北。1930年是中原大战爆发的时间，1932年是伪满洲国成立的时间，1937年是七七事变爆发的时间。</w:t>
        <w:br/>
        <w:br/>
        <w:t>二、填空题</w:t>
        <w:br/>
        <w:br/>
        <w:t>1. 答案：《南京条约》</w:t>
        <w:br/>
        <w:br/>
        <w:t>解析：《南京条约》是中国近代史上第一个不平等条约，签订于1842年，主要内容有割让香港岛、赔款2100万银元、开放广州、厦门、福州、宁波、上海五口通商等。该条约的签订标志着中国开始沦为半殖民地半封建社会。</w:t>
        <w:br/>
        <w:br/>
        <w:t>2. 答案：求富</w:t>
        <w:br/>
        <w:br/>
        <w:t>解析：洋务运动提出的口号是"自强"和"求富"。其中"自强"主要指发展军事工业，建立近代国防；"求富"主要指发展民用工业，增加财政收入。这两个口号体现了洋务派既要维护清朝统治，又要发展资本主义的双重目的。</w:t>
        <w:br/>
        <w:br/>
        <w:t>3. 答案：戊戌变法</w:t>
        <w:br/>
        <w:br/>
        <w:t>解析：1895年，甲午中日战争后，康有为、梁启超等人发起了一场变法运动，因这一年是农历戊戌年，故称"戊戌变法"。这次变法从1898年6月11日开始，到9月21日慈禧太后发动政变结束，历时103天，又称"百日维新"。</w:t>
        <w:br/>
        <w:br/>
        <w:t>4. 答案：山东权益</w:t>
        <w:br/>
        <w:br/>
        <w:t>解析：1919年5月4日，北京学生举行示威游行，反对巴黎和会决定将德国在山东的权益转让给日本。这一事件引发了全国性的爱国运动，即五四运动。山东问题源于德国在山东的殖民权益，一战结束后，日本要求继承这些权益，引发了中国人民的强烈反对。</w:t>
        <w:br/>
        <w:br/>
        <w:t>5. 答案：卢沟桥</w:t>
        <w:br/>
        <w:br/>
        <w:t>解析：1937年7月7日，日军在北平（今北京）西南的卢沟桥发动事变，炮轰宛平城，标志着日本全面侵华战争的开始，也标志着中国人民全面抗战的开始。这一事件被称为"七七事变"或"卢沟桥事变"。</w:t>
        <w:br/>
        <w:br/>
        <w:t>三、判断题</w:t>
        <w:br/>
        <w:br/>
        <w:t>1. 答案：√</w:t>
        <w:br/>
        <w:br/>
        <w:t>解析：虎门销烟是由林则徐领导的禁烟运动。1839年6月3日，林则徐在广东虎门海滩当众销毁收缴的鸦片237万多斤，这一壮举显示了中国人民反抗外国侵略的决心，也成为第一次鸦片战争爆发的直接导火索。</w:t>
        <w:br/>
        <w:br/>
        <w:t>2. 答案：√</w:t>
        <w:br/>
        <w:br/>
        <w:t>解析：洋务运动是中国近代史上第一次大规模学习西方的运动。从19世纪60年代到90年代，洋务派以"自强"、"求富"为口号，创办了一批近代军事工业和民用工业，建立新式海陆军，派遣留学生等，开启了中国近代化的进程。</w:t>
        <w:br/>
        <w:br/>
        <w:t>3. 答案：×</w:t>
        <w:br/>
        <w:br/>
        <w:t>解析：辛亥革命推翻了清朝统治，结束了中国两千多年的封建君主专制制度，但并未结束中国的封建制度。辛亥革命后，中国仍然处于半殖民地半封建社会，封建土地所有制依然存在，直到新中国成立后，封建制度才被彻底废除。</w:t>
        <w:br/>
        <w:br/>
        <w:t>4. 答案：√</w:t>
        <w:br/>
        <w:br/>
        <w:t>解析：五四运动是中国新民主主义革命的开端。这场运动发生在1919年，是中国近代史上一次彻底的反帝反封建的爱国运动，促进了马克思主义在中国的传播，为中国共产党的成立奠定了思想和干部基础，标志着中国新民主主义革命的开端。</w:t>
        <w:br/>
        <w:br/>
        <w:t>5. 答案：×</w:t>
        <w:br/>
        <w:br/>
        <w:t>解析：西安事变是抗日战争由局部抗战转向全面抗战的重要转折点，但并非抗日战争全面爆发的标志。抗日战争全面爆发的标志是1937年7月7日的卢沟桥事变（七七事变），日本发动全面侵华战争，中国军队奋起抵抗，全国性抗战由此开始。</w:t>
        <w:br/>
        <w:br/>
        <w:t>四、多项选择题</w:t>
        <w:br/>
        <w:br/>
        <w:t>1. 答案：ABCD</w:t>
        <w:br/>
        <w:br/>
        <w:t>解析：虎门销烟（1839年）、戊戌变法（1898年）、辛亥革命（1911年）和新文化运动（1915年开始）都是中国近代史上的重大历史事件。虎门销烟是第一次鸦片战争的导火索；戊戌变法是一场资产阶级改良运动；辛亥革命推翻了清朝统治；新文化运动是一场思想解放运动，为马克思主义在中国的传播创造了条件。</w:t>
        <w:br/>
        <w:br/>
        <w:t>2. 答案：ABC</w:t>
        <w:br/>
        <w:br/>
        <w:t>解析：曾国藩、李鸿章、左宗棠是洋务运动的主要代表人物，他们创办了一批近代军事工业和民用工业，推动了中国近代化进程。康有为是戊戌变法的主要领导人，不属于洋务派人物，他主张变法维新，与洋务派的"中学为体，西学为用"思想有本质区别。</w:t>
        <w:br/>
        <w:br/>
        <w:t>五、简答题</w:t>
        <w:br/>
        <w:br/>
        <w:t>1. 答案：</w:t>
        <w:br/>
        <w:br/>
        <w:t>洋务运动的主要内容：</w:t>
        <w:br/>
        <w:br/>
        <w:t>（1）创办近代军事工业：如江南制造总局、福州船政局、天津机器局等。</w:t>
        <w:br/>
        <w:br/>
        <w:t>（2）建立新式海陆军：建立北洋、南洋、福建三支海军，编练新式陆军。</w:t>
        <w:br/>
        <w:br/>
        <w:t>（3）创办民用工业：如轮船招商局、开平矿务局、汉阳铁厂等。</w:t>
        <w:br/>
        <w:br/>
        <w:t>（4）兴办新式教育：创办新式学堂，派遣留学生等。</w:t>
        <w:br/>
        <w:br/>
        <w:t>历史意义：</w:t>
        <w:br/>
        <w:br/>
        <w:t>（1）洋务运动是中国近代化的开端，推动了中国从传统农业社会向近代工业社会的转变。</w:t>
        <w:br/>
        <w:br/>
        <w:t>（2）洋务运动引进了西方先进技术，培养了一批近代科技人才，为中国近代工业的发展奠定了基础。</w:t>
        <w:br/>
        <w:br/>
        <w:t>（3）洋务运动客观上刺激了中国民族资本主义的产生和发展，为后来的变法维新和革命运动创造了条件。</w:t>
        <w:br/>
        <w:br/>
        <w:t>（4）洋务运动也暴露了封建制度的腐朽性，证明了在不改变封建制度的前提下单纯引进西方技术无法实现国家富强。</w:t>
        <w:br/>
        <w:br/>
        <w:t>2. 答案：</w:t>
        <w:br/>
        <w:br/>
        <w:t>历史背景：</w:t>
        <w:br/>
        <w:br/>
        <w:t>（1）国际背景：第一次世界大战结束，1919年1月巴黎和会召开，中国作为战胜国参加，但列强无视中国主权，决定将德国在山东的权益转让给日本。</w:t>
        <w:br/>
        <w:br/>
        <w:t>（2）国内背景：北洋军阀政府腐败无能，对内镇压人民，对外妥协投降，民族危机深重；新文化运动兴起，民主科学思想广泛传播，为五四运动奠定了思想基础。</w:t>
        <w:br/>
        <w:br/>
        <w:t>经过：</w:t>
        <w:br/>
        <w:br/>
        <w:t>（1）1919年5月4日，北京学生举行示威游行，反对巴黎和会决定，高喊"外争国权，内惩国贼"等口号。</w:t>
        <w:br/>
        <w:br/>
        <w:t>（2）运动迅速扩展到全国，工人罢工、商人罢市，形成全国规模的爱国运动。</w:t>
        <w:br/>
        <w:br/>
        <w:t>（3）6月28日，中国代表拒绝在《凡尔赛和约》上签字，五四运动取得初步胜利。</w:t>
        <w:br/>
        <w:br/>
        <w:t>历史意义：</w:t>
        <w:br/>
        <w:br/>
        <w:t>（1）五四运动是一场彻底的反帝反封建的爱国运动，促进了中国人民的觉醒。</w:t>
        <w:br/>
        <w:br/>
        <w:t>（2）五四运动促进了马克思主义在中国的传播，为中国共产党的成立奠定了思想和干部基础。</w:t>
        <w:br/>
        <w:br/>
        <w:t>（3）五四运动标志着中国新民主主义革命的开端，是中国近代史上具有里程碑意义的事件。</w:t>
        <w:br/>
        <w:br/>
        <w:t>（4）五四运动推动了新文化运动的发展，促进了思想解放，为中国社会的变革注入了新的活力。</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