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2025年地质勘查专业试题及答案</w:t>
      </w:r>
    </w:p>
    <w:p>
      <w:r>
        <w:br/>
        <w:t xml:space="preserve"> 一、单项选择题（每题2分，共20分）</w:t>
        <w:br/>
        <w:br/>
        <w:t>1. 下列哪种岩石属于沉积岩？</w:t>
        <w:br/>
        <w:br/>
        <w:t>A. 花岗岩</w:t>
        <w:br/>
        <w:br/>
        <w:t>B. 石灰岩</w:t>
        <w:br/>
        <w:br/>
        <w:t>C. 玄武岩</w:t>
        <w:br/>
        <w:br/>
        <w:t>D. 片麻岩</w:t>
        <w:br/>
        <w:br/>
        <w:t>2. 地壳中含量最多的元素是：</w:t>
        <w:br/>
        <w:br/>
        <w:t>A. 氧</w:t>
        <w:br/>
        <w:br/>
        <w:t>B. 硅</w:t>
        <w:br/>
        <w:br/>
        <w:t>C. 铝</w:t>
        <w:br/>
        <w:br/>
        <w:t>D. 铁</w:t>
        <w:br/>
        <w:br/>
        <w:t>3. 下列哪种地质构造是由挤压作用形成的？</w:t>
        <w:br/>
        <w:br/>
        <w:t>A. 正断层</w:t>
        <w:br/>
        <w:br/>
        <w:t>B. 逆断层</w:t>
        <w:br/>
        <w:br/>
        <w:t>C. 走向滑动断层</w:t>
        <w:br/>
        <w:br/>
        <w:t>D. 环状断层</w:t>
        <w:br/>
        <w:br/>
        <w:t>4. 地质年代"侏罗纪"属于哪个代？</w:t>
        <w:br/>
        <w:br/>
        <w:t>A. 古生代</w:t>
        <w:br/>
        <w:br/>
        <w:t>B. 中生代</w:t>
        <w:br/>
        <w:br/>
        <w:t>C. 新生代</w:t>
        <w:br/>
        <w:br/>
        <w:t>D. 元古代</w:t>
        <w:br/>
        <w:br/>
        <w:t>5. 下列哪种矿物具有磁性？</w:t>
        <w:br/>
        <w:br/>
        <w:t>A. 石英</w:t>
        <w:br/>
        <w:br/>
        <w:t>B. 方解石</w:t>
        <w:br/>
        <w:br/>
        <w:t>C. 磁铁矿</w:t>
        <w:br/>
        <w:br/>
        <w:t>D. 石膏</w:t>
        <w:br/>
        <w:br/>
        <w:t>6. 地震波中传播速度最快的是：</w:t>
        <w:br/>
        <w:br/>
        <w:t>A. P波</w:t>
        <w:br/>
        <w:br/>
        <w:t>B. S波</w:t>
        <w:br/>
        <w:br/>
        <w:t>C. L波</w:t>
        <w:br/>
        <w:br/>
        <w:t>D. R波</w:t>
        <w:br/>
        <w:br/>
        <w:t>7. 下列哪种岩石是由岩浆喷出地表冷却形成的？</w:t>
        <w:br/>
        <w:br/>
        <w:t>A. 花岗岩</w:t>
        <w:br/>
        <w:br/>
        <w:t>B. 玄武岩</w:t>
        <w:br/>
        <w:br/>
        <w:t>C. 片岩</w:t>
        <w:br/>
        <w:br/>
        <w:t>D. 大理岩</w:t>
        <w:br/>
        <w:br/>
        <w:t>8. 地质勘查中，下列哪种方法主要用于寻找地下水资源？</w:t>
        <w:br/>
        <w:br/>
        <w:t>A. 地震勘探</w:t>
        <w:br/>
        <w:br/>
        <w:t>B. 电法勘探</w:t>
        <w:br/>
        <w:br/>
        <w:t>C. 磁法勘探</w:t>
        <w:br/>
        <w:br/>
        <w:t>D. 重力勘探</w:t>
        <w:br/>
        <w:br/>
        <w:t>9. 下列哪种化石指示海洋环境？</w:t>
        <w:br/>
        <w:br/>
        <w:t>A. 恐龙化石</w:t>
        <w:br/>
        <w:br/>
        <w:t>B. 三叶虫化石</w:t>
        <w:br/>
        <w:br/>
        <w:t>C. 恐龙蛋化石</w:t>
        <w:br/>
        <w:br/>
        <w:t>D. 哺乳动物化石</w:t>
        <w:br/>
        <w:br/>
        <w:t>10. 地壳板块构造理论中，板块运动的驱动力主要来源于：</w:t>
        <w:br/>
        <w:br/>
        <w:t>A. 地球自转</w:t>
        <w:br/>
        <w:br/>
        <w:t>B. 地幔对流</w:t>
        <w:br/>
        <w:br/>
        <w:t>C. 太阳引力</w:t>
        <w:br/>
        <w:br/>
        <w:t>D. 月球引力</w:t>
        <w:br/>
        <w:br/>
        <w:t xml:space="preserve"> 二、填空题（每题2分，共12分）</w:t>
        <w:br/>
        <w:br/>
        <w:t>1. 地质年代单位中，最大的是______，最小的是______。</w:t>
        <w:br/>
        <w:br/>
        <w:t>2. 岩石按成因可分为三大类：______、______和______。</w:t>
        <w:br/>
        <w:br/>
        <w:t>3. 地质构造中，褶皱的基本类型有______和______两种。</w:t>
        <w:br/>
        <w:br/>
        <w:t>4. 地质勘查中，常用的物探方法包括电法、______、______和重力勘探等。</w:t>
        <w:br/>
        <w:br/>
        <w:t>5. 矿物按其成因可分为原生矿物、______和______三类。</w:t>
        <w:br/>
        <w:br/>
        <w:t>6. 地质图上常用的地质符号中，水平岩层用______表示，倾斜岩层用______表示。</w:t>
        <w:br/>
        <w:br/>
        <w:t xml:space="preserve"> 三、判断题（每题2分，共12分）</w:t>
        <w:br/>
        <w:br/>
        <w:t>1. 地壳中含量最多的金属元素是铝。（ ）</w:t>
        <w:br/>
        <w:br/>
        <w:t>2. 地震波中，S波可以穿过液体介质。（ ）</w:t>
        <w:br/>
        <w:br/>
        <w:t>3. 花岗岩属于沉积岩。（ ）</w:t>
        <w:br/>
        <w:br/>
        <w:t>4. 地质年代"寒武纪"属于古生代。（ ）</w:t>
        <w:br/>
        <w:br/>
        <w:t>5. 地质勘查中，遥感技术主要用于直接观察地下地质构造。（ ）</w:t>
        <w:br/>
        <w:br/>
        <w:t>6. 矿物的硬度是指矿物抵抗外力刻划的能力。（ ）</w:t>
        <w:br/>
        <w:br/>
        <w:t xml:space="preserve"> 四、多项选择题（每题2分，共4分）</w:t>
        <w:br/>
        <w:br/>
        <w:t>1. 下列哪些岩石属于火成岩？（ ）</w:t>
        <w:br/>
        <w:br/>
        <w:t>A. 花岗岩</w:t>
        <w:br/>
        <w:br/>
        <w:t>B. 砂岩</w:t>
        <w:br/>
        <w:br/>
        <w:t>C. 玄武岩</w:t>
        <w:br/>
        <w:br/>
        <w:t>D. 页岩</w:t>
        <w:br/>
        <w:br/>
        <w:t>E. 片麻岩</w:t>
        <w:br/>
        <w:br/>
        <w:t>2. 下列哪些地质构造是由拉伸作用形成的？（ ）</w:t>
        <w:br/>
        <w:br/>
        <w:t>A. 正断层</w:t>
        <w:br/>
        <w:br/>
        <w:t>B. 逆断层</w:t>
        <w:br/>
        <w:br/>
        <w:t>C. 地堑</w:t>
        <w:br/>
        <w:br/>
        <w:t>D. 背斜</w:t>
        <w:br/>
        <w:br/>
        <w:t>E. 向斜</w:t>
        <w:br/>
        <w:br/>
        <w:t xml:space="preserve"> 五、简答题（每题5分，共10分）</w:t>
        <w:br/>
        <w:br/>
        <w:t>1. 简述地质勘查的基本步骤及其主要内容。</w:t>
        <w:br/>
        <w:br/>
        <w:t>2. 解释板块构造理论的基本内容及其对地质现象的解释。</w:t>
        <w:br/>
        <w:br/>
        <w:t xml:space="preserve"> 参考答案及解析</w:t>
        <w:br/>
        <w:br/>
        <w:t xml:space="preserve"> 一、单项选择题</w:t>
        <w:br/>
        <w:br/>
        <w:t>1. 答案：B</w:t>
        <w:br/>
        <w:br/>
        <w:t>解析：沉积岩是由沉积物经过压实、胶结等作用形成的岩石。石灰岩是由海洋生物遗骸和化学沉积物形成的，属于沉积岩。花岗岩和玄武岩属于火成岩，片麻岩属于变质岩。</w:t>
        <w:br/>
        <w:br/>
        <w:t>2. 答案：A</w:t>
        <w:br/>
        <w:br/>
        <w:t>解析：地壳中含量最多的元素是氧，约占地壳总质量的46.6%。其次是硅，约占地壳总质量的27.7%。铝和铁的含量分别为8.1%和5.0%。</w:t>
        <w:br/>
        <w:br/>
        <w:t>3. 答案：B</w:t>
        <w:br/>
        <w:br/>
        <w:t>解析：逆断层是由挤压作用形成的，上盘相对上升，下盘相对下降。正断层是由拉伸作用形成的，上盘相对下降，下盘相对上升。走向滑动断层是由剪切作用形成的。环状断层通常与火山活动或侵入体有关。</w:t>
        <w:br/>
        <w:br/>
        <w:t>4. 答案：B</w:t>
        <w:br/>
        <w:br/>
        <w:t>解析：地质年代中，侏罗纪属于中生代，介于三叠纪和白垩纪之间。古生代包括寒武纪、奥陶纪、志留纪、泥盆纪、石炭纪和二叠纪。新生代包括第三纪和第四纪。元古代是前寒武纪的一部分。</w:t>
        <w:br/>
        <w:br/>
        <w:t>5. 答案：C</w:t>
        <w:br/>
        <w:br/>
        <w:t>解析：磁铁矿具有显著的磁性，是天然磁石的主要成分。石英、方解石和石膏都不具有磁性。</w:t>
        <w:br/>
        <w:br/>
        <w:t>6. 答案：A</w:t>
        <w:br/>
        <w:br/>
        <w:t>解析：地震波中，P波（纵波）传播速度最快，约6-8km/s。S波（横波）传播速度较慢，约3.5-4.5km/s。L波和R波是面波，传播速度最慢。</w:t>
        <w:br/>
        <w:br/>
        <w:t>7. 答案：B</w:t>
        <w:br/>
        <w:br/>
        <w:t>解析：玄武岩是由岩浆喷出地表后快速冷却形成的火成岩。花岗岩是深成岩，由岩浆在地壳深处缓慢冷却形成。片岩和大理岩属于变质岩。</w:t>
        <w:br/>
        <w:br/>
        <w:t>8. 答案：B</w:t>
        <w:br/>
        <w:br/>
        <w:t>解析：电法勘探通过测量地下不同深度岩石的电阻率差异来寻找地下水资源。地震勘探主要用于探测地下构造和矿产资源。磁法勘探主要用于寻找磁性矿物。重力勘探主要用于探测地下密度异常。</w:t>
        <w:br/>
        <w:br/>
        <w:t>9. 答案：B</w:t>
        <w:br/>
        <w:br/>
        <w:t>解析：三叶虫是古生代海洋中的节肢动物，其化石指示海洋环境。恐龙和哺乳动物化石主要指示陆地环境。恐龙蛋化石也主要发现于陆地沉积环境中。</w:t>
        <w:br/>
        <w:br/>
        <w:t>10. 答案：B</w:t>
        <w:br/>
        <w:br/>
        <w:t>解析：板块构造理论认为，地幔对流是板块运动的主要驱动力。地幔物质的热对流导致岩石圈板块移动。地球自转、太阳引力和月球引力对板块运动有一定影响，但不是主要驱动力。</w:t>
        <w:br/>
        <w:br/>
        <w:t xml:space="preserve"> 二、填空题</w:t>
        <w:br/>
        <w:br/>
        <w:t>1. 答案：宙/代；期/时</w:t>
        <w:br/>
        <w:br/>
        <w:t>解析：地质年代单位中，最大的是"宙"，其次是"代"、"纪"、"世"、"期"，最小的是"时"。例如，显生宙包括古生代、中生代和新生代。</w:t>
        <w:br/>
        <w:br/>
        <w:t>2. 答案：火成岩；沉积岩；变质岩</w:t>
        <w:br/>
        <w:br/>
        <w:t>解析：岩石按成因可分为三大类：火成岩（由岩浆冷却凝固形成）、沉积岩（由沉积物压实胶结形成）和变质岩（由原有岩石在高温高压下变质形成）。</w:t>
        <w:br/>
        <w:br/>
        <w:t>3. 答案：背斜；向斜</w:t>
        <w:br/>
        <w:br/>
        <w:t>解析：褶皱的基本类型有背斜和向斜两种。背斜是岩层向上弯曲的褶皱，核部地层较老，两翼地层较新。向斜是岩层向下弯曲的褶皱，核部地层较新，两翼地层较老。</w:t>
        <w:br/>
        <w:br/>
        <w:t>4. 答案：地震法；磁法</w:t>
        <w:br/>
        <w:br/>
        <w:t>解析：地质勘查中，常用的物探方法包括电法、地震法、磁法和重力勘探等。电法用于探测地下电阻率差异；地震法用于探测地下波速差异；磁法用于探测地下磁性差异；重力勘探用于探测地下密度差异。</w:t>
        <w:br/>
        <w:br/>
        <w:t>5. 答案：次生矿物；表生矿物</w:t>
        <w:br/>
        <w:br/>
        <w:t>解析：矿物按其成因可分为原生矿物（形成于岩浆活动过程中）、次生矿物（由原生矿物经变化形成）和表生矿物（形成于地表或近地表环境中）。</w:t>
        <w:br/>
        <w:br/>
        <w:t>6. 答案：短平行线；长短线</w:t>
        <w:br/>
        <w:br/>
        <w:t>解析：地质图上，水平岩层用短平行线表示，表示岩层水平产出；倾斜岩层用长短线表示，短线指向岩层倾斜方向。</w:t>
        <w:br/>
        <w:br/>
        <w:t xml:space="preserve"> 三、判断题</w:t>
        <w:br/>
        <w:br/>
        <w:t>1. 答案：√</w:t>
        <w:br/>
        <w:br/>
        <w:t>解析：地壳中含量最多的金属元素确实是铝，约占地壳总质量的8.1%。虽然氧是地壳中含量最多的元素，但它属于非金属元素。</w:t>
        <w:br/>
        <w:br/>
        <w:t>2. 答案：×</w:t>
        <w:br/>
        <w:br/>
        <w:t>解析：S波（横波）不能穿过液体介质，因为液体不能传递剪切应力。而P波（纵波）可以穿过固体、液体和气体介质。</w:t>
        <w:br/>
        <w:br/>
        <w:t>3. 答案：×</w:t>
        <w:br/>
        <w:br/>
        <w:t>解析：花岗岩属于火成岩，是由岩浆在地壳深处缓慢冷却形成的。沉积岩是由沉积物压实胶结形成的，如砂岩、页岩等。</w:t>
        <w:br/>
        <w:br/>
        <w:t>4. 答案：√</w:t>
        <w:br/>
        <w:br/>
        <w:t>解析：地质年代"寒武纪"确实属于古生代，是古生代的第一个纪，距今约5.4亿年至4.9亿年。</w:t>
        <w:br/>
        <w:br/>
        <w:t>5. 答案：×</w:t>
        <w:br/>
        <w:br/>
        <w:t>解析：遥感技术主要用于获取地表信息，如地形、植被、土地利用等，而不是直接观察地下地质构造。地下地质构造需要通过物探、钻探等方法间接获取。</w:t>
        <w:br/>
        <w:br/>
        <w:t>6. 答案：√</w:t>
        <w:br/>
        <w:br/>
        <w:t>解析：矿物的硬度是指矿物抵抗外力刻划的能力，通常用摩氏硬度表示，从1（最软，如滑石）到10（最硬，如金刚石）。</w:t>
        <w:br/>
        <w:br/>
        <w:t xml:space="preserve"> 四、多项选择题</w:t>
        <w:br/>
        <w:br/>
        <w:t>1. 答案：A、C</w:t>
        <w:br/>
        <w:br/>
        <w:t>解析：花岗岩和玄武岩属于火成岩。砂岩和页岩属于沉积岩。片麻岩属于变质岩。火成岩是由岩浆冷却凝固形成的岩石。</w:t>
        <w:br/>
        <w:br/>
        <w:t>2. 答案：A、C</w:t>
        <w:br/>
        <w:br/>
        <w:t>解析：正断层和地堑是由拉伸作用形成的。逆断层是由挤压作用形成的。背斜和向斜是褶皱构造，可以由多种应力形成，但主要与挤压作用有关。</w:t>
        <w:br/>
        <w:br/>
        <w:t xml:space="preserve"> 五、简答题</w:t>
        <w:br/>
        <w:br/>
        <w:t>1. 答案：</w:t>
        <w:br/>
        <w:br/>
        <w:t>地质勘查的基本步骤及其主要内容如下：</w:t>
        <w:br/>
        <w:br/>
        <w:t>（1）资料收集与分析：收集区域地质资料、遥感影像、地球物理和地球化学数据等，进行初步分析。</w:t>
        <w:br/>
        <w:br/>
        <w:t>（2）野外踏勘：对勘查区进行实地考察，了解地质概况，确定重点勘查区域。</w:t>
        <w:br/>
        <w:br/>
        <w:t>（3）地质填图：在重点区域进行详细地质填图，绘制地质图，确定地层、构造和岩性分布。</w:t>
        <w:br/>
        <w:br/>
        <w:t>（4）物探工作：采用地震、电法、磁法、重力等方法探测地下地质结构和矿产资源。</w:t>
        <w:br/>
        <w:br/>
        <w:t>（5）化探工作：采集土壤、水、植物等样品进行化学分析，寻找地球化学异常。</w:t>
        <w:br/>
        <w:br/>
        <w:t>（6）钻探工作：通过钻孔获取地下深部岩心样品，直接了解地下地质情况。</w:t>
        <w:br/>
        <w:br/>
        <w:t>（7）样品测试与分析：对采集的岩石、矿物、土壤等样品进行物理性质、化学成分和微观结构测试。</w:t>
        <w:br/>
        <w:br/>
        <w:t>（8）资料综合解释与报告编写：综合各类勘查资料，进行地质解释，编写地质勘查报告，提出资源评价和开发建议。</w:t>
        <w:br/>
        <w:br/>
        <w:t>2. 答案：</w:t>
        <w:br/>
        <w:br/>
        <w:t>板块构造理论的基本内容及其对地质现象的解释如下：</w:t>
        <w:br/>
        <w:br/>
        <w:t>基本内容：</w:t>
        <w:br/>
        <w:br/>
        <w:t>（1）岩石圈分为若干个刚性板块，包括地壳和上地幔顶部。</w:t>
        <w:br/>
        <w:br/>
        <w:t>（2）板块在软流圈上移动，速度每年几厘米。</w:t>
        <w:br/>
        <w:br/>
        <w:t>（3）板块边界有三种类型：分离型（板块分离）、汇聚型（板块碰撞）和转换型（板块水平错动）。</w:t>
        <w:br/>
        <w:br/>
        <w:t>（4）板块运动的驱动力主要是地幔对流。</w:t>
        <w:br/>
        <w:br/>
        <w:t>对地质现象的解释：</w:t>
        <w:br/>
        <w:br/>
        <w:t>（1）地震：主要发生在板块边界，板块相互作用导致应力积累和释放，形成地震。</w:t>
        <w:br/>
        <w:br/>
        <w:t>（2）火山活动：主要发生在板块边界，如汇聚边界的俯冲带和分离边界的洋中脊。</w:t>
        <w:br/>
        <w:br/>
        <w:t>（3）造山运动：板块碰撞导致地壳挤压、褶皱和断裂，形成山脉。</w:t>
        <w:br/>
        <w:br/>
        <w:t>（4）海沟和岛弧：汇聚板块边界中，一个板块俯冲到另一个板块之下，形成海沟和岛弧。</w:t>
        <w:br/>
        <w:br/>
        <w:t>（5）裂谷和洋盆：分离板块边界中，板块分离导致地壳拉伸、断裂，形成裂谷和洋盆。</w:t>
        <w:br/>
        <w:br/>
        <w:t>（6）变质作用：板块边界的高压高温环境导致岩石变质，形成变质岩。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