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2025年客户抱怨培训试题及答案</w:t>
      </w:r>
    </w:p>
    <w:p>
      <w:r>
        <w:br/>
        <w:t xml:space="preserve"> 第一部分：单项选择题（每题2分，共10题）</w:t>
        <w:br/>
        <w:br/>
        <w:t>1. 客户抱怨处理的首要原则是？</w:t>
        <w:br/>
        <w:br/>
        <w:t>A. 尽快结束对话</w:t>
        <w:br/>
        <w:br/>
        <w:t>B. 理解客户需求并解决问题</w:t>
        <w:br/>
        <w:br/>
        <w:t>C. 转移话题</w:t>
        <w:br/>
        <w:br/>
        <w:t>D. 推卸责任</w:t>
        <w:br/>
        <w:br/>
        <w:t>2. 以下哪项不是有效倾听客户抱怨的技巧？</w:t>
        <w:br/>
        <w:br/>
        <w:t>A. 打断客户解释解决方案</w:t>
        <w:br/>
        <w:br/>
        <w:t>B. 保持眼神接触</w:t>
        <w:br/>
        <w:br/>
        <w:t>C. 记录关键信息</w:t>
        <w:br/>
        <w:br/>
        <w:t>D. 适时回应表示理解</w:t>
        <w:br/>
        <w:br/>
        <w:t>3. 当客户情绪激动时，客服人员应该？</w:t>
        <w:br/>
        <w:br/>
        <w:t>A. 以同样激动的方式回应</w:t>
        <w:br/>
        <w:br/>
        <w:t>B. 保持冷静，安抚客户情绪</w:t>
        <w:br/>
        <w:br/>
        <w:t>C. 立即挂断电话</w:t>
        <w:br/>
        <w:br/>
        <w:t>D. 让客户自己冷静后再处理</w:t>
        <w:br/>
        <w:br/>
        <w:t>4. 客户抱怨处理的"LEARN"模型中，"R"代表？</w:t>
        <w:br/>
        <w:br/>
        <w:t>A. Respond（回应）</w:t>
        <w:br/>
        <w:br/>
        <w:t>B. Resolve（解决）</w:t>
        <w:br/>
        <w:br/>
        <w:t>C. Respect（尊重）</w:t>
        <w:br/>
        <w:br/>
        <w:t>D. Record（记录）</w:t>
        <w:br/>
        <w:br/>
        <w:t>5. 以下哪种方式最适合收集客户反馈？</w:t>
        <w:br/>
        <w:br/>
        <w:t>A. 只依靠口头反馈</w:t>
        <w:br/>
        <w:br/>
        <w:t>B. 使用多种渠道收集和分析</w:t>
        <w:br/>
        <w:br/>
        <w:t>C. 仅通过邮件收集</w:t>
        <w:br/>
        <w:br/>
        <w:t>D. 等客户主动提供</w:t>
        <w:br/>
        <w:br/>
        <w:t>6. 处理客户抱怨时，以下哪项是不合适的？</w:t>
        <w:br/>
        <w:br/>
        <w:t>A. 承认问题存在</w:t>
        <w:br/>
        <w:br/>
        <w:t>B. 归咎于其他部门</w:t>
        <w:br/>
        <w:br/>
        <w:t>C. 提出解决方案</w:t>
        <w:br/>
        <w:br/>
        <w:t>D. 表达歉意</w:t>
        <w:br/>
        <w:br/>
        <w:t>7. 客户抱怨处理的"黄金法则"是？</w:t>
        <w:br/>
        <w:br/>
        <w:t>A. 客户永远是对的</w:t>
        <w:br/>
        <w:br/>
        <w:t>B. 快速解决客户问题</w:t>
        <w:br/>
        <w:br/>
        <w:t>C. 将客户抱怨视为改进机会</w:t>
        <w:br/>
        <w:br/>
        <w:t>D. 避免承担责任</w:t>
        <w:br/>
        <w:br/>
        <w:t>8. 以下哪项不是客户抱怨处理的常见误区？</w:t>
        <w:br/>
        <w:br/>
        <w:t>A. 忽视小问题</w:t>
        <w:br/>
        <w:br/>
        <w:t>B. 将客户抱怨视为威胁</w:t>
        <w:br/>
        <w:br/>
        <w:t>C. 视客户抱怨为改进机会</w:t>
        <w:br/>
        <w:br/>
        <w:t>D. 推卸责任</w:t>
        <w:br/>
        <w:br/>
        <w:t>9. 客户满意度调查的最佳时机是？</w:t>
        <w:br/>
        <w:br/>
        <w:t>A. 问题解决前</w:t>
        <w:br/>
        <w:br/>
        <w:t>B. 问题解决后立即进行</w:t>
        <w:br/>
        <w:br/>
        <w:t>C. 客户再次联系时</w:t>
        <w:br/>
        <w:br/>
        <w:t>D. 完全随机进行</w:t>
        <w:br/>
        <w:br/>
        <w:t>10. 以下哪项是处理客户抱怨的最重要技能？</w:t>
        <w:br/>
        <w:br/>
        <w:t>A. 产品知识</w:t>
        <w:br/>
        <w:br/>
        <w:t>B. 沟通技巧</w:t>
        <w:br/>
        <w:br/>
        <w:t>C. 销售技巧</w:t>
        <w:br/>
        <w:br/>
        <w:t>D. 时间管理</w:t>
        <w:br/>
        <w:br/>
        <w:t xml:space="preserve"> 第二部分：填空题（每题2分，共5题）</w:t>
        <w:br/>
        <w:br/>
        <w:t>1. 客户抱怨处理的"LEARN"模型中，"E"代表__________。</w:t>
        <w:br/>
        <w:br/>
        <w:t>2. 有效处理客户抱怨的五个步骤是：倾听、道歉、解决、__________和跟进。</w:t>
        <w:br/>
        <w:br/>
        <w:t>3. 客户抱怨处理的"3F"原则是指：感受(Feel)、__________和(Fact)事实。</w:t>
        <w:br/>
        <w:br/>
        <w:t>4. 客户抱怨处理的黄金法则是"客户永远__________"。</w:t>
        <w:br/>
        <w:br/>
        <w:t>5. 客户抱怨处理的"ACE"模型中，"C"代表__________。</w:t>
        <w:br/>
        <w:br/>
        <w:t xml:space="preserve"> 第三部分：判断题（每题2分，共5题）</w:t>
        <w:br/>
        <w:br/>
        <w:t>1. 客户抱怨总是负面的，应该尽量避免。（ ）</w:t>
        <w:br/>
        <w:br/>
        <w:t>2. 处理客户抱怨时，应该首先关注问题本身，而不是客户的情绪。（ ）</w:t>
        <w:br/>
        <w:br/>
        <w:t>3. 客户抱怨处理的目标是让客户满意，而不是简单地结束对话。（ ）</w:t>
        <w:br/>
        <w:br/>
        <w:t>4. 当客户抱怨时，客服人员应该立即提供解决方案，不需要了解具体情况。（ ）</w:t>
        <w:br/>
        <w:br/>
        <w:t>5. 客户抱怨处理是客服部门的责任，与其他部门无关。（ ）</w:t>
        <w:br/>
        <w:br/>
        <w:t xml:space="preserve"> 第四部分：多项选择题（每题2分，共2题）</w:t>
        <w:br/>
        <w:br/>
        <w:t>1. 以下哪些是有效处理客户抱怨的技巧？（ ）</w:t>
        <w:br/>
        <w:br/>
        <w:t>A. 保持耐心和同理心</w:t>
        <w:br/>
        <w:br/>
        <w:t>B. 积极倾听不打断</w:t>
        <w:br/>
        <w:br/>
        <w:t>C. 迅速给出解决方案</w:t>
        <w:br/>
        <w:br/>
        <w:t>D. 将客户抱怨视为改进机会</w:t>
        <w:br/>
        <w:br/>
        <w:t>E. 推卸责任给其他部门</w:t>
        <w:br/>
        <w:br/>
        <w:t>2. 客户抱怨处理中，以下哪些行为是正确的？（ ）</w:t>
        <w:br/>
        <w:br/>
        <w:t>A. 承认问题并道歉</w:t>
        <w:br/>
        <w:br/>
        <w:t>B. 解释问题原因</w:t>
        <w:br/>
        <w:br/>
        <w:t>C. 提出具体解决方案</w:t>
        <w:br/>
        <w:br/>
        <w:t>D. 承诺跟进并兑现</w:t>
        <w:br/>
        <w:br/>
        <w:t>E. 忽视客户的不满情绪</w:t>
        <w:br/>
        <w:br/>
        <w:t xml:space="preserve"> 第五部分：简答题（每题5分，共2题）</w:t>
        <w:br/>
        <w:br/>
        <w:t>1. 请简述客户抱怨处理的"LEARN"模型及其每个步骤的含义。</w:t>
        <w:br/>
        <w:br/>
        <w:t>2. 请描述如何将客户抱怨转化为业务改进的机会。</w:t>
        <w:br/>
        <w:br/>
        <w:t xml:space="preserve"> 参考答案及解析</w:t>
        <w:br/>
        <w:br/>
        <w:t xml:space="preserve"> 第一部分：单项选择题答案及解析</w:t>
        <w:br/>
        <w:br/>
        <w:t>1. B - 理解客户需求并解决问题</w:t>
        <w:br/>
        <w:br/>
        <w:t>解析：处理客户抱怨的首要原则是理解客户的核心需求和问题，然后提供有效的解决方案。其他选项要么是逃避责任，要么是不专业的处理方式。</w:t>
        <w:br/>
        <w:br/>
        <w:t>2. A - 打断客户解释解决方案</w:t>
        <w:br/>
        <w:br/>
        <w:t>解析：有效倾听不打断客户，让客户充分表达不满和需求。保持眼神接触、记录关键信息和适时回应表示理解都是有效倾听的技巧。</w:t>
        <w:br/>
        <w:br/>
        <w:t>3. B - 保持冷静，安抚客户情绪</w:t>
        <w:br/>
        <w:br/>
        <w:t>解析：当客户情绪激动时，客服人员应保持冷静，使用安抚性语言，帮助客户平复情绪，然后再解决问题。以同样激动的方式回应会加剧冲突，挂断电话和等待客户冷静都是不专业的做法。</w:t>
        <w:br/>
        <w:br/>
        <w:t>4. B - Resolve（解决）</w:t>
        <w:br/>
        <w:br/>
        <w:t>解析：客户抱怨处理的"LEARN"模型中，L代表Listen（倾听），E代表Empathize（共情），A代表Apologize（道歉），R代表Resolve（解决），N代表Notify（通知/跟进）。</w:t>
        <w:br/>
        <w:br/>
        <w:t>5. B - 使用多种渠道收集和分析</w:t>
        <w:br/>
        <w:br/>
        <w:t>解析：使用多种渠道收集客户反馈可以获取更全面的信息，帮助更好地了解客户需求和改进产品或服务。仅依靠单一渠道可能会忽略重要信息。</w:t>
        <w:br/>
        <w:br/>
        <w:t>6. B - 归咎于其他部门</w:t>
        <w:br/>
        <w:br/>
        <w:t>解析：处理客户抱怨时应承担责任，积极解决问题，而不是将责任推给其他部门。承认问题存在、提出解决方案和表达歉意都是合适的做法。</w:t>
        <w:br/>
        <w:br/>
        <w:t>7. C - 将客户抱怨视为改进机会</w:t>
        <w:br/>
        <w:br/>
        <w:t>解析：客户抱怨处理的黄金法则是将客户抱怨视为改进产品、服务和流程的机会，而不是单纯的麻烦。客户永远不一定是对的，快速解决问题很重要，但更重要的是从抱怨中学习改进。</w:t>
        <w:br/>
        <w:br/>
        <w:t>8. C - 视客户抱怨为改进机会</w:t>
        <w:br/>
        <w:br/>
        <w:t>解析：将客户抱怨视为改进机会是正确的做法，而不是误区。忽视小问题、将客户抱怨视为威胁和推卸责任都是常见的误区。</w:t>
        <w:br/>
        <w:br/>
        <w:t>9. B - 问题解决后立即进行</w:t>
        <w:br/>
        <w:br/>
        <w:t>解析：客户满意度调查的最佳时机是在问题解决后立即进行，这样客户对问题的解决过程和结果记忆犹新，能够提供更准确的反馈。</w:t>
        <w:br/>
        <w:br/>
        <w:t>10. B - 沟通技巧</w:t>
        <w:br/>
        <w:br/>
        <w:t>解析：沟通技巧是处理客户抱怨最重要的技能，因为它涵盖了倾听、表达、同理心等多个方面，直接影响客户体验和问题解决效果。虽然产品知识、销售技巧和时间管理也很重要，但沟通技巧是基础。</w:t>
        <w:br/>
        <w:br/>
        <w:t xml:space="preserve"> 第二部分：填空题答案及解析</w:t>
        <w:br/>
        <w:br/>
        <w:t>1. Empathize（共情）</w:t>
        <w:br/>
        <w:br/>
        <w:t>解析：客户抱怨处理的"LEARN"模型中，E代表Empathize（共情），即站在客户角度理解他们的感受和需求。</w:t>
        <w:br/>
        <w:br/>
        <w:t>2. 跟进</w:t>
        <w:br/>
        <w:br/>
        <w:t>解析：有效处理客户抱怨的五个步骤是：倾听、道歉、解决、跟进和反馈。跟进确保问题得到彻底解决，并防止类似问题再次发生。</w:t>
        <w:br/>
        <w:br/>
        <w:t>3. 感受(Felt)</w:t>
        <w:br/>
        <w:br/>
        <w:t>解析：客户抱怨处理的"3F"原则是指：感受(Feel)、感受(Felt)和(Fact)事实。这种方法帮助客服人员理解客户的情感，并客观分析情况。</w:t>
        <w:br/>
        <w:br/>
        <w:t>4. 正确</w:t>
        <w:br/>
        <w:br/>
        <w:t>解析：客户抱怨处理的黄金法则是"客户永远正确"，这意味着即使客户不完全正确，也应该尊重他们的感受，并尽力满足他们的合理需求。</w:t>
        <w:br/>
        <w:br/>
        <w:t>5. 同理心(Empathy)</w:t>
        <w:br/>
        <w:br/>
        <w:t>解析：客户抱怨处理的"ACE"模型中，A代表Acknowledge（承认），C代表Care（关心/同理心），E代表Explain（解释）。同理心是理解客户感受的关键。</w:t>
        <w:br/>
        <w:br/>
        <w:t xml:space="preserve"> 第三部分：判断题答案及解析</w:t>
        <w:br/>
        <w:br/>
        <w:t>1. ×</w:t>
        <w:br/>
        <w:br/>
        <w:t>解析：客户抱怨不是负面的，而是宝贵的信息来源，可以帮助企业了解产品或服务中的问题，并加以改进。应该重视客户抱怨，而不是避免。</w:t>
        <w:br/>
        <w:br/>
        <w:t>2. ×</w:t>
        <w:br/>
        <w:br/>
        <w:t>解析：处理客户抱怨时，应该首先关注客户的情绪，建立良好的沟通氛围，然后再解决问题。忽视客户情绪可能导致问题升级。</w:t>
        <w:br/>
        <w:br/>
        <w:t>3. √</w:t>
        <w:br/>
        <w:br/>
        <w:t>解析：客户抱怨处理的目标确实是让客户满意，而不仅仅是结束对话。满意的客户可能会成为忠实客户，并为企业带来更多业务。</w:t>
        <w:br/>
        <w:br/>
        <w:t>4. ×</w:t>
        <w:br/>
        <w:br/>
        <w:t>解析：处理客户抱怨时，应该先了解具体情况，包括问题的原因、影响范围等，然后再提供合适的解决方案。盲目给出解决方案可能无法真正解决问题。</w:t>
        <w:br/>
        <w:br/>
        <w:t>5. ×</w:t>
        <w:br/>
        <w:br/>
        <w:t>解析：客户抱怨处理通常是跨部门的协作过程，需要产品、技术、销售等部门的共同参与。只有各部门协同合作，才能全面有效地解决客户问题。</w:t>
        <w:br/>
        <w:br/>
        <w:t xml:space="preserve"> 第四部分：多项选择题答案及解析</w:t>
        <w:br/>
        <w:br/>
        <w:t>1. A、B、D</w:t>
        <w:br/>
        <w:br/>
        <w:t>解析：保持耐心和同理心、积极倾听不打断、将客户抱怨视为改进机会都是有效处理客户抱怨的技巧。迅速给出解决方案可能在没有充分了解情况时不够有效，推卸责任给其他部门则是完全错误的做法。</w:t>
        <w:br/>
        <w:br/>
        <w:t>2. A、B、C、D</w:t>
        <w:br/>
        <w:br/>
        <w:t>解析：承认问题并道歉、解释问题原因、提出具体解决方案、承诺跟进并兑现都是处理客户抱怨时的正确行为。忽视客户的不满情绪则会加剧矛盾，不利于问题解决。</w:t>
        <w:br/>
        <w:br/>
        <w:t xml:space="preserve"> 第五部分：简答题答案及解析</w:t>
        <w:br/>
        <w:br/>
        <w:t>1. 客户抱怨处理的"LEARN"模型及其每个步骤的含义：</w:t>
        <w:br/>
        <w:br/>
        <w:t>LEARN模型是处理客户抱怨的有效框架，包括以下五个步骤：</w:t>
        <w:br/>
        <w:br/>
        <w:t>- L (Listen)：倾听客户的问题和不满，不打断，充分了解客户的诉求和感受。</w:t>
        <w:br/>
        <w:br/>
        <w:t>- E (Empathize)：共情，理解客户的情绪和立场，表达对客户感受的理解和尊重。</w:t>
        <w:br/>
        <w:br/>
        <w:t>- A (Apologize)：道歉，即使问题不是直接由自己造成的，也应为客户的不便表示歉意。</w:t>
        <w:br/>
        <w:br/>
        <w:t>- R (Resolve)：解决，提出具体可行的解决方案，并确保能够有效执行。</w:t>
        <w:br/>
        <w:br/>
        <w:t>- N (Notify)：通知/跟进，告知客户问题解决的进展和结果，并进行后续跟进，确保客户满意。</w:t>
        <w:br/>
        <w:br/>
        <w:t>这个模型强调系统性地处理客户抱怨，从理解问题到彻底解决，再到预防未来问题，形成完整的闭环。</w:t>
        <w:br/>
        <w:br/>
        <w:t>2. 如何将客户抱怨转化为业务改进的机会：</w:t>
        <w:br/>
        <w:br/>
        <w:t>将客户抱怨转化为业务改进的机会需要以下步骤：</w:t>
        <w:br/>
        <w:br/>
        <w:t>首先，建立系统化的客户抱怨收集和分析机制，确保所有抱怨都被记录和分类。这可以通过CRM系统、客户反馈表、社交媒体监测等方式实现。</w:t>
        <w:br/>
        <w:br/>
        <w:t>其次，对客户抱怨进行深入分析，找出根本原因和模式。这可能涉及产品缺陷、服务流程问题、沟通不畅等多个方面。</w:t>
        <w:br/>
        <w:br/>
        <w:t>第三，根据分析结果制定具体的改进计划，包括产品更新、流程优化、员工培训等。这些改进措施应该有明确的时间表和责任人。</w:t>
        <w:br/>
        <w:br/>
        <w:t>第四，实施改进措施，并跟踪效果。这需要跨部门的协作，确保改进措施能够有效落地。</w:t>
        <w:br/>
        <w:br/>
        <w:t>最后，将改进成果反馈给客户，让他们看到自己的反馈如何促进了积极变化，这不仅能解决当前问题，还能增强客户忠诚度。</w:t>
        <w:br/>
        <w:br/>
        <w:t>通过这种方式，客户抱怨不再是负面的体验，而是成为推动企业持续改进和创新的宝贵资源。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