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微软雅黑" w:hAnsi="微软雅黑" w:eastAsia="微软雅黑"/>
          <w:b/>
          <w:color w:val="000000"/>
          <w:sz w:val="36"/>
        </w:rPr>
        <w:t>2021年二级建造师建筑工程真题及答案</w:t>
      </w:r>
    </w:p>
    <w:p>
      <w:r>
        <w:rPr>
          <w:rFonts w:ascii="宋体" w:hAnsi="宋体" w:eastAsia="宋体"/>
          <w:color w:val="000000"/>
          <w:sz w:val="28"/>
        </w:rPr>
        <w:t xml:space="preserve">　　2021年度全国二级建造师执业资格考试《建筑工程管理与实务》试卷</w:t>
      </w:r>
    </w:p>
    <w:p>
      <w:r>
        <w:rPr>
          <w:rFonts w:ascii="宋体" w:hAnsi="宋体" w:eastAsia="宋体"/>
          <w:color w:val="000000"/>
          <w:sz w:val="28"/>
        </w:rPr>
        <w:t xml:space="preserve">　　应试人员注意事项 </w:t>
      </w:r>
    </w:p>
    <w:p>
      <w:r>
        <w:rPr>
          <w:rFonts w:ascii="宋体" w:hAnsi="宋体" w:eastAsia="宋体"/>
          <w:color w:val="000000"/>
          <w:sz w:val="28"/>
        </w:rPr>
        <w:t xml:space="preserve">　　1．全卷共三大题，包括单项选择题、多项选择题和案例分析题。 </w:t>
      </w:r>
    </w:p>
    <w:p>
      <w:r>
        <w:rPr>
          <w:rFonts w:ascii="宋体" w:hAnsi="宋体" w:eastAsia="宋体"/>
          <w:color w:val="000000"/>
          <w:sz w:val="28"/>
        </w:rPr>
        <w:t xml:space="preserve">　　2．作答时，采用28铅笔在答题卡上涂黑所选的选项。 </w:t>
      </w:r>
    </w:p>
    <w:p>
      <w:r>
        <w:rPr>
          <w:rFonts w:ascii="宋体" w:hAnsi="宋体" w:eastAsia="宋体"/>
          <w:color w:val="000000"/>
          <w:sz w:val="28"/>
        </w:rPr>
        <w:t xml:space="preserve">　　3．考试时间为120分钟。</w:t>
      </w:r>
    </w:p>
    <w:p>
      <w:r>
        <w:rPr>
          <w:rFonts w:ascii="宋体" w:hAnsi="宋体" w:eastAsia="宋体"/>
          <w:color w:val="000000"/>
          <w:sz w:val="28"/>
        </w:rPr>
        <w:t xml:space="preserve">　　一、单项选择题(共20题，每题1分。每题的备选项中，只有1个最符合题意) </w:t>
      </w:r>
    </w:p>
    <w:p>
      <w:r>
        <w:rPr>
          <w:rFonts w:ascii="宋体" w:hAnsi="宋体" w:eastAsia="宋体"/>
          <w:color w:val="000000"/>
          <w:sz w:val="28"/>
        </w:rPr>
        <w:t xml:space="preserve">　　1．抗渗混凝土试件每组（　　）块。 </w:t>
      </w:r>
    </w:p>
    <w:p>
      <w:r>
        <w:rPr>
          <w:rFonts w:ascii="宋体" w:hAnsi="宋体" w:eastAsia="宋体"/>
          <w:color w:val="000000"/>
          <w:sz w:val="28"/>
        </w:rPr>
        <w:t xml:space="preserve">　　A．3 </w:t>
      </w:r>
    </w:p>
    <w:p>
      <w:r>
        <w:rPr>
          <w:rFonts w:ascii="宋体" w:hAnsi="宋体" w:eastAsia="宋体"/>
          <w:color w:val="000000"/>
          <w:sz w:val="28"/>
        </w:rPr>
        <w:t xml:space="preserve">　　B．4 </w:t>
      </w:r>
    </w:p>
    <w:p>
      <w:r>
        <w:rPr>
          <w:rFonts w:ascii="宋体" w:hAnsi="宋体" w:eastAsia="宋体"/>
          <w:color w:val="000000"/>
          <w:sz w:val="28"/>
        </w:rPr>
        <w:t xml:space="preserve">　　C．5 </w:t>
      </w:r>
    </w:p>
    <w:p>
      <w:r>
        <w:rPr>
          <w:rFonts w:ascii="宋体" w:hAnsi="宋体" w:eastAsia="宋体"/>
          <w:color w:val="000000"/>
          <w:sz w:val="28"/>
        </w:rPr>
        <w:t xml:space="preserve">　　D．6 </w:t>
      </w:r>
    </w:p>
    <w:p>
      <w:r>
        <w:rPr>
          <w:rFonts w:ascii="宋体" w:hAnsi="宋体" w:eastAsia="宋体"/>
          <w:color w:val="000000"/>
          <w:sz w:val="28"/>
        </w:rPr>
        <w:t xml:space="preserve">　　2．下列各选项中，对梁的正截面破坏形式影响的是（　　）。 </w:t>
      </w:r>
    </w:p>
    <w:p>
      <w:r>
        <w:rPr>
          <w:rFonts w:ascii="宋体" w:hAnsi="宋体" w:eastAsia="宋体"/>
          <w:color w:val="000000"/>
          <w:sz w:val="28"/>
        </w:rPr>
        <w:t xml:space="preserve">　　A．混凝土强度等级 </w:t>
      </w:r>
    </w:p>
    <w:p>
      <w:r>
        <w:rPr>
          <w:rFonts w:ascii="宋体" w:hAnsi="宋体" w:eastAsia="宋体"/>
          <w:color w:val="000000"/>
          <w:sz w:val="28"/>
        </w:rPr>
        <w:t xml:space="preserve">　　B．截面形式 </w:t>
      </w:r>
    </w:p>
    <w:p>
      <w:r>
        <w:rPr>
          <w:rFonts w:ascii="宋体" w:hAnsi="宋体" w:eastAsia="宋体"/>
          <w:color w:val="000000"/>
          <w:sz w:val="28"/>
        </w:rPr>
        <w:t xml:space="preserve">　　C．配箍率 </w:t>
      </w:r>
    </w:p>
    <w:p>
      <w:r>
        <w:rPr>
          <w:rFonts w:ascii="宋体" w:hAnsi="宋体" w:eastAsia="宋体"/>
          <w:color w:val="000000"/>
          <w:sz w:val="28"/>
        </w:rPr>
        <w:t xml:space="preserve">　　D．配筋率 </w:t>
      </w:r>
    </w:p>
    <w:p>
      <w:r>
        <w:rPr>
          <w:rFonts w:ascii="宋体" w:hAnsi="宋体" w:eastAsia="宋体"/>
          <w:color w:val="000000"/>
          <w:sz w:val="28"/>
        </w:rPr>
        <w:t xml:space="preserve">　　3．下列元素中，属于钢材有害成分的是（　　）。 </w:t>
      </w:r>
    </w:p>
    <w:p>
      <w:r>
        <w:rPr>
          <w:rFonts w:ascii="宋体" w:hAnsi="宋体" w:eastAsia="宋体"/>
          <w:color w:val="000000"/>
          <w:sz w:val="28"/>
        </w:rPr>
        <w:t xml:space="preserve">　　A．碳 </w:t>
      </w:r>
    </w:p>
    <w:p>
      <w:r>
        <w:rPr>
          <w:rFonts w:ascii="宋体" w:hAnsi="宋体" w:eastAsia="宋体"/>
          <w:color w:val="000000"/>
          <w:sz w:val="28"/>
        </w:rPr>
        <w:t xml:space="preserve">　　B．硫 </w:t>
      </w:r>
    </w:p>
    <w:p>
      <w:r>
        <w:rPr>
          <w:rFonts w:ascii="宋体" w:hAnsi="宋体" w:eastAsia="宋体"/>
          <w:color w:val="000000"/>
          <w:sz w:val="28"/>
        </w:rPr>
        <w:t xml:space="preserve">　　C．硅 </w:t>
      </w:r>
    </w:p>
    <w:p>
      <w:r>
        <w:rPr>
          <w:rFonts w:ascii="宋体" w:hAnsi="宋体" w:eastAsia="宋体"/>
          <w:color w:val="000000"/>
          <w:sz w:val="28"/>
        </w:rPr>
        <w:t xml:space="preserve">　　D．锰 </w:t>
      </w:r>
    </w:p>
    <w:p>
      <w:r>
        <w:rPr>
          <w:rFonts w:ascii="宋体" w:hAnsi="宋体" w:eastAsia="宋体"/>
          <w:color w:val="000000"/>
          <w:sz w:val="28"/>
        </w:rPr>
        <w:t xml:space="preserve">　　4．关于后浇带施工的做法，准确的是（　　）。 </w:t>
      </w:r>
    </w:p>
    <w:p>
      <w:r>
        <w:rPr>
          <w:rFonts w:ascii="宋体" w:hAnsi="宋体" w:eastAsia="宋体"/>
          <w:color w:val="000000"/>
          <w:sz w:val="28"/>
        </w:rPr>
        <w:t xml:space="preserve">　　A．浇筑与原结构相同等级的混凝土 </w:t>
      </w:r>
    </w:p>
    <w:p>
      <w:r>
        <w:rPr>
          <w:rFonts w:ascii="宋体" w:hAnsi="宋体" w:eastAsia="宋体"/>
          <w:color w:val="000000"/>
          <w:sz w:val="28"/>
        </w:rPr>
        <w:t xml:space="preserve">　　B．浇筑比原结构提升一等级的微膨胀混凝土 </w:t>
      </w:r>
    </w:p>
    <w:p>
      <w:r>
        <w:rPr>
          <w:rFonts w:ascii="宋体" w:hAnsi="宋体" w:eastAsia="宋体"/>
          <w:color w:val="000000"/>
          <w:sz w:val="28"/>
        </w:rPr>
        <w:t xml:space="preserve">　　C．接槎部分未剔凿直接浇筑混凝土 </w:t>
      </w:r>
    </w:p>
    <w:p>
      <w:r>
        <w:rPr>
          <w:rFonts w:ascii="宋体" w:hAnsi="宋体" w:eastAsia="宋体"/>
          <w:color w:val="000000"/>
          <w:sz w:val="28"/>
        </w:rPr>
        <w:t xml:space="preserve">　　D．后浇带模板支撑重新搭设后浇筑混凝土 </w:t>
      </w:r>
    </w:p>
    <w:p>
      <w:r>
        <w:rPr>
          <w:rFonts w:ascii="宋体" w:hAnsi="宋体" w:eastAsia="宋体"/>
          <w:color w:val="000000"/>
          <w:sz w:val="28"/>
        </w:rPr>
        <w:t xml:space="preserve">　　5．关于钢筋连接方式，准确的是（　　）。 </w:t>
      </w:r>
    </w:p>
    <w:p>
      <w:r>
        <w:rPr>
          <w:rFonts w:ascii="宋体" w:hAnsi="宋体" w:eastAsia="宋体"/>
          <w:color w:val="000000"/>
          <w:sz w:val="28"/>
        </w:rPr>
        <w:t xml:space="preserve">　　A．焊接 </w:t>
      </w:r>
    </w:p>
    <w:p>
      <w:r>
        <w:rPr>
          <w:rFonts w:ascii="宋体" w:hAnsi="宋体" w:eastAsia="宋体"/>
          <w:color w:val="000000"/>
          <w:sz w:val="28"/>
        </w:rPr>
        <w:t xml:space="preserve">　　B．普通螺栓连接 </w:t>
      </w:r>
    </w:p>
    <w:p>
      <w:r>
        <w:rPr>
          <w:rFonts w:ascii="宋体" w:hAnsi="宋体" w:eastAsia="宋体"/>
          <w:color w:val="000000"/>
          <w:sz w:val="28"/>
        </w:rPr>
        <w:t xml:space="preserve">　　C．铆接 </w:t>
      </w:r>
    </w:p>
    <w:p>
      <w:r>
        <w:rPr>
          <w:rFonts w:ascii="宋体" w:hAnsi="宋体" w:eastAsia="宋体"/>
          <w:color w:val="000000"/>
          <w:sz w:val="28"/>
        </w:rPr>
        <w:t xml:space="preserve">　　D．高强螺栓连接 </w:t>
      </w:r>
    </w:p>
    <w:p>
      <w:r>
        <w:rPr>
          <w:rFonts w:ascii="宋体" w:hAnsi="宋体" w:eastAsia="宋体"/>
          <w:color w:val="000000"/>
          <w:sz w:val="28"/>
        </w:rPr>
        <w:t xml:space="preserve">　　6．下列材料中，不属于常用建筑砂浆胶凝材料的是（　　）。 </w:t>
      </w:r>
    </w:p>
    <w:p>
      <w:r>
        <w:rPr>
          <w:rFonts w:ascii="宋体" w:hAnsi="宋体" w:eastAsia="宋体"/>
          <w:color w:val="000000"/>
          <w:sz w:val="28"/>
        </w:rPr>
        <w:t xml:space="preserve">　　A．石灰 </w:t>
      </w:r>
    </w:p>
    <w:p>
      <w:r>
        <w:rPr>
          <w:rFonts w:ascii="宋体" w:hAnsi="宋体" w:eastAsia="宋体"/>
          <w:color w:val="000000"/>
          <w:sz w:val="28"/>
        </w:rPr>
        <w:t xml:space="preserve">　　B．水泥 </w:t>
      </w:r>
    </w:p>
    <w:p>
      <w:r>
        <w:rPr>
          <w:rFonts w:ascii="宋体" w:hAnsi="宋体" w:eastAsia="宋体"/>
          <w:color w:val="000000"/>
          <w:sz w:val="28"/>
        </w:rPr>
        <w:t xml:space="preserve">　　C．粉煤灰 </w:t>
      </w:r>
    </w:p>
    <w:p>
      <w:r>
        <w:rPr>
          <w:rFonts w:ascii="宋体" w:hAnsi="宋体" w:eastAsia="宋体"/>
          <w:color w:val="000000"/>
          <w:sz w:val="28"/>
        </w:rPr>
        <w:t xml:space="preserve">　　D．石膏 </w:t>
      </w:r>
    </w:p>
    <w:p>
      <w:r>
        <w:rPr>
          <w:rFonts w:ascii="宋体" w:hAnsi="宋体" w:eastAsia="宋体"/>
          <w:color w:val="000000"/>
          <w:sz w:val="28"/>
        </w:rPr>
        <w:t xml:space="preserve">　　7．关于砌体结构施工的做法，错误的是（　　）。 </w:t>
      </w:r>
    </w:p>
    <w:p>
      <w:r>
        <w:rPr>
          <w:rFonts w:ascii="宋体" w:hAnsi="宋体" w:eastAsia="宋体"/>
          <w:color w:val="000000"/>
          <w:sz w:val="28"/>
        </w:rPr>
        <w:t xml:space="preserve">　　A．施工现场砌块堆放整齐，堆放高度1.9m </w:t>
      </w:r>
    </w:p>
    <w:p>
      <w:r>
        <w:rPr>
          <w:rFonts w:ascii="宋体" w:hAnsi="宋体" w:eastAsia="宋体"/>
          <w:color w:val="000000"/>
          <w:sz w:val="28"/>
        </w:rPr>
        <w:t xml:space="preserve">　　B．常温情况下砌筑砖砌体时，提前2天浇水湿润 </w:t>
      </w:r>
    </w:p>
    <w:p>
      <w:r>
        <w:rPr>
          <w:rFonts w:ascii="宋体" w:hAnsi="宋体" w:eastAsia="宋体"/>
          <w:color w:val="000000"/>
          <w:sz w:val="28"/>
        </w:rPr>
        <w:t xml:space="preserve">　　C．砖砌体的水平灰缝厚度为11mm </w:t>
      </w:r>
    </w:p>
    <w:p>
      <w:r>
        <w:rPr>
          <w:rFonts w:ascii="宋体" w:hAnsi="宋体" w:eastAsia="宋体"/>
          <w:color w:val="000000"/>
          <w:sz w:val="28"/>
        </w:rPr>
        <w:t xml:space="preserve">　　D．必须留置的临时间断处砌成直槎 </w:t>
      </w:r>
    </w:p>
    <w:p>
      <w:r>
        <w:rPr>
          <w:rFonts w:ascii="宋体" w:hAnsi="宋体" w:eastAsia="宋体"/>
          <w:color w:val="000000"/>
          <w:sz w:val="28"/>
        </w:rPr>
        <w:t xml:space="preserve">　　8．钢结构焊接中，能够引弧的构件是（　　）。 </w:t>
      </w:r>
    </w:p>
    <w:p>
      <w:r>
        <w:rPr>
          <w:rFonts w:ascii="宋体" w:hAnsi="宋体" w:eastAsia="宋体"/>
          <w:color w:val="000000"/>
          <w:sz w:val="28"/>
        </w:rPr>
        <w:t xml:space="preserve">　　A．主要构件</w:t>
      </w:r>
    </w:p>
    <w:p>
      <w:r>
        <w:rPr>
          <w:rFonts w:ascii="宋体" w:hAnsi="宋体" w:eastAsia="宋体"/>
          <w:color w:val="000000"/>
          <w:sz w:val="28"/>
        </w:rPr>
        <w:t xml:space="preserve">　　B．次要构件 </w:t>
      </w:r>
    </w:p>
    <w:p>
      <w:r>
        <w:rPr>
          <w:rFonts w:ascii="宋体" w:hAnsi="宋体" w:eastAsia="宋体"/>
          <w:color w:val="000000"/>
          <w:sz w:val="28"/>
        </w:rPr>
        <w:t xml:space="preserve">　　C．连接板</w:t>
      </w:r>
    </w:p>
    <w:p>
      <w:r>
        <w:rPr>
          <w:rFonts w:ascii="宋体" w:hAnsi="宋体" w:eastAsia="宋体"/>
          <w:color w:val="000000"/>
          <w:sz w:val="28"/>
        </w:rPr>
        <w:t xml:space="preserve">　　D．引弧板 </w:t>
      </w:r>
    </w:p>
    <w:p>
      <w:r>
        <w:rPr>
          <w:rFonts w:ascii="宋体" w:hAnsi="宋体" w:eastAsia="宋体"/>
          <w:color w:val="000000"/>
          <w:sz w:val="28"/>
        </w:rPr>
        <w:t xml:space="preserve">　　9．冬期填方施工时，每层铺土厚度应比常温时（　　）。 </w:t>
      </w:r>
    </w:p>
    <w:p>
      <w:r>
        <w:rPr>
          <w:rFonts w:ascii="宋体" w:hAnsi="宋体" w:eastAsia="宋体"/>
          <w:color w:val="000000"/>
          <w:sz w:val="28"/>
        </w:rPr>
        <w:t xml:space="preserve">　　A．增加20%～25% </w:t>
      </w:r>
    </w:p>
    <w:p>
      <w:r>
        <w:rPr>
          <w:rFonts w:ascii="宋体" w:hAnsi="宋体" w:eastAsia="宋体"/>
          <w:color w:val="000000"/>
          <w:sz w:val="28"/>
        </w:rPr>
        <w:t xml:space="preserve">　　B．减少20%～25% </w:t>
      </w:r>
    </w:p>
    <w:p>
      <w:r>
        <w:rPr>
          <w:rFonts w:ascii="宋体" w:hAnsi="宋体" w:eastAsia="宋体"/>
          <w:color w:val="000000"/>
          <w:sz w:val="28"/>
        </w:rPr>
        <w:t xml:space="preserve">　　C．减少35%～40% </w:t>
      </w:r>
    </w:p>
    <w:p>
      <w:r>
        <w:rPr>
          <w:rFonts w:ascii="宋体" w:hAnsi="宋体" w:eastAsia="宋体"/>
          <w:color w:val="000000"/>
          <w:sz w:val="28"/>
        </w:rPr>
        <w:t xml:space="preserve">　　D．增加35%～40% </w:t>
      </w:r>
    </w:p>
    <w:p>
      <w:r>
        <w:rPr>
          <w:rFonts w:ascii="宋体" w:hAnsi="宋体" w:eastAsia="宋体"/>
          <w:color w:val="000000"/>
          <w:sz w:val="28"/>
        </w:rPr>
        <w:t xml:space="preserve">　　10．大体积混凝土浇筑时，当采用分层浇筑时，应保证在下层混凝土（　　）将上层混凝土浇筑完毕。 </w:t>
      </w:r>
    </w:p>
    <w:p>
      <w:r>
        <w:rPr>
          <w:rFonts w:ascii="宋体" w:hAnsi="宋体" w:eastAsia="宋体"/>
          <w:color w:val="000000"/>
          <w:sz w:val="28"/>
        </w:rPr>
        <w:t xml:space="preserve">　　A．初凝前 </w:t>
      </w:r>
    </w:p>
    <w:p>
      <w:r>
        <w:rPr>
          <w:rFonts w:ascii="宋体" w:hAnsi="宋体" w:eastAsia="宋体"/>
          <w:color w:val="000000"/>
          <w:sz w:val="28"/>
        </w:rPr>
        <w:t xml:space="preserve">　　B．初凝后 </w:t>
      </w:r>
    </w:p>
    <w:p>
      <w:r>
        <w:rPr>
          <w:rFonts w:ascii="宋体" w:hAnsi="宋体" w:eastAsia="宋体"/>
          <w:color w:val="000000"/>
          <w:sz w:val="28"/>
        </w:rPr>
        <w:t xml:space="preserve">　　C．终凝前 </w:t>
      </w:r>
    </w:p>
    <w:p>
      <w:r>
        <w:rPr>
          <w:rFonts w:ascii="宋体" w:hAnsi="宋体" w:eastAsia="宋体"/>
          <w:color w:val="000000"/>
          <w:sz w:val="28"/>
        </w:rPr>
        <w:t xml:space="preserve">　　D．终凝后 </w:t>
      </w:r>
    </w:p>
    <w:p>
      <w:r>
        <w:rPr>
          <w:rFonts w:ascii="宋体" w:hAnsi="宋体" w:eastAsia="宋体"/>
          <w:color w:val="000000"/>
          <w:sz w:val="28"/>
        </w:rPr>
        <w:t xml:space="preserve">　　11．关于模板拆除施工的做法，错误的是（　　）。 </w:t>
      </w:r>
    </w:p>
    <w:p>
      <w:r>
        <w:rPr>
          <w:rFonts w:ascii="宋体" w:hAnsi="宋体" w:eastAsia="宋体"/>
          <w:color w:val="000000"/>
          <w:sz w:val="28"/>
        </w:rPr>
        <w:t xml:space="preserve">　　A．跨度2m的双向板，混凝土强度达到设计要求的50%时，开始拆除底模 </w:t>
      </w:r>
    </w:p>
    <w:p>
      <w:r>
        <w:rPr>
          <w:rFonts w:ascii="宋体" w:hAnsi="宋体" w:eastAsia="宋体"/>
          <w:color w:val="000000"/>
          <w:sz w:val="28"/>
        </w:rPr>
        <w:t xml:space="preserve">　　B．后张预应力混凝土结构底模在预应力张拉前拆除完毕 </w:t>
      </w:r>
    </w:p>
    <w:p>
      <w:r>
        <w:rPr>
          <w:rFonts w:ascii="宋体" w:hAnsi="宋体" w:eastAsia="宋体"/>
          <w:color w:val="000000"/>
          <w:sz w:val="28"/>
        </w:rPr>
        <w:t xml:space="preserve">　　C．拆除申请手续经项目技术负责人批准后，开始拆模 </w:t>
      </w:r>
    </w:p>
    <w:p>
      <w:r>
        <w:rPr>
          <w:rFonts w:ascii="宋体" w:hAnsi="宋体" w:eastAsia="宋体"/>
          <w:color w:val="000000"/>
          <w:sz w:val="28"/>
        </w:rPr>
        <w:t xml:space="preserve">　　D．模板设计无具体要求时，先拆非承重的模板，后拆承重的模板 </w:t>
      </w:r>
    </w:p>
    <w:p>
      <w:r>
        <w:rPr>
          <w:rFonts w:ascii="宋体" w:hAnsi="宋体" w:eastAsia="宋体"/>
          <w:color w:val="000000"/>
          <w:sz w:val="28"/>
        </w:rPr>
        <w:t xml:space="preserve">　　12．关于施工现场临时用电的做法，准确的是（　　）。 </w:t>
      </w:r>
    </w:p>
    <w:p>
      <w:r>
        <w:rPr>
          <w:rFonts w:ascii="宋体" w:hAnsi="宋体" w:eastAsia="宋体"/>
          <w:color w:val="000000"/>
          <w:sz w:val="28"/>
        </w:rPr>
        <w:t xml:space="preserve">　　A．总配电箱设置在靠近外电电源处 </w:t>
      </w:r>
    </w:p>
    <w:p>
      <w:r>
        <w:rPr>
          <w:rFonts w:ascii="宋体" w:hAnsi="宋体" w:eastAsia="宋体"/>
          <w:color w:val="000000"/>
          <w:sz w:val="28"/>
        </w:rPr>
        <w:t xml:space="preserve">　　B．开关箱中作为末级保护的漏电保护器，其额定漏电动作时间为0.2s </w:t>
      </w:r>
    </w:p>
    <w:p>
      <w:r>
        <w:rPr>
          <w:rFonts w:ascii="宋体" w:hAnsi="宋体" w:eastAsia="宋体"/>
          <w:color w:val="000000"/>
          <w:sz w:val="28"/>
        </w:rPr>
        <w:t xml:space="preserve">　　C．室外220V灯具距地面高度为2．8m </w:t>
      </w:r>
    </w:p>
    <w:p>
      <w:r>
        <w:rPr>
          <w:rFonts w:ascii="宋体" w:hAnsi="宋体" w:eastAsia="宋体"/>
          <w:color w:val="000000"/>
          <w:sz w:val="28"/>
        </w:rPr>
        <w:t xml:space="preserve">　　D．现场施工电梯未设置避雷装置 </w:t>
      </w:r>
    </w:p>
    <w:p>
      <w:r>
        <w:rPr>
          <w:rFonts w:ascii="宋体" w:hAnsi="宋体" w:eastAsia="宋体"/>
          <w:color w:val="000000"/>
          <w:sz w:val="28"/>
        </w:rPr>
        <w:t xml:space="preserve">　　13．不属于专业承包资质类别的是（　　）。 </w:t>
      </w:r>
    </w:p>
    <w:p>
      <w:r>
        <w:rPr>
          <w:rFonts w:ascii="宋体" w:hAnsi="宋体" w:eastAsia="宋体"/>
          <w:color w:val="000000"/>
          <w:sz w:val="28"/>
        </w:rPr>
        <w:t xml:space="preserve">　　A．建筑幕墙 </w:t>
      </w:r>
    </w:p>
    <w:p>
      <w:r>
        <w:rPr>
          <w:rFonts w:ascii="宋体" w:hAnsi="宋体" w:eastAsia="宋体"/>
          <w:color w:val="000000"/>
          <w:sz w:val="28"/>
        </w:rPr>
        <w:t xml:space="preserve">　　B．电梯安装 </w:t>
      </w:r>
    </w:p>
    <w:p>
      <w:r>
        <w:rPr>
          <w:rFonts w:ascii="宋体" w:hAnsi="宋体" w:eastAsia="宋体"/>
          <w:color w:val="000000"/>
          <w:sz w:val="28"/>
        </w:rPr>
        <w:t xml:space="preserve">　　C．混凝土作业 </w:t>
      </w:r>
    </w:p>
    <w:p>
      <w:r>
        <w:rPr>
          <w:rFonts w:ascii="宋体" w:hAnsi="宋体" w:eastAsia="宋体"/>
          <w:color w:val="000000"/>
          <w:sz w:val="28"/>
        </w:rPr>
        <w:t xml:space="preserve">　　D．钢结构 </w:t>
      </w:r>
    </w:p>
    <w:p>
      <w:r>
        <w:rPr>
          <w:rFonts w:ascii="宋体" w:hAnsi="宋体" w:eastAsia="宋体"/>
          <w:color w:val="000000"/>
          <w:sz w:val="28"/>
        </w:rPr>
        <w:t xml:space="preserve">　　14．下列施工合同文件的排序符合优先解释顺序的是（　　）。 </w:t>
      </w:r>
    </w:p>
    <w:p>
      <w:r>
        <w:rPr>
          <w:rFonts w:ascii="宋体" w:hAnsi="宋体" w:eastAsia="宋体"/>
          <w:color w:val="000000"/>
          <w:sz w:val="28"/>
        </w:rPr>
        <w:t xml:space="preserve">　　A．施工合同协议书、施工合同专用条款、中标通知书、投标书及其附件 </w:t>
      </w:r>
    </w:p>
    <w:p>
      <w:r>
        <w:rPr>
          <w:rFonts w:ascii="宋体" w:hAnsi="宋体" w:eastAsia="宋体"/>
          <w:color w:val="000000"/>
          <w:sz w:val="28"/>
        </w:rPr>
        <w:t xml:space="preserve">　　B．施工合同协议书、中标通知书、投标书及其附件、施工合同专用条款 </w:t>
      </w:r>
    </w:p>
    <w:p>
      <w:r>
        <w:rPr>
          <w:rFonts w:ascii="宋体" w:hAnsi="宋体" w:eastAsia="宋体"/>
          <w:color w:val="000000"/>
          <w:sz w:val="28"/>
        </w:rPr>
        <w:t xml:space="preserve">　　C．施工合同专用条款、施工合同协议书、中标通知书、投标书及其附件 </w:t>
      </w:r>
    </w:p>
    <w:p>
      <w:r>
        <w:rPr>
          <w:rFonts w:ascii="宋体" w:hAnsi="宋体" w:eastAsia="宋体"/>
          <w:color w:val="000000"/>
          <w:sz w:val="28"/>
        </w:rPr>
        <w:t xml:space="preserve">　　D．施工合同专用条款、中标通知书、投标书及其附件、施工合同协议书 </w:t>
      </w:r>
    </w:p>
    <w:p>
      <w:r>
        <w:rPr>
          <w:rFonts w:ascii="宋体" w:hAnsi="宋体" w:eastAsia="宋体"/>
          <w:color w:val="000000"/>
          <w:sz w:val="28"/>
        </w:rPr>
        <w:t xml:space="preserve">　　15．下列污染物中，不属于民用建筑工程室内环境污染物浓度检测时必需检测的项目是（　　）。 </w:t>
      </w:r>
    </w:p>
    <w:p>
      <w:r>
        <w:rPr>
          <w:rFonts w:ascii="宋体" w:hAnsi="宋体" w:eastAsia="宋体"/>
          <w:color w:val="000000"/>
          <w:sz w:val="28"/>
        </w:rPr>
        <w:t xml:space="preserve">　　A．氡 </w:t>
      </w:r>
    </w:p>
    <w:p>
      <w:r>
        <w:rPr>
          <w:rFonts w:ascii="宋体" w:hAnsi="宋体" w:eastAsia="宋体"/>
          <w:color w:val="000000"/>
          <w:sz w:val="28"/>
        </w:rPr>
        <w:t xml:space="preserve">　　B．氯 </w:t>
      </w:r>
    </w:p>
    <w:p>
      <w:r>
        <w:rPr>
          <w:rFonts w:ascii="宋体" w:hAnsi="宋体" w:eastAsia="宋体"/>
          <w:color w:val="000000"/>
          <w:sz w:val="28"/>
        </w:rPr>
        <w:t xml:space="preserve">　　C．氨 </w:t>
      </w:r>
    </w:p>
    <w:p>
      <w:r>
        <w:rPr>
          <w:rFonts w:ascii="宋体" w:hAnsi="宋体" w:eastAsia="宋体"/>
          <w:color w:val="000000"/>
          <w:sz w:val="28"/>
        </w:rPr>
        <w:t xml:space="preserve">　　D．甲醛 </w:t>
      </w:r>
    </w:p>
    <w:p>
      <w:r>
        <w:rPr>
          <w:rFonts w:ascii="宋体" w:hAnsi="宋体" w:eastAsia="宋体"/>
          <w:color w:val="000000"/>
          <w:sz w:val="28"/>
        </w:rPr>
        <w:t xml:space="preserve">　　16．根据《民用建筑节能条例》，在正常使用条件下，保温工程最低保修期限为（　　）年。 </w:t>
      </w:r>
    </w:p>
    <w:p>
      <w:r>
        <w:rPr>
          <w:rFonts w:ascii="宋体" w:hAnsi="宋体" w:eastAsia="宋体"/>
          <w:color w:val="000000"/>
          <w:sz w:val="28"/>
        </w:rPr>
        <w:t xml:space="preserve">　　A．3 </w:t>
      </w:r>
    </w:p>
    <w:p>
      <w:r>
        <w:rPr>
          <w:rFonts w:ascii="宋体" w:hAnsi="宋体" w:eastAsia="宋体"/>
          <w:color w:val="000000"/>
          <w:sz w:val="28"/>
        </w:rPr>
        <w:t xml:space="preserve">　　B．4 </w:t>
      </w:r>
    </w:p>
    <w:p>
      <w:r>
        <w:rPr>
          <w:rFonts w:ascii="宋体" w:hAnsi="宋体" w:eastAsia="宋体"/>
          <w:color w:val="000000"/>
          <w:sz w:val="28"/>
        </w:rPr>
        <w:t xml:space="preserve">　　C．5 </w:t>
      </w:r>
    </w:p>
    <w:p>
      <w:r>
        <w:rPr>
          <w:rFonts w:ascii="宋体" w:hAnsi="宋体" w:eastAsia="宋体"/>
          <w:color w:val="000000"/>
          <w:sz w:val="28"/>
        </w:rPr>
        <w:t xml:space="preserve">　　D．6 </w:t>
      </w:r>
    </w:p>
    <w:p>
      <w:r>
        <w:rPr>
          <w:rFonts w:ascii="宋体" w:hAnsi="宋体" w:eastAsia="宋体"/>
          <w:color w:val="000000"/>
          <w:sz w:val="28"/>
        </w:rPr>
        <w:t xml:space="preserve">　　17．下列工作中，超出项目经理权限的是（　　）。 </w:t>
      </w:r>
    </w:p>
    <w:p>
      <w:r>
        <w:rPr>
          <w:rFonts w:ascii="宋体" w:hAnsi="宋体" w:eastAsia="宋体"/>
          <w:color w:val="000000"/>
          <w:sz w:val="28"/>
        </w:rPr>
        <w:t xml:space="preserve">　　A．主持项目经理部工作 </w:t>
      </w:r>
    </w:p>
    <w:p>
      <w:r>
        <w:rPr>
          <w:rFonts w:ascii="宋体" w:hAnsi="宋体" w:eastAsia="宋体"/>
          <w:color w:val="000000"/>
          <w:sz w:val="28"/>
        </w:rPr>
        <w:t xml:space="preserve">　　B．制订项目内部计酬办法 </w:t>
      </w:r>
    </w:p>
    <w:p>
      <w:r>
        <w:rPr>
          <w:rFonts w:ascii="宋体" w:hAnsi="宋体" w:eastAsia="宋体"/>
          <w:color w:val="000000"/>
          <w:sz w:val="28"/>
        </w:rPr>
        <w:t xml:space="preserve">　　C．决定授权范围内项目资金使用 </w:t>
      </w:r>
    </w:p>
    <w:p>
      <w:r>
        <w:rPr>
          <w:rFonts w:ascii="宋体" w:hAnsi="宋体" w:eastAsia="宋体"/>
          <w:color w:val="000000"/>
          <w:sz w:val="28"/>
        </w:rPr>
        <w:t xml:space="preserve">　　D．审批施工组织设计 </w:t>
      </w:r>
    </w:p>
    <w:p>
      <w:r>
        <w:rPr>
          <w:rFonts w:ascii="宋体" w:hAnsi="宋体" w:eastAsia="宋体"/>
          <w:color w:val="000000"/>
          <w:sz w:val="28"/>
        </w:rPr>
        <w:t xml:space="preserve">　　18．某大楼主体结构分部工程质量验收合格，则下列说法错误的是（　　）。 </w:t>
      </w:r>
    </w:p>
    <w:p>
      <w:r>
        <w:rPr>
          <w:rFonts w:ascii="宋体" w:hAnsi="宋体" w:eastAsia="宋体"/>
          <w:color w:val="000000"/>
          <w:sz w:val="28"/>
        </w:rPr>
        <w:t xml:space="preserve">　　A．该分部工程所含分项工程质量必定合格 </w:t>
      </w:r>
    </w:p>
    <w:p>
      <w:r>
        <w:rPr>
          <w:rFonts w:ascii="宋体" w:hAnsi="宋体" w:eastAsia="宋体"/>
          <w:color w:val="000000"/>
          <w:sz w:val="28"/>
        </w:rPr>
        <w:t xml:space="preserve">　　B．该分部工程质量控制资料必定完整 </w:t>
      </w:r>
    </w:p>
    <w:p>
      <w:r>
        <w:rPr>
          <w:rFonts w:ascii="宋体" w:hAnsi="宋体" w:eastAsia="宋体"/>
          <w:color w:val="000000"/>
          <w:sz w:val="28"/>
        </w:rPr>
        <w:t xml:space="preserve">　　C．该分部工程观感质量验收必定符合要求 </w:t>
      </w:r>
    </w:p>
    <w:p>
      <w:r>
        <w:rPr>
          <w:rFonts w:ascii="宋体" w:hAnsi="宋体" w:eastAsia="宋体"/>
          <w:color w:val="000000"/>
          <w:sz w:val="28"/>
        </w:rPr>
        <w:t xml:space="preserve">　　D．该单位工程质量验收必定合格 </w:t>
      </w:r>
    </w:p>
    <w:p>
      <w:r>
        <w:rPr>
          <w:rFonts w:ascii="宋体" w:hAnsi="宋体" w:eastAsia="宋体"/>
          <w:color w:val="000000"/>
          <w:sz w:val="28"/>
        </w:rPr>
        <w:t xml:space="preserve">　　19．关于混凝土原材料的说法，错误的是（　　）。 </w:t>
      </w:r>
    </w:p>
    <w:p>
      <w:r>
        <w:rPr>
          <w:rFonts w:ascii="宋体" w:hAnsi="宋体" w:eastAsia="宋体"/>
          <w:color w:val="000000"/>
          <w:sz w:val="28"/>
        </w:rPr>
        <w:t xml:space="preserve">　　A．水泥进场时，应对其强度、安定性等指标实行复验 </w:t>
      </w:r>
    </w:p>
    <w:p>
      <w:r>
        <w:rPr>
          <w:rFonts w:ascii="宋体" w:hAnsi="宋体" w:eastAsia="宋体"/>
          <w:color w:val="000000"/>
          <w:sz w:val="28"/>
        </w:rPr>
        <w:t xml:space="preserve">　　B．采用海砂时，应按批检验其含氯盐含量 </w:t>
      </w:r>
    </w:p>
    <w:p>
      <w:r>
        <w:rPr>
          <w:rFonts w:ascii="宋体" w:hAnsi="宋体" w:eastAsia="宋体"/>
          <w:color w:val="000000"/>
          <w:sz w:val="28"/>
        </w:rPr>
        <w:t xml:space="preserve">　　C．快硬硅酸盐水泥出厂超过l个月，应再次复验后按复验结果使用 </w:t>
      </w:r>
    </w:p>
    <w:p>
      <w:r>
        <w:rPr>
          <w:rFonts w:ascii="宋体" w:hAnsi="宋体" w:eastAsia="宋体"/>
          <w:color w:val="000000"/>
          <w:sz w:val="28"/>
        </w:rPr>
        <w:t xml:space="preserve">　　D．钢筋混凝土结构中，严禁使用含氯化物的外加剂 </w:t>
      </w:r>
    </w:p>
    <w:p>
      <w:r>
        <w:rPr>
          <w:rFonts w:ascii="宋体" w:hAnsi="宋体" w:eastAsia="宋体"/>
          <w:color w:val="000000"/>
          <w:sz w:val="28"/>
        </w:rPr>
        <w:t xml:space="preserve">　　20．关于玻璃幕墙的说法，准确的是（　　）。 </w:t>
      </w:r>
    </w:p>
    <w:p>
      <w:r>
        <w:rPr>
          <w:rFonts w:ascii="宋体" w:hAnsi="宋体" w:eastAsia="宋体"/>
          <w:color w:val="000000"/>
          <w:sz w:val="28"/>
        </w:rPr>
        <w:t xml:space="preserve">　　A．防火层能够与幕墙玻璃直接接触 </w:t>
      </w:r>
    </w:p>
    <w:p>
      <w:r>
        <w:rPr>
          <w:rFonts w:ascii="宋体" w:hAnsi="宋体" w:eastAsia="宋体"/>
          <w:color w:val="000000"/>
          <w:sz w:val="28"/>
        </w:rPr>
        <w:t xml:space="preserve">　　B．同一玻璃幕墙单元能够跨越两个防火分区 </w:t>
      </w:r>
    </w:p>
    <w:p>
      <w:r>
        <w:rPr>
          <w:rFonts w:ascii="宋体" w:hAnsi="宋体" w:eastAsia="宋体"/>
          <w:color w:val="000000"/>
          <w:sz w:val="28"/>
        </w:rPr>
        <w:t xml:space="preserve">　　C．幕墙的金属框架应与主体结构的防雷体系可靠连接 </w:t>
      </w:r>
    </w:p>
    <w:p>
      <w:r>
        <w:rPr>
          <w:rFonts w:ascii="宋体" w:hAnsi="宋体" w:eastAsia="宋体"/>
          <w:color w:val="000000"/>
          <w:sz w:val="28"/>
        </w:rPr>
        <w:t xml:space="preserve">　　D．防火层承托板能够采用铝板</w:t>
      </w:r>
    </w:p>
    <w:p>
      <w:r>
        <w:rPr>
          <w:rFonts w:ascii="宋体" w:hAnsi="宋体" w:eastAsia="宋体"/>
          <w:color w:val="000000"/>
          <w:sz w:val="28"/>
        </w:rPr>
        <w:t xml:space="preserve">　　二、多项选择题(共10题，每题2分。每题的备选项中，有2个或2个以上符合题意，至少有1个错项。错选，本题不得分；少选，所选的每个选项得0．5分) </w:t>
      </w:r>
    </w:p>
    <w:p>
      <w:r>
        <w:rPr>
          <w:rFonts w:ascii="宋体" w:hAnsi="宋体" w:eastAsia="宋体"/>
          <w:color w:val="000000"/>
          <w:sz w:val="28"/>
        </w:rPr>
        <w:t xml:space="preserve">　　21．下列钢筋牌号，属于光圆钢筋的有（　　）。 </w:t>
      </w:r>
    </w:p>
    <w:p>
      <w:r>
        <w:rPr>
          <w:rFonts w:ascii="宋体" w:hAnsi="宋体" w:eastAsia="宋体"/>
          <w:color w:val="000000"/>
          <w:sz w:val="28"/>
        </w:rPr>
        <w:t xml:space="preserve">　　A．HPB235 </w:t>
      </w:r>
    </w:p>
    <w:p>
      <w:r>
        <w:rPr>
          <w:rFonts w:ascii="宋体" w:hAnsi="宋体" w:eastAsia="宋体"/>
          <w:color w:val="000000"/>
          <w:sz w:val="28"/>
        </w:rPr>
        <w:t xml:space="preserve">　　B．HPB300 </w:t>
      </w:r>
    </w:p>
    <w:p>
      <w:r>
        <w:rPr>
          <w:rFonts w:ascii="宋体" w:hAnsi="宋体" w:eastAsia="宋体"/>
          <w:color w:val="000000"/>
          <w:sz w:val="28"/>
        </w:rPr>
        <w:t xml:space="preserve">　　C．HRB335 </w:t>
      </w:r>
    </w:p>
    <w:p>
      <w:r>
        <w:rPr>
          <w:rFonts w:ascii="宋体" w:hAnsi="宋体" w:eastAsia="宋体"/>
          <w:color w:val="000000"/>
          <w:sz w:val="28"/>
        </w:rPr>
        <w:t xml:space="preserve">　　D．HRB400 </w:t>
      </w:r>
    </w:p>
    <w:p>
      <w:r>
        <w:rPr>
          <w:rFonts w:ascii="宋体" w:hAnsi="宋体" w:eastAsia="宋体"/>
          <w:color w:val="000000"/>
          <w:sz w:val="28"/>
        </w:rPr>
        <w:t xml:space="preserve">　　E．HRB500 </w:t>
      </w:r>
    </w:p>
    <w:p>
      <w:r>
        <w:rPr>
          <w:rFonts w:ascii="宋体" w:hAnsi="宋体" w:eastAsia="宋体"/>
          <w:color w:val="000000"/>
          <w:sz w:val="28"/>
        </w:rPr>
        <w:t xml:space="preserve">　　22．模板工程设计的安全性指标包括（　　）。 </w:t>
      </w:r>
    </w:p>
    <w:p>
      <w:r>
        <w:rPr>
          <w:rFonts w:ascii="宋体" w:hAnsi="宋体" w:eastAsia="宋体"/>
          <w:color w:val="000000"/>
          <w:sz w:val="28"/>
        </w:rPr>
        <w:t xml:space="preserve">　　A．强度 </w:t>
      </w:r>
    </w:p>
    <w:p>
      <w:r>
        <w:rPr>
          <w:rFonts w:ascii="宋体" w:hAnsi="宋体" w:eastAsia="宋体"/>
          <w:color w:val="000000"/>
          <w:sz w:val="28"/>
        </w:rPr>
        <w:t xml:space="preserve">　　B．刚度 </w:t>
      </w:r>
    </w:p>
    <w:p>
      <w:r>
        <w:rPr>
          <w:rFonts w:ascii="宋体" w:hAnsi="宋体" w:eastAsia="宋体"/>
          <w:color w:val="000000"/>
          <w:sz w:val="28"/>
        </w:rPr>
        <w:t xml:space="preserve">　　C．平整度 </w:t>
      </w:r>
    </w:p>
    <w:p>
      <w:r>
        <w:rPr>
          <w:rFonts w:ascii="宋体" w:hAnsi="宋体" w:eastAsia="宋体"/>
          <w:color w:val="000000"/>
          <w:sz w:val="28"/>
        </w:rPr>
        <w:t xml:space="preserve">　　D．稳定性 </w:t>
      </w:r>
    </w:p>
    <w:p>
      <w:r>
        <w:rPr>
          <w:rFonts w:ascii="宋体" w:hAnsi="宋体" w:eastAsia="宋体"/>
          <w:color w:val="000000"/>
          <w:sz w:val="28"/>
        </w:rPr>
        <w:t xml:space="preserve">　　E．实用性 </w:t>
      </w:r>
    </w:p>
    <w:p>
      <w:r>
        <w:rPr>
          <w:rFonts w:ascii="宋体" w:hAnsi="宋体" w:eastAsia="宋体"/>
          <w:color w:val="000000"/>
          <w:sz w:val="28"/>
        </w:rPr>
        <w:t xml:space="preserve">　　23．关于屋面防水工程的做法，准确的有（　　）。 </w:t>
      </w:r>
    </w:p>
    <w:p>
      <w:r>
        <w:rPr>
          <w:rFonts w:ascii="宋体" w:hAnsi="宋体" w:eastAsia="宋体"/>
          <w:color w:val="000000"/>
          <w:sz w:val="28"/>
        </w:rPr>
        <w:t xml:space="preserve">　　A．平屋面采用结构找坡，坡度2% </w:t>
      </w:r>
    </w:p>
    <w:p>
      <w:r>
        <w:rPr>
          <w:rFonts w:ascii="宋体" w:hAnsi="宋体" w:eastAsia="宋体"/>
          <w:color w:val="000000"/>
          <w:sz w:val="28"/>
        </w:rPr>
        <w:t xml:space="preserve">　　B．前后两遍的防水涂膜相互垂直涂布 </w:t>
      </w:r>
    </w:p>
    <w:p>
      <w:r>
        <w:rPr>
          <w:rFonts w:ascii="宋体" w:hAnsi="宋体" w:eastAsia="宋体"/>
          <w:color w:val="000000"/>
          <w:sz w:val="28"/>
        </w:rPr>
        <w:t xml:space="preserve">　　C．上下层卷材相互垂直铺贴 </w:t>
      </w:r>
    </w:p>
    <w:p>
      <w:r>
        <w:rPr>
          <w:rFonts w:ascii="宋体" w:hAnsi="宋体" w:eastAsia="宋体"/>
          <w:color w:val="000000"/>
          <w:sz w:val="28"/>
        </w:rPr>
        <w:t xml:space="preserve">　　D．采用先低跨后高跨、先近后远的次序铺贴连续多跨的屋面卷材 </w:t>
      </w:r>
    </w:p>
    <w:p>
      <w:r>
        <w:rPr>
          <w:rFonts w:ascii="宋体" w:hAnsi="宋体" w:eastAsia="宋体"/>
          <w:color w:val="000000"/>
          <w:sz w:val="28"/>
        </w:rPr>
        <w:t xml:space="preserve">　　E．采用搭接法铺贴卷材 </w:t>
      </w:r>
    </w:p>
    <w:p>
      <w:r>
        <w:rPr>
          <w:rFonts w:ascii="宋体" w:hAnsi="宋体" w:eastAsia="宋体"/>
          <w:color w:val="000000"/>
          <w:sz w:val="28"/>
        </w:rPr>
        <w:t xml:space="preserve">　　24．某检验高度45rn的落地式钢管脚手架工程，下列说法准确的有（　　）。 </w:t>
      </w:r>
    </w:p>
    <w:p>
      <w:r>
        <w:rPr>
          <w:rFonts w:ascii="宋体" w:hAnsi="宋体" w:eastAsia="宋体"/>
          <w:color w:val="000000"/>
          <w:sz w:val="28"/>
        </w:rPr>
        <w:t xml:space="preserve">　　A．采用拉筋和顶撑配合使用的附墙连接方式 </w:t>
      </w:r>
    </w:p>
    <w:p>
      <w:r>
        <w:rPr>
          <w:rFonts w:ascii="宋体" w:hAnsi="宋体" w:eastAsia="宋体"/>
          <w:color w:val="000000"/>
          <w:sz w:val="28"/>
        </w:rPr>
        <w:t xml:space="preserve">　　B．每搭设完15rn，运行一次检查与验收 </w:t>
      </w:r>
    </w:p>
    <w:p>
      <w:r>
        <w:rPr>
          <w:rFonts w:ascii="宋体" w:hAnsi="宋体" w:eastAsia="宋体"/>
          <w:color w:val="000000"/>
          <w:sz w:val="28"/>
        </w:rPr>
        <w:t xml:space="preserve">　　C．停工两个月后，重新开工时，对脚手架实行检查、验收 </w:t>
      </w:r>
    </w:p>
    <w:p>
      <w:r>
        <w:rPr>
          <w:rFonts w:ascii="宋体" w:hAnsi="宋体" w:eastAsia="宋体"/>
          <w:color w:val="000000"/>
          <w:sz w:val="28"/>
        </w:rPr>
        <w:t xml:space="preserve">　　D．每层连墙件都在其上部可拆杆件全部拆除后完成后才实行拆除 </w:t>
      </w:r>
    </w:p>
    <w:p>
      <w:r>
        <w:rPr>
          <w:rFonts w:ascii="宋体" w:hAnsi="宋体" w:eastAsia="宋体"/>
          <w:color w:val="000000"/>
          <w:sz w:val="28"/>
        </w:rPr>
        <w:t xml:space="preserve">　　E．遇6级大风，停止脚手架拆除作业 </w:t>
      </w:r>
    </w:p>
    <w:p>
      <w:r>
        <w:rPr>
          <w:rFonts w:ascii="宋体" w:hAnsi="宋体" w:eastAsia="宋体"/>
          <w:color w:val="000000"/>
          <w:sz w:val="28"/>
        </w:rPr>
        <w:t xml:space="preserve">　　25．关于洞口、临边防护的做法，准确的有（　　）。 </w:t>
      </w:r>
    </w:p>
    <w:p>
      <w:r>
        <w:rPr>
          <w:rFonts w:ascii="宋体" w:hAnsi="宋体" w:eastAsia="宋体"/>
          <w:color w:val="000000"/>
          <w:sz w:val="28"/>
        </w:rPr>
        <w:t xml:space="preserve">　　A．基坑周边设置了防护栏杆，但未设置安全立网实行封闭 </w:t>
      </w:r>
    </w:p>
    <w:p>
      <w:r>
        <w:rPr>
          <w:rFonts w:ascii="宋体" w:hAnsi="宋体" w:eastAsia="宋体"/>
          <w:color w:val="000000"/>
          <w:sz w:val="28"/>
        </w:rPr>
        <w:t xml:space="preserve">　　B．横杆长度大于2rn时，加设栏杆柱 </w:t>
      </w:r>
    </w:p>
    <w:p>
      <w:r>
        <w:rPr>
          <w:rFonts w:ascii="宋体" w:hAnsi="宋体" w:eastAsia="宋体"/>
          <w:color w:val="000000"/>
          <w:sz w:val="28"/>
        </w:rPr>
        <w:t xml:space="preserve">　　C．楼板上20cm×20cm的洞l：I，采用坚实的盖板盖严、钉牢 </w:t>
      </w:r>
    </w:p>
    <w:p>
      <w:r>
        <w:rPr>
          <w:rFonts w:ascii="宋体" w:hAnsi="宋体" w:eastAsia="宋体"/>
          <w:color w:val="000000"/>
          <w:sz w:val="28"/>
        </w:rPr>
        <w:t xml:space="preserve">　　D．电梯井El未设置栅门 </w:t>
      </w:r>
    </w:p>
    <w:p>
      <w:r>
        <w:rPr>
          <w:rFonts w:ascii="宋体" w:hAnsi="宋体" w:eastAsia="宋体"/>
          <w:color w:val="000000"/>
          <w:sz w:val="28"/>
        </w:rPr>
        <w:t xml:space="preserve">　　E．外用施工电梯出入口处，设置专用安全门 </w:t>
      </w:r>
    </w:p>
    <w:p>
      <w:r>
        <w:rPr>
          <w:rFonts w:ascii="宋体" w:hAnsi="宋体" w:eastAsia="宋体"/>
          <w:color w:val="000000"/>
          <w:sz w:val="28"/>
        </w:rPr>
        <w:t xml:space="preserve">　　26．关于塔式起重机安装、拆除的说法，准确的有（　　）。 </w:t>
      </w:r>
    </w:p>
    <w:p>
      <w:r>
        <w:rPr>
          <w:rFonts w:ascii="宋体" w:hAnsi="宋体" w:eastAsia="宋体"/>
          <w:color w:val="000000"/>
          <w:sz w:val="28"/>
        </w:rPr>
        <w:t xml:space="preserve">　　A．塔式起重机安装、拆除之前，应制订专项施工方案 </w:t>
      </w:r>
    </w:p>
    <w:p>
      <w:r>
        <w:rPr>
          <w:rFonts w:ascii="宋体" w:hAnsi="宋体" w:eastAsia="宋体"/>
          <w:color w:val="000000"/>
          <w:sz w:val="28"/>
        </w:rPr>
        <w:t xml:space="preserve">　　B．安装和拆除塔式起重机的专业队伍可不具备相对应的资质，但需要有类似施工经验 </w:t>
      </w:r>
    </w:p>
    <w:p>
      <w:r>
        <w:rPr>
          <w:rFonts w:ascii="宋体" w:hAnsi="宋体" w:eastAsia="宋体"/>
          <w:color w:val="000000"/>
          <w:sz w:val="28"/>
        </w:rPr>
        <w:t xml:space="preserve">　　C．塔式起重机安装完毕，经验收合格，取得政府相关部门核发的《准用证》后方可使用 </w:t>
      </w:r>
    </w:p>
    <w:p>
      <w:r>
        <w:rPr>
          <w:rFonts w:ascii="宋体" w:hAnsi="宋体" w:eastAsia="宋体"/>
          <w:color w:val="000000"/>
          <w:sz w:val="28"/>
        </w:rPr>
        <w:t xml:space="preserve">　　D．施工现场多塔作业，塔式起重机间应保持安全距离 </w:t>
      </w:r>
    </w:p>
    <w:p>
      <w:r>
        <w:rPr>
          <w:rFonts w:ascii="宋体" w:hAnsi="宋体" w:eastAsia="宋体"/>
          <w:color w:val="000000"/>
          <w:sz w:val="28"/>
        </w:rPr>
        <w:t xml:space="preserve">　　E．塔式起重机在6级大风中作业时，应减缓起吊速度 </w:t>
      </w:r>
    </w:p>
    <w:p>
      <w:r>
        <w:rPr>
          <w:rFonts w:ascii="宋体" w:hAnsi="宋体" w:eastAsia="宋体"/>
          <w:color w:val="000000"/>
          <w:sz w:val="28"/>
        </w:rPr>
        <w:t xml:space="preserve">　　27．必须参加单位工程竣工验收的单位有（　　）。 </w:t>
      </w:r>
    </w:p>
    <w:p>
      <w:r>
        <w:rPr>
          <w:rFonts w:ascii="宋体" w:hAnsi="宋体" w:eastAsia="宋体"/>
          <w:color w:val="000000"/>
          <w:sz w:val="28"/>
        </w:rPr>
        <w:t xml:space="preserve">　　A．建设单位 </w:t>
      </w:r>
    </w:p>
    <w:p>
      <w:r>
        <w:rPr>
          <w:rFonts w:ascii="宋体" w:hAnsi="宋体" w:eastAsia="宋体"/>
          <w:color w:val="000000"/>
          <w:sz w:val="28"/>
        </w:rPr>
        <w:t xml:space="preserve">　　B．施工单位 </w:t>
      </w:r>
    </w:p>
    <w:p>
      <w:r>
        <w:rPr>
          <w:rFonts w:ascii="宋体" w:hAnsi="宋体" w:eastAsia="宋体"/>
          <w:color w:val="000000"/>
          <w:sz w:val="28"/>
        </w:rPr>
        <w:t xml:space="preserve">　　C．勘察单位 </w:t>
      </w:r>
    </w:p>
    <w:p>
      <w:r>
        <w:rPr>
          <w:rFonts w:ascii="宋体" w:hAnsi="宋体" w:eastAsia="宋体"/>
          <w:color w:val="000000"/>
          <w:sz w:val="28"/>
        </w:rPr>
        <w:t xml:space="preserve">　　D．监理单位 </w:t>
      </w:r>
    </w:p>
    <w:p>
      <w:r>
        <w:rPr>
          <w:rFonts w:ascii="宋体" w:hAnsi="宋体" w:eastAsia="宋体"/>
          <w:color w:val="000000"/>
          <w:sz w:val="28"/>
        </w:rPr>
        <w:t xml:space="preserve">　　E．设计单位 </w:t>
      </w:r>
    </w:p>
    <w:p>
      <w:r>
        <w:rPr>
          <w:rFonts w:ascii="宋体" w:hAnsi="宋体" w:eastAsia="宋体"/>
          <w:color w:val="000000"/>
          <w:sz w:val="28"/>
        </w:rPr>
        <w:t xml:space="preserve">　　28．关于项目管理规划的说法，准确的有（　　）。 </w:t>
      </w:r>
    </w:p>
    <w:p>
      <w:r>
        <w:rPr>
          <w:rFonts w:ascii="宋体" w:hAnsi="宋体" w:eastAsia="宋体"/>
          <w:color w:val="000000"/>
          <w:sz w:val="28"/>
        </w:rPr>
        <w:t xml:space="preserve">　　A．项目管理规划是指导项目管理工作的纲领性文件 </w:t>
      </w:r>
    </w:p>
    <w:p>
      <w:r>
        <w:rPr>
          <w:rFonts w:ascii="宋体" w:hAnsi="宋体" w:eastAsia="宋体"/>
          <w:color w:val="000000"/>
          <w:sz w:val="28"/>
        </w:rPr>
        <w:t xml:space="preserve">　　B．项目管理规划包括项目管理规划大纲和项目管理实施规划 </w:t>
      </w:r>
    </w:p>
    <w:p>
      <w:r>
        <w:rPr>
          <w:rFonts w:ascii="宋体" w:hAnsi="宋体" w:eastAsia="宋体"/>
          <w:color w:val="000000"/>
          <w:sz w:val="28"/>
        </w:rPr>
        <w:t xml:space="preserve">　　C．项目管理规划大纲应由项目经理组织编制 </w:t>
      </w:r>
    </w:p>
    <w:p>
      <w:r>
        <w:rPr>
          <w:rFonts w:ascii="宋体" w:hAnsi="宋体" w:eastAsia="宋体"/>
          <w:color w:val="000000"/>
          <w:sz w:val="28"/>
        </w:rPr>
        <w:t xml:space="preserve">　　D．项目管理实施规划应由项目经理组织编制 </w:t>
      </w:r>
    </w:p>
    <w:p>
      <w:r>
        <w:rPr>
          <w:rFonts w:ascii="宋体" w:hAnsi="宋体" w:eastAsia="宋体"/>
          <w:color w:val="000000"/>
          <w:sz w:val="28"/>
        </w:rPr>
        <w:t xml:space="preserve">　　E．项目管理实施规划应实行跟踪检查和必要的调整 </w:t>
      </w:r>
    </w:p>
    <w:p>
      <w:r>
        <w:rPr>
          <w:rFonts w:ascii="宋体" w:hAnsi="宋体" w:eastAsia="宋体"/>
          <w:color w:val="000000"/>
          <w:sz w:val="28"/>
        </w:rPr>
        <w:t xml:space="preserve">　　29．下列子分部工程，属于主体结构分部的有（　　）。 </w:t>
      </w:r>
    </w:p>
    <w:p>
      <w:r>
        <w:rPr>
          <w:rFonts w:ascii="宋体" w:hAnsi="宋体" w:eastAsia="宋体"/>
          <w:color w:val="000000"/>
          <w:sz w:val="28"/>
        </w:rPr>
        <w:t xml:space="preserve">　　A．混凝土基础 </w:t>
      </w:r>
    </w:p>
    <w:p>
      <w:r>
        <w:rPr>
          <w:rFonts w:ascii="宋体" w:hAnsi="宋体" w:eastAsia="宋体"/>
          <w:color w:val="000000"/>
          <w:sz w:val="28"/>
        </w:rPr>
        <w:t xml:space="preserve">　　B．混凝土结构 </w:t>
      </w:r>
    </w:p>
    <w:p>
      <w:r>
        <w:rPr>
          <w:rFonts w:ascii="宋体" w:hAnsi="宋体" w:eastAsia="宋体"/>
          <w:color w:val="000000"/>
          <w:sz w:val="28"/>
        </w:rPr>
        <w:t xml:space="preserve">　　C．砌体结构 </w:t>
      </w:r>
    </w:p>
    <w:p>
      <w:r>
        <w:rPr>
          <w:rFonts w:ascii="宋体" w:hAnsi="宋体" w:eastAsia="宋体"/>
          <w:color w:val="000000"/>
          <w:sz w:val="28"/>
        </w:rPr>
        <w:t xml:space="preserve">　　D．钢结构 </w:t>
      </w:r>
    </w:p>
    <w:p>
      <w:r>
        <w:rPr>
          <w:rFonts w:ascii="宋体" w:hAnsi="宋体" w:eastAsia="宋体"/>
          <w:color w:val="000000"/>
          <w:sz w:val="28"/>
        </w:rPr>
        <w:t xml:space="preserve">　　E．网架和索膜结构 </w:t>
      </w:r>
    </w:p>
    <w:p>
      <w:r>
        <w:rPr>
          <w:rFonts w:ascii="宋体" w:hAnsi="宋体" w:eastAsia="宋体"/>
          <w:color w:val="000000"/>
          <w:sz w:val="28"/>
        </w:rPr>
        <w:t xml:space="preserve">　　30．根据《工程建设施工企业质量管理规范》(GB/T50430)，关于施工企业质量管理基本要求的说法，准确的有（　　）。 </w:t>
      </w:r>
    </w:p>
    <w:p>
      <w:r>
        <w:rPr>
          <w:rFonts w:ascii="宋体" w:hAnsi="宋体" w:eastAsia="宋体"/>
          <w:color w:val="000000"/>
          <w:sz w:val="28"/>
        </w:rPr>
        <w:t xml:space="preserve">　　A．施工企业应制订质量方针 </w:t>
      </w:r>
    </w:p>
    <w:p>
      <w:r>
        <w:rPr>
          <w:rFonts w:ascii="宋体" w:hAnsi="宋体" w:eastAsia="宋体"/>
          <w:color w:val="000000"/>
          <w:sz w:val="28"/>
        </w:rPr>
        <w:t xml:space="preserve">　　B．施工企业应根据质量方针制订质量目标 </w:t>
      </w:r>
    </w:p>
    <w:p>
      <w:r>
        <w:rPr>
          <w:rFonts w:ascii="宋体" w:hAnsi="宋体" w:eastAsia="宋体"/>
          <w:color w:val="000000"/>
          <w:sz w:val="28"/>
        </w:rPr>
        <w:t xml:space="preserve">　　C．施工企业应建立并实施质量目标管理制度 </w:t>
      </w:r>
    </w:p>
    <w:p>
      <w:r>
        <w:rPr>
          <w:rFonts w:ascii="宋体" w:hAnsi="宋体" w:eastAsia="宋体"/>
          <w:color w:val="000000"/>
          <w:sz w:val="28"/>
        </w:rPr>
        <w:t xml:space="preserve">　　D．施工企业质量管理部门应对质量方针实行定期评审 </w:t>
      </w:r>
    </w:p>
    <w:p>
      <w:r>
        <w:rPr>
          <w:rFonts w:ascii="宋体" w:hAnsi="宋体" w:eastAsia="宋体"/>
          <w:color w:val="000000"/>
          <w:sz w:val="28"/>
        </w:rPr>
        <w:t xml:space="preserve">　　E．施工企业质量管理部门应对质量管理体系实行策划</w:t>
      </w:r>
    </w:p>
    <w:p>
      <w:r>
        <w:rPr>
          <w:rFonts w:ascii="宋体" w:hAnsi="宋体" w:eastAsia="宋体"/>
          <w:color w:val="000000"/>
          <w:sz w:val="28"/>
        </w:rPr>
        <w:t xml:space="preserve">　　三、案例分析题(共4题，每题20分) </w:t>
      </w:r>
    </w:p>
    <w:p>
      <w:r>
        <w:rPr>
          <w:rFonts w:ascii="宋体" w:hAnsi="宋体" w:eastAsia="宋体"/>
          <w:color w:val="000000"/>
          <w:sz w:val="28"/>
        </w:rPr>
        <w:t xml:space="preserve">　　(一) </w:t>
      </w:r>
    </w:p>
    <w:p>
      <w:r>
        <w:rPr>
          <w:rFonts w:ascii="宋体" w:hAnsi="宋体" w:eastAsia="宋体"/>
          <w:color w:val="000000"/>
          <w:sz w:val="28"/>
        </w:rPr>
        <w:t xml:space="preserve">　　某人防工程，建筑面积5000In2，地下1层，层高41"13．，基础埋深为自然地面以下6．5m，建设单位委托监理单位对工程实施全过程监理，建设单位和某施工单位根据《建设工程施工合同(示范文本)》(GF一1999一O201)签订了施工承包合同。工程施工过程中发生了下列事件：事件1：施工单位进场后，根据建设单位提供的原场区内方格控制网坐标实行该建筑物的定位测设。 </w:t>
      </w:r>
    </w:p>
    <w:p>
      <w:r>
        <w:rPr>
          <w:rFonts w:ascii="宋体" w:hAnsi="宋体" w:eastAsia="宋体"/>
          <w:color w:val="000000"/>
          <w:sz w:val="28"/>
        </w:rPr>
        <w:t xml:space="preserve">　　事件2：工程楼板组织分段施工，某一段各工作的逻辑关系见下表：</w:t>
      </w:r>
    </w:p>
    <w:p>
      <w:r>
        <w:rPr>
          <w:rFonts w:ascii="宋体" w:hAnsi="宋体" w:eastAsia="宋体"/>
          <w:color w:val="000000"/>
          <w:sz w:val="28"/>
        </w:rPr>
        <w:t xml:space="preserve">　　事件3：砌体工程施工时，监理工程师对工程变更部分新增构造柱的钢筋做法提出疑问。 </w:t>
      </w:r>
    </w:p>
    <w:p>
      <w:r>
        <w:rPr>
          <w:rFonts w:ascii="宋体" w:hAnsi="宋体" w:eastAsia="宋体"/>
          <w:color w:val="000000"/>
          <w:sz w:val="28"/>
        </w:rPr>
        <w:t xml:space="preserve">　　事件4：工程在设计时就充分考虑“平战结合、综合使用”的原则，平时用作停车库，人员通过电梯或楼梯通道上到地面。工程竣工验收时，相关部门对主体结构、建筑电气、通风空调、装饰装修等分部工程实行了验收。 </w:t>
      </w:r>
    </w:p>
    <w:p>
      <w:r>
        <w:rPr>
          <w:rFonts w:ascii="宋体" w:hAnsi="宋体" w:eastAsia="宋体"/>
          <w:color w:val="000000"/>
          <w:sz w:val="28"/>
        </w:rPr>
        <w:t xml:space="preserve">　　问题 </w:t>
      </w:r>
    </w:p>
    <w:p>
      <w:r>
        <w:rPr>
          <w:rFonts w:ascii="宋体" w:hAnsi="宋体" w:eastAsia="宋体"/>
          <w:color w:val="000000"/>
          <w:sz w:val="28"/>
        </w:rPr>
        <w:t xml:space="preserve">　　1．事件1中，建筑物细部点定位测设有哪几种方法?本工程最适宜采用的方法是哪一种? </w:t>
      </w:r>
    </w:p>
    <w:p>
      <w:r>
        <w:rPr>
          <w:rFonts w:ascii="宋体" w:hAnsi="宋体" w:eastAsia="宋体"/>
          <w:color w:val="000000"/>
          <w:sz w:val="28"/>
        </w:rPr>
        <w:t xml:space="preserve">　　2．根据事件2表中给出的逻辑关系，绘制双代号网络计划图，并计算该网络计划图的工期。 </w:t>
      </w:r>
    </w:p>
    <w:p>
      <w:r>
        <w:rPr>
          <w:rFonts w:ascii="宋体" w:hAnsi="宋体" w:eastAsia="宋体"/>
          <w:color w:val="000000"/>
          <w:sz w:val="28"/>
        </w:rPr>
        <w:t xml:space="preserve">　　3．事件3中，顺序列出新增构造柱钢筋安装的过程。 </w:t>
      </w:r>
    </w:p>
    <w:p>
      <w:r>
        <w:rPr>
          <w:rFonts w:ascii="宋体" w:hAnsi="宋体" w:eastAsia="宋体"/>
          <w:color w:val="000000"/>
          <w:sz w:val="28"/>
        </w:rPr>
        <w:t xml:space="preserve">　　4.根据人防工程的特点和事件4中的描述，本工程验收时还应包含哪些分部工程? </w:t>
      </w:r>
    </w:p>
    <w:p>
      <w:r>
        <w:rPr>
          <w:rFonts w:ascii="宋体" w:hAnsi="宋体" w:eastAsia="宋体"/>
          <w:color w:val="000000"/>
          <w:sz w:val="28"/>
        </w:rPr>
        <w:t xml:space="preserve">　　(二) </w:t>
      </w:r>
    </w:p>
    <w:p>
      <w:r>
        <w:rPr>
          <w:rFonts w:ascii="宋体" w:hAnsi="宋体" w:eastAsia="宋体"/>
          <w:color w:val="000000"/>
          <w:sz w:val="28"/>
        </w:rPr>
        <w:t xml:space="preserve">　　某公司承建某大学城项目。在装饰装修阶段，大学城建设单位追加新建校史展览馆，紧临 </w:t>
      </w:r>
    </w:p>
    <w:p>
      <w:r>
        <w:rPr>
          <w:rFonts w:ascii="宋体" w:hAnsi="宋体" w:eastAsia="宋体"/>
          <w:color w:val="000000"/>
          <w:sz w:val="28"/>
        </w:rPr>
        <w:t xml:space="preserve">　　在建大学城项目，总建筑面积21401T12，总造价408万元，工期10个月。部分陈列室采用木龙骨石膏板吊顶。考虑到工程较小，某公司也具有相对应资质，建设单位经当地建设相关主管部门批准后，未通过招投标直接委托该公司承建。 </w:t>
      </w:r>
    </w:p>
    <w:p>
      <w:r>
        <w:rPr>
          <w:rFonts w:ascii="宋体" w:hAnsi="宋体" w:eastAsia="宋体"/>
          <w:color w:val="000000"/>
          <w:sz w:val="28"/>
        </w:rPr>
        <w:t xml:space="preserve">　　展览史馆项目设计图纸已齐全，结构造型简单，且施工单位熟悉周边环境及现场条件，甲 </w:t>
      </w:r>
    </w:p>
    <w:p>
      <w:r>
        <w:rPr>
          <w:rFonts w:ascii="宋体" w:hAnsi="宋体" w:eastAsia="宋体"/>
          <w:color w:val="000000"/>
          <w:sz w:val="28"/>
        </w:rPr>
        <w:t xml:space="preserve">　　乙双方协商采用固定总价计价模式签订施工承包合同。 </w:t>
      </w:r>
    </w:p>
    <w:p>
      <w:r>
        <w:rPr>
          <w:rFonts w:ascii="宋体" w:hAnsi="宋体" w:eastAsia="宋体"/>
          <w:color w:val="000000"/>
          <w:sz w:val="28"/>
        </w:rPr>
        <w:t xml:space="preserve">　　考虑到展览馆项目紧临大学城项目，用电负荷较小，且施工组织仅需6台临时用电设备， </w:t>
      </w:r>
    </w:p>
    <w:p>
      <w:r>
        <w:rPr>
          <w:rFonts w:ascii="宋体" w:hAnsi="宋体" w:eastAsia="宋体"/>
          <w:color w:val="000000"/>
          <w:sz w:val="28"/>
        </w:rPr>
        <w:t xml:space="preserve">　　某公司依据《施工组织设计》编制了《安全用电和电气防火措施》，决定不单独设置总配电箱，直接从大学城项目总配电箱引出分配电箱，施工现场临时用电设备直接从分配电箱连接供电，项目经理安排了一名有经验的机械工实行用电管理。施工过程中发生如下事件： </w:t>
      </w:r>
    </w:p>
    <w:p>
      <w:r>
        <w:rPr>
          <w:rFonts w:ascii="宋体" w:hAnsi="宋体" w:eastAsia="宋体"/>
          <w:color w:val="000000"/>
          <w:sz w:val="28"/>
        </w:rPr>
        <w:t xml:space="preserve">　　事件1：开工后，监理工程师对临时用电管理实行检查，认为存有不妥，指令整改。 </w:t>
      </w:r>
    </w:p>
    <w:p>
      <w:r>
        <w:rPr>
          <w:rFonts w:ascii="宋体" w:hAnsi="宋体" w:eastAsia="宋体"/>
          <w:color w:val="000000"/>
          <w:sz w:val="28"/>
        </w:rPr>
        <w:t xml:space="preserve">　　事件2：吊顶石膏面板大面积安装完成，施工单位请监理工程师通过预留未安装面板部位 </w:t>
      </w:r>
    </w:p>
    <w:p>
      <w:r>
        <w:rPr>
          <w:rFonts w:ascii="宋体" w:hAnsi="宋体" w:eastAsia="宋体"/>
          <w:color w:val="000000"/>
          <w:sz w:val="28"/>
        </w:rPr>
        <w:t xml:space="preserve">　　对吊顶工程实行隐蔽验收，被监理工程师拒绝。 </w:t>
      </w:r>
    </w:p>
    <w:p>
      <w:r>
        <w:rPr>
          <w:rFonts w:ascii="宋体" w:hAnsi="宋体" w:eastAsia="宋体"/>
          <w:color w:val="000000"/>
          <w:sz w:val="28"/>
        </w:rPr>
        <w:t xml:space="preserve">　　问题 </w:t>
      </w:r>
    </w:p>
    <w:p>
      <w:r>
        <w:rPr>
          <w:rFonts w:ascii="宋体" w:hAnsi="宋体" w:eastAsia="宋体"/>
          <w:color w:val="000000"/>
          <w:sz w:val="28"/>
        </w:rPr>
        <w:t xml:space="preserve">　　1．大学城建设单位将展览馆项目直接委托给某公司是否合法?说明理由。 </w:t>
      </w:r>
    </w:p>
    <w:p>
      <w:r>
        <w:rPr>
          <w:rFonts w:ascii="宋体" w:hAnsi="宋体" w:eastAsia="宋体"/>
          <w:color w:val="000000"/>
          <w:sz w:val="28"/>
        </w:rPr>
        <w:t xml:space="preserve">　　2．该工程采用固定总价合同模式，是否妥当?给出固定总价合同模式适用的条件。除背景资料中固定总价合同模式外，常用的合同计价模式还有哪些(至少列出三项)? </w:t>
      </w:r>
    </w:p>
    <w:p>
      <w:r>
        <w:rPr>
          <w:rFonts w:ascii="宋体" w:hAnsi="宋体" w:eastAsia="宋体"/>
          <w:color w:val="000000"/>
          <w:sz w:val="28"/>
        </w:rPr>
        <w:t xml:space="preserve">　　3．指出校史展览馆工程临时用电管理中的不妥之处，并分别给出准确的做法。 </w:t>
      </w:r>
    </w:p>
    <w:p>
      <w:r>
        <w:rPr>
          <w:rFonts w:ascii="宋体" w:hAnsi="宋体" w:eastAsia="宋体"/>
          <w:color w:val="000000"/>
          <w:sz w:val="28"/>
        </w:rPr>
        <w:t xml:space="preserve">　　4．事件2中监理工程师的做法是否准确?并说明理由。木龙骨石膏板吊顶工程应对哪些项目实行隐蔽验收? </w:t>
      </w:r>
    </w:p>
    <w:p>
      <w:r>
        <w:rPr>
          <w:rFonts w:ascii="宋体" w:hAnsi="宋体" w:eastAsia="宋体"/>
          <w:color w:val="000000"/>
          <w:sz w:val="28"/>
        </w:rPr>
        <w:t xml:space="preserve">　　(三) </w:t>
      </w:r>
    </w:p>
    <w:p>
      <w:r>
        <w:rPr>
          <w:rFonts w:ascii="宋体" w:hAnsi="宋体" w:eastAsia="宋体"/>
          <w:color w:val="000000"/>
          <w:sz w:val="28"/>
        </w:rPr>
        <w:t xml:space="preserve">　　某工程基坑深8m，支护采用桩锚体系，桩数共计200根，基础采用桩筏形式，桩数共计 </w:t>
      </w:r>
    </w:p>
    <w:p>
      <w:r>
        <w:rPr>
          <w:rFonts w:ascii="宋体" w:hAnsi="宋体" w:eastAsia="宋体"/>
          <w:color w:val="000000"/>
          <w:sz w:val="28"/>
        </w:rPr>
        <w:t xml:space="preserve">　　400根，毗邻基坑东侧l2m处有既有密集居民区，居民区和基坑之间的道路下l．8m处埋设 </w:t>
      </w:r>
    </w:p>
    <w:p>
      <w:r>
        <w:rPr>
          <w:rFonts w:ascii="宋体" w:hAnsi="宋体" w:eastAsia="宋体"/>
          <w:color w:val="000000"/>
          <w:sz w:val="28"/>
        </w:rPr>
        <w:t xml:space="preserve">　　有市政管道。项目实施过程中发生如下事件： </w:t>
      </w:r>
    </w:p>
    <w:p>
      <w:r>
        <w:rPr>
          <w:rFonts w:ascii="宋体" w:hAnsi="宋体" w:eastAsia="宋体"/>
          <w:color w:val="000000"/>
          <w:sz w:val="28"/>
        </w:rPr>
        <w:t xml:space="preserve">　　事件l：在基坑施工前，施工总承包单位要求专业分包单位组织召开深基坑专项施工方案专家论证会，本工程勘察单位项目技术负责人作为专家之一，对专项方案提出了很多合理化建议。 </w:t>
      </w:r>
    </w:p>
    <w:p>
      <w:r>
        <w:rPr>
          <w:rFonts w:ascii="宋体" w:hAnsi="宋体" w:eastAsia="宋体"/>
          <w:color w:val="000000"/>
          <w:sz w:val="28"/>
        </w:rPr>
        <w:t xml:space="preserve">　　事件2：工程地质条件复杂，设计要求对支护结构和周围环境实行监测，对工程桩采用很多于总数1%的静载荷实验方法实行承载力检测。 </w:t>
      </w:r>
    </w:p>
    <w:p>
      <w:r>
        <w:rPr>
          <w:rFonts w:ascii="宋体" w:hAnsi="宋体" w:eastAsia="宋体"/>
          <w:color w:val="000000"/>
          <w:sz w:val="28"/>
        </w:rPr>
        <w:t xml:space="preserve">　　事件3：基坑施工过程中，因为工期较紧，专业分包单位夜间连续施工。挖掘机、桩机等施 </w:t>
      </w:r>
    </w:p>
    <w:p>
      <w:r>
        <w:rPr>
          <w:rFonts w:ascii="宋体" w:hAnsi="宋体" w:eastAsia="宋体"/>
          <w:color w:val="000000"/>
          <w:sz w:val="28"/>
        </w:rPr>
        <w:t xml:space="preserve">　　工机械噪音较大，附近居民意见很大，到相关部门投诉，相关部门责成总承包单位严格遵守文明施工作业时间段规定，现场噪音不得超过国家标准《建筑施工现场界噪声限值》的规定。 </w:t>
      </w:r>
    </w:p>
    <w:p>
      <w:r>
        <w:rPr>
          <w:rFonts w:ascii="宋体" w:hAnsi="宋体" w:eastAsia="宋体"/>
          <w:color w:val="000000"/>
          <w:sz w:val="28"/>
        </w:rPr>
        <w:t xml:space="preserve">　　问题 </w:t>
      </w:r>
    </w:p>
    <w:p>
      <w:r>
        <w:rPr>
          <w:rFonts w:ascii="宋体" w:hAnsi="宋体" w:eastAsia="宋体"/>
          <w:color w:val="000000"/>
          <w:sz w:val="28"/>
        </w:rPr>
        <w:t xml:space="preserve">　　1．事件1中存有哪些不妥?并分别说明理由。 </w:t>
      </w:r>
    </w:p>
    <w:p>
      <w:r>
        <w:rPr>
          <w:rFonts w:ascii="宋体" w:hAnsi="宋体" w:eastAsia="宋体"/>
          <w:color w:val="000000"/>
          <w:sz w:val="28"/>
        </w:rPr>
        <w:t xml:space="preserve">　　2．事件2中，工程支护结构和周围环境监测分别包含哪些内容?最少需多少根桩做静载荷试验? </w:t>
      </w:r>
    </w:p>
    <w:p>
      <w:r>
        <w:rPr>
          <w:rFonts w:ascii="宋体" w:hAnsi="宋体" w:eastAsia="宋体"/>
          <w:color w:val="000000"/>
          <w:sz w:val="28"/>
        </w:rPr>
        <w:t xml:space="preserve">　　3．根据《建筑施工现场界噪声限值》的规定，挖掘机、桩机昼间和夜间施工噪声限值分别 </w:t>
      </w:r>
    </w:p>
    <w:p>
      <w:r>
        <w:rPr>
          <w:rFonts w:ascii="宋体" w:hAnsi="宋体" w:eastAsia="宋体"/>
          <w:color w:val="000000"/>
          <w:sz w:val="28"/>
        </w:rPr>
        <w:t xml:space="preserve">　　是多少? </w:t>
      </w:r>
    </w:p>
    <w:p>
      <w:r>
        <w:rPr>
          <w:rFonts w:ascii="宋体" w:hAnsi="宋体" w:eastAsia="宋体"/>
          <w:color w:val="000000"/>
          <w:sz w:val="28"/>
        </w:rPr>
        <w:t xml:space="preserve">　　4．根据文明施工的要求，在居民密集区实行强噪音施工，作业时间段有什么具体规定?特殊情况需要昼夜连续施工，需要做好哪些工作? </w:t>
      </w:r>
    </w:p>
    <w:p>
      <w:r>
        <w:rPr>
          <w:rFonts w:ascii="宋体" w:hAnsi="宋体" w:eastAsia="宋体"/>
          <w:color w:val="000000"/>
          <w:sz w:val="28"/>
        </w:rPr>
        <w:t xml:space="preserve">　　(四) </w:t>
      </w:r>
    </w:p>
    <w:p>
      <w:r>
        <w:rPr>
          <w:rFonts w:ascii="宋体" w:hAnsi="宋体" w:eastAsia="宋体"/>
          <w:color w:val="000000"/>
          <w:sz w:val="28"/>
        </w:rPr>
        <w:t xml:space="preserve">　　某公司中标某工程，根据《建设工程施工合同(示范文本)》(GF～1999一o201)与建设单位 </w:t>
      </w:r>
    </w:p>
    <w:p>
      <w:r>
        <w:rPr>
          <w:rFonts w:ascii="宋体" w:hAnsi="宋体" w:eastAsia="宋体"/>
          <w:color w:val="000000"/>
          <w:sz w:val="28"/>
        </w:rPr>
        <w:t xml:space="preserve">　　签订总承包施工合同。按公司成本管理规定，首先实行该项目成本预测(其中：人工费287．4 </w:t>
      </w:r>
    </w:p>
    <w:p>
      <w:r>
        <w:rPr>
          <w:rFonts w:ascii="宋体" w:hAnsi="宋体" w:eastAsia="宋体"/>
          <w:color w:val="000000"/>
          <w:sz w:val="28"/>
        </w:rPr>
        <w:t xml:space="preserve">　　万元，材料费504．4万元，机械使用费l55．3万元，施工措施费l04．2万元，施工管理费46．2万元，税金30．6万元)，然后将成本预测结果下达给项目经理部实行具体施工成本管理。总承包施工合同是以工程量清单为基础的固定单位合同。合同约定当A分项工程、B分项工程实际工程量与清单工程量差异幅度在±5%以内的按清单价结算，超出幅度大于5%时 </w:t>
      </w:r>
    </w:p>
    <w:p>
      <w:r>
        <w:rPr>
          <w:rFonts w:ascii="宋体" w:hAnsi="宋体" w:eastAsia="宋体"/>
          <w:color w:val="000000"/>
          <w:sz w:val="28"/>
        </w:rPr>
        <w:t xml:space="preserve">　　按清单价的0．9倍结算，减少幅度大于5%时按清单价的1．1倍结算。</w:t>
      </w:r>
    </w:p>
    <w:p>
      <w:r>
        <w:rPr>
          <w:rFonts w:ascii="宋体" w:hAnsi="宋体" w:eastAsia="宋体"/>
          <w:color w:val="000000"/>
          <w:sz w:val="28"/>
        </w:rPr>
        <w:t xml:space="preserve">　　总承包施工合同中还约定C分项工程为甲方指定专业分包项目。C分项工程施工过程中 </w:t>
      </w:r>
    </w:p>
    <w:p>
      <w:r>
        <w:rPr>
          <w:rFonts w:ascii="宋体" w:hAnsi="宋体" w:eastAsia="宋体"/>
          <w:color w:val="000000"/>
          <w:sz w:val="28"/>
        </w:rPr>
        <w:t xml:space="preserve">　　发生了如下事件： </w:t>
      </w:r>
    </w:p>
    <w:p>
      <w:r>
        <w:rPr>
          <w:rFonts w:ascii="宋体" w:hAnsi="宋体" w:eastAsia="宋体"/>
          <w:color w:val="000000"/>
          <w:sz w:val="28"/>
        </w:rPr>
        <w:t xml:space="preserve">　　事件l：因为建设单位原因，导致C分项工程停工7d。专业分包单位就停工造成的损失向总承包单位提出索赔。总承包单位认为因为建设单位原因造成的损失，专业分包单位应直接向建设单位提出索赔。 </w:t>
      </w:r>
    </w:p>
    <w:p>
      <w:r>
        <w:rPr>
          <w:rFonts w:ascii="宋体" w:hAnsi="宋体" w:eastAsia="宋体"/>
          <w:color w:val="000000"/>
          <w:sz w:val="28"/>
        </w:rPr>
        <w:t xml:space="preserve">　　事件2：甲方指定专业分包单位现场管理混乱、安全管理薄弱，建设单位责令总承包单位增强管理并提出整改。总承包单位认为C分项工程施工安全管理属专业分包单位责任，非总承包单位责任范围。 </w:t>
      </w:r>
    </w:p>
    <w:p>
      <w:r>
        <w:rPr>
          <w:rFonts w:ascii="宋体" w:hAnsi="宋体" w:eastAsia="宋体"/>
          <w:color w:val="000000"/>
          <w:sz w:val="28"/>
        </w:rPr>
        <w:t xml:space="preserve">　　事件3：C分项工程施工完毕并通过验收，专业分包单位向建设单位上报C分项工程施工档案，建设单位通知总承包单位接收。总承包单位认为C分项工程属甲方指定专业分包项目，其工程档案应直接上报建设单位。 </w:t>
      </w:r>
    </w:p>
    <w:p>
      <w:r>
        <w:rPr>
          <w:rFonts w:ascii="宋体" w:hAnsi="宋体" w:eastAsia="宋体"/>
          <w:color w:val="000000"/>
          <w:sz w:val="28"/>
        </w:rPr>
        <w:t xml:space="preserve">　　问题 </w:t>
      </w:r>
    </w:p>
    <w:p>
      <w:r>
        <w:rPr>
          <w:rFonts w:ascii="宋体" w:hAnsi="宋体" w:eastAsia="宋体"/>
          <w:color w:val="000000"/>
          <w:sz w:val="28"/>
        </w:rPr>
        <w:t xml:space="preserve">　　1．根据成本预测资料，计算该项目的直接成本(保留一位小数)。 </w:t>
      </w:r>
    </w:p>
    <w:p>
      <w:r>
        <w:rPr>
          <w:rFonts w:ascii="宋体" w:hAnsi="宋体" w:eastAsia="宋体"/>
          <w:color w:val="000000"/>
          <w:sz w:val="28"/>
        </w:rPr>
        <w:t xml:space="preserve">　　2．根据背景资料，项目经理部的具体施工成本管理任务还应包括哪些? </w:t>
      </w:r>
    </w:p>
    <w:p>
      <w:r>
        <w:rPr>
          <w:rFonts w:ascii="宋体" w:hAnsi="宋体" w:eastAsia="宋体"/>
          <w:color w:val="000000"/>
          <w:sz w:val="28"/>
        </w:rPr>
        <w:t xml:space="preserve">　　3．A分项工程、B分项工程单价是否存有调整?分别列式计算A分项工程、分项工程结算的工程价款(单位：元)。 </w:t>
      </w:r>
    </w:p>
    <w:p>
      <w:r>
        <w:rPr>
          <w:rFonts w:ascii="宋体" w:hAnsi="宋体" w:eastAsia="宋体"/>
          <w:color w:val="000000"/>
          <w:sz w:val="28"/>
        </w:rPr>
        <w:t xml:space="preserve">　　4．指出事件1、2、3中总承包单位说法中的不妥之处，并分别说明理由或指出准确做法。</w:t>
      </w:r>
    </w:p>
    <w:p>
      <w:r>
        <w:rPr>
          <w:rFonts w:ascii="宋体" w:hAnsi="宋体" w:eastAsia="宋体"/>
          <w:color w:val="000000"/>
          <w:sz w:val="28"/>
        </w:rPr>
        <w:t xml:space="preserve">　　一、单项选择题 </w:t>
      </w:r>
    </w:p>
    <w:p>
      <w:r>
        <w:rPr>
          <w:rFonts w:ascii="宋体" w:hAnsi="宋体" w:eastAsia="宋体"/>
          <w:color w:val="000000"/>
          <w:sz w:val="28"/>
        </w:rPr>
        <w:t xml:space="preserve">　　1．D2．D3．B4．B5．A </w:t>
      </w:r>
    </w:p>
    <w:p>
      <w:r>
        <w:rPr>
          <w:rFonts w:ascii="宋体" w:hAnsi="宋体" w:eastAsia="宋体"/>
          <w:color w:val="000000"/>
          <w:sz w:val="28"/>
        </w:rPr>
        <w:t xml:space="preserve">　　6．C7．DB．D9．Bl0．A </w:t>
      </w:r>
    </w:p>
    <w:p>
      <w:r>
        <w:rPr>
          <w:rFonts w:ascii="宋体" w:hAnsi="宋体" w:eastAsia="宋体"/>
          <w:color w:val="000000"/>
          <w:sz w:val="28"/>
        </w:rPr>
        <w:t xml:space="preserve">　　11．B12．A13．C14．B15．B </w:t>
      </w:r>
    </w:p>
    <w:p>
      <w:r>
        <w:rPr>
          <w:rFonts w:ascii="宋体" w:hAnsi="宋体" w:eastAsia="宋体"/>
          <w:color w:val="000000"/>
          <w:sz w:val="28"/>
        </w:rPr>
        <w:t xml:space="preserve">　　16．C17．D1B．D19．D20．C </w:t>
      </w:r>
    </w:p>
    <w:p>
      <w:r>
        <w:rPr>
          <w:rFonts w:ascii="宋体" w:hAnsi="宋体" w:eastAsia="宋体"/>
          <w:color w:val="000000"/>
          <w:sz w:val="28"/>
        </w:rPr>
        <w:t xml:space="preserve">　　二、多项选择题 </w:t>
      </w:r>
    </w:p>
    <w:p>
      <w:r>
        <w:rPr>
          <w:rFonts w:ascii="宋体" w:hAnsi="宋体" w:eastAsia="宋体"/>
          <w:color w:val="000000"/>
          <w:sz w:val="28"/>
        </w:rPr>
        <w:t xml:space="preserve">　　21．AB22．ABD23．BE24．CDE25．BCE </w:t>
      </w:r>
    </w:p>
    <w:p>
      <w:r>
        <w:rPr>
          <w:rFonts w:ascii="宋体" w:hAnsi="宋体" w:eastAsia="宋体"/>
          <w:color w:val="000000"/>
          <w:sz w:val="28"/>
        </w:rPr>
        <w:t xml:space="preserve">　　26．ACD27．ABDE2B．ABDE29．BCDE30．AB(： </w:t>
      </w:r>
    </w:p>
    <w:p>
      <w:r>
        <w:rPr>
          <w:rFonts w:ascii="宋体" w:hAnsi="宋体" w:eastAsia="宋体"/>
          <w:color w:val="000000"/>
          <w:sz w:val="28"/>
        </w:rPr>
        <w:t xml:space="preserve">　　三、案例分析题 </w:t>
      </w:r>
    </w:p>
    <w:p>
      <w:r>
        <w:rPr>
          <w:rFonts w:ascii="宋体" w:hAnsi="宋体" w:eastAsia="宋体"/>
          <w:color w:val="000000"/>
          <w:sz w:val="28"/>
        </w:rPr>
        <w:t xml:space="preserve">　　(一) </w:t>
      </w:r>
    </w:p>
    <w:p>
      <w:r>
        <w:rPr>
          <w:rFonts w:ascii="宋体" w:hAnsi="宋体" w:eastAsia="宋体"/>
          <w:color w:val="000000"/>
          <w:sz w:val="28"/>
        </w:rPr>
        <w:t xml:space="preserve">　　1．事件1中，建筑物细部点定位测设方法有直角坐标法、极坐标法、角度前方交会法、距离交会法。 </w:t>
      </w:r>
    </w:p>
    <w:p>
      <w:r>
        <w:rPr>
          <w:rFonts w:ascii="宋体" w:hAnsi="宋体" w:eastAsia="宋体"/>
          <w:color w:val="000000"/>
          <w:sz w:val="28"/>
        </w:rPr>
        <w:t xml:space="preserve">　　本工程最适宜采用的方法是直角坐标法。 </w:t>
      </w:r>
    </w:p>
    <w:p>
      <w:r>
        <w:rPr>
          <w:rFonts w:ascii="宋体" w:hAnsi="宋体" w:eastAsia="宋体"/>
          <w:color w:val="000000"/>
          <w:sz w:val="28"/>
        </w:rPr>
        <w:t xml:space="preserve">　　2．根据事件2表中给出的逻辑关系，绘制的双代号网络计划如下图所示：</w:t>
      </w:r>
    </w:p>
    <w:p>
      <w:r>
        <w:rPr>
          <w:rFonts w:ascii="宋体" w:hAnsi="宋体" w:eastAsia="宋体"/>
          <w:color w:val="000000"/>
          <w:sz w:val="28"/>
        </w:rPr>
        <w:t xml:space="preserve">　　万元以上的，必须实行招标，本工程合同金额为408万元，所以要实行招标。 </w:t>
      </w:r>
    </w:p>
    <w:p>
      <w:r>
        <w:rPr>
          <w:rFonts w:ascii="宋体" w:hAnsi="宋体" w:eastAsia="宋体"/>
          <w:color w:val="000000"/>
          <w:sz w:val="28"/>
        </w:rPr>
        <w:t xml:space="preserve">　　2．采用固定总价合同妥当。 </w:t>
      </w:r>
    </w:p>
    <w:p>
      <w:r>
        <w:rPr>
          <w:rFonts w:ascii="宋体" w:hAnsi="宋体" w:eastAsia="宋体"/>
          <w:color w:val="000000"/>
          <w:sz w:val="28"/>
        </w:rPr>
        <w:t xml:space="preserve">　　固定总价合同模式适用的条件： </w:t>
      </w:r>
    </w:p>
    <w:p>
      <w:r>
        <w:rPr>
          <w:rFonts w:ascii="宋体" w:hAnsi="宋体" w:eastAsia="宋体"/>
          <w:color w:val="000000"/>
          <w:sz w:val="28"/>
        </w:rPr>
        <w:t xml:space="preserve">　　(1)工程量小、工期短，估计在施工过程中环境因素变化小，工程条件稳定并合理； </w:t>
      </w:r>
    </w:p>
    <w:p>
      <w:r>
        <w:rPr>
          <w:rFonts w:ascii="宋体" w:hAnsi="宋体" w:eastAsia="宋体"/>
          <w:color w:val="000000"/>
          <w:sz w:val="28"/>
        </w:rPr>
        <w:t xml:space="preserve">　　(2)工程设计详细，图纸完整、清楚，工程任务和范围明确； </w:t>
      </w:r>
    </w:p>
    <w:p>
      <w:r>
        <w:rPr>
          <w:rFonts w:ascii="宋体" w:hAnsi="宋体" w:eastAsia="宋体"/>
          <w:color w:val="000000"/>
          <w:sz w:val="28"/>
        </w:rPr>
        <w:t xml:space="preserve">　　(3)工程结构和技术简单，风险小； </w:t>
      </w:r>
    </w:p>
    <w:p>
      <w:r>
        <w:rPr>
          <w:rFonts w:ascii="宋体" w:hAnsi="宋体" w:eastAsia="宋体"/>
          <w:color w:val="000000"/>
          <w:sz w:val="28"/>
        </w:rPr>
        <w:t xml:space="preserve">　　(4)投标期相对宽裕，承包商能够有充足的时间详细考察现场，复核工程量。分析招标文 </w:t>
      </w:r>
    </w:p>
    <w:p>
      <w:r>
        <w:rPr>
          <w:rFonts w:ascii="宋体" w:hAnsi="宋体" w:eastAsia="宋体"/>
          <w:color w:val="000000"/>
          <w:sz w:val="28"/>
        </w:rPr>
        <w:t xml:space="preserve">　　件，拟订施工计划； </w:t>
      </w:r>
    </w:p>
    <w:p>
      <w:r>
        <w:rPr>
          <w:rFonts w:ascii="宋体" w:hAnsi="宋体" w:eastAsia="宋体"/>
          <w:color w:val="000000"/>
          <w:sz w:val="28"/>
        </w:rPr>
        <w:t xml:space="preserve">　　(5)合同条件中双方的权利和义务十分清楚，合同条件完备。 </w:t>
      </w:r>
    </w:p>
    <w:p>
      <w:r>
        <w:rPr>
          <w:rFonts w:ascii="宋体" w:hAnsi="宋体" w:eastAsia="宋体"/>
          <w:color w:val="000000"/>
          <w:sz w:val="28"/>
        </w:rPr>
        <w:t xml:space="preserve">　　除背景资料中固定总价合同模式外，常用的合同计价模式还有：变动总价合同、固定单价 </w:t>
      </w:r>
    </w:p>
    <w:p>
      <w:r>
        <w:rPr>
          <w:rFonts w:ascii="宋体" w:hAnsi="宋体" w:eastAsia="宋体"/>
          <w:color w:val="000000"/>
          <w:sz w:val="28"/>
        </w:rPr>
        <w:t xml:space="preserve">　　合同、变动单价合同、成本加酬金合同。 </w:t>
      </w:r>
    </w:p>
    <w:p>
      <w:r>
        <w:rPr>
          <w:rFonts w:ascii="宋体" w:hAnsi="宋体" w:eastAsia="宋体"/>
          <w:color w:val="000000"/>
          <w:sz w:val="28"/>
        </w:rPr>
        <w:t xml:space="preserve">　　3．校史展览馆工程临时用电的不妥之处与准确做法。 </w:t>
      </w:r>
    </w:p>
    <w:p>
      <w:r>
        <w:rPr>
          <w:rFonts w:ascii="宋体" w:hAnsi="宋体" w:eastAsia="宋体"/>
          <w:color w:val="000000"/>
          <w:sz w:val="28"/>
        </w:rPr>
        <w:t xml:space="preserve">　　(1)不妥之处：编制《安全用电和电气防火措施》。 </w:t>
      </w:r>
    </w:p>
    <w:p>
      <w:r>
        <w:rPr>
          <w:rFonts w:ascii="宋体" w:hAnsi="宋体" w:eastAsia="宋体"/>
          <w:color w:val="000000"/>
          <w:sz w:val="28"/>
        </w:rPr>
        <w:t xml:space="preserve">　　准确做法：应编制《用电组织设计》。 </w:t>
      </w:r>
    </w:p>
    <w:p>
      <w:r>
        <w:rPr>
          <w:rFonts w:ascii="宋体" w:hAnsi="宋体" w:eastAsia="宋体"/>
          <w:color w:val="000000"/>
          <w:sz w:val="28"/>
        </w:rPr>
        <w:t xml:space="preserve">　　(2)不妥之处：不单独设置总配电箱，直接从大学城项目总配电箱引出分配电箱。 </w:t>
      </w:r>
    </w:p>
    <w:p>
      <w:r>
        <w:rPr>
          <w:rFonts w:ascii="宋体" w:hAnsi="宋体" w:eastAsia="宋体"/>
          <w:color w:val="000000"/>
          <w:sz w:val="28"/>
        </w:rPr>
        <w:t xml:space="preserve">　　准确做法：施工I临时用电配电系统应设置总配电箱(配电柜)、分配电箱、开关箱。 </w:t>
      </w:r>
    </w:p>
    <w:p>
      <w:r>
        <w:rPr>
          <w:rFonts w:ascii="宋体" w:hAnsi="宋体" w:eastAsia="宋体"/>
          <w:color w:val="000000"/>
          <w:sz w:val="28"/>
        </w:rPr>
        <w:t xml:space="preserve">　　(3)不妥之处：施工现场临时用电设备直接从分配电箱连接供电。 </w:t>
      </w:r>
    </w:p>
    <w:p>
      <w:r>
        <w:rPr>
          <w:rFonts w:ascii="宋体" w:hAnsi="宋体" w:eastAsia="宋体"/>
          <w:color w:val="000000"/>
          <w:sz w:val="28"/>
        </w:rPr>
        <w:t xml:space="preserve">　　准确做法：施工现场所有用电设备必须有各自专用的开关箱。 </w:t>
      </w:r>
    </w:p>
    <w:p>
      <w:r>
        <w:rPr>
          <w:rFonts w:ascii="宋体" w:hAnsi="宋体" w:eastAsia="宋体"/>
          <w:color w:val="000000"/>
          <w:sz w:val="28"/>
        </w:rPr>
        <w:t xml:space="preserve">　　(4)不妥之处：项目经理安排了一名有经验的机械工实行用电管理。 </w:t>
      </w:r>
    </w:p>
    <w:p>
      <w:r>
        <w:rPr>
          <w:rFonts w:ascii="宋体" w:hAnsi="宋体" w:eastAsia="宋体"/>
          <w:color w:val="000000"/>
          <w:sz w:val="28"/>
        </w:rPr>
        <w:t xml:space="preserve">　　准确做法：项目经理应安排持证电工实行用电管理。 </w:t>
      </w:r>
    </w:p>
    <w:p>
      <w:r>
        <w:rPr>
          <w:rFonts w:ascii="宋体" w:hAnsi="宋体" w:eastAsia="宋体"/>
          <w:color w:val="000000"/>
          <w:sz w:val="28"/>
        </w:rPr>
        <w:t xml:space="preserve">　　4．事件2中监理工程师的做法准确。 </w:t>
      </w:r>
    </w:p>
    <w:p>
      <w:r>
        <w:rPr>
          <w:rFonts w:ascii="宋体" w:hAnsi="宋体" w:eastAsia="宋体"/>
          <w:color w:val="000000"/>
          <w:sz w:val="28"/>
        </w:rPr>
        <w:t xml:space="preserve">　　理由：吊顶石膏面板安装前就应该请监理工程师实行隐蔽验收。 </w:t>
      </w:r>
    </w:p>
    <w:p>
      <w:r>
        <w:rPr>
          <w:rFonts w:ascii="宋体" w:hAnsi="宋体" w:eastAsia="宋体"/>
          <w:color w:val="000000"/>
          <w:sz w:val="28"/>
        </w:rPr>
        <w:t xml:space="preserve">　　木龙骨石膏板吊顶工程应对以下项目实行隐蔽验收：(1)吊顶内管道、设备的安装及水管 </w:t>
      </w:r>
    </w:p>
    <w:p>
      <w:r>
        <w:rPr>
          <w:rFonts w:ascii="宋体" w:hAnsi="宋体" w:eastAsia="宋体"/>
          <w:color w:val="000000"/>
          <w:sz w:val="28"/>
        </w:rPr>
        <w:t xml:space="preserve">　　试压；(2)木龙骨防火、防腐处理；(3)预埋件或拉结筋；(4)吊杆安装；(5)龙骨安装；(6)填充材</w:t>
      </w:r>
    </w:p>
    <w:p>
      <w:r>
        <w:rPr>
          <w:rFonts w:ascii="宋体" w:hAnsi="宋体" w:eastAsia="宋体"/>
          <w:color w:val="000000"/>
          <w:sz w:val="28"/>
        </w:rPr>
        <w:t xml:space="preserve">　　料的设置。 </w:t>
      </w:r>
    </w:p>
    <w:p>
      <w:r>
        <w:rPr>
          <w:rFonts w:ascii="宋体" w:hAnsi="宋体" w:eastAsia="宋体"/>
          <w:color w:val="000000"/>
          <w:sz w:val="28"/>
        </w:rPr>
        <w:t xml:space="preserve">　　(三) </w:t>
      </w:r>
    </w:p>
    <w:p>
      <w:r>
        <w:rPr>
          <w:rFonts w:ascii="宋体" w:hAnsi="宋体" w:eastAsia="宋体"/>
          <w:color w:val="000000"/>
          <w:sz w:val="28"/>
        </w:rPr>
        <w:t xml:space="preserve">　　1．事件1中的不妥之处与理由。 </w:t>
      </w:r>
    </w:p>
    <w:p>
      <w:r>
        <w:rPr>
          <w:rFonts w:ascii="宋体" w:hAnsi="宋体" w:eastAsia="宋体"/>
          <w:color w:val="000000"/>
          <w:sz w:val="28"/>
        </w:rPr>
        <w:t xml:space="preserve">　　(1)施工总承包单位要求专业分包单位组织召开专项施工方案专家论证会不妥。 </w:t>
      </w:r>
    </w:p>
    <w:p>
      <w:r>
        <w:rPr>
          <w:rFonts w:ascii="宋体" w:hAnsi="宋体" w:eastAsia="宋体"/>
          <w:color w:val="000000"/>
          <w:sz w:val="28"/>
        </w:rPr>
        <w:t xml:space="preserve">　　理由：专项施工方案的专家论证会应由施工总承包单位组织召开。 </w:t>
      </w:r>
    </w:p>
    <w:p>
      <w:r>
        <w:rPr>
          <w:rFonts w:ascii="宋体" w:hAnsi="宋体" w:eastAsia="宋体"/>
          <w:color w:val="000000"/>
          <w:sz w:val="28"/>
        </w:rPr>
        <w:t xml:space="preserve">　　(2)勘察单位技术负责人作为专家不妥。 </w:t>
      </w:r>
    </w:p>
    <w:p>
      <w:r>
        <w:rPr>
          <w:rFonts w:ascii="宋体" w:hAnsi="宋体" w:eastAsia="宋体"/>
          <w:color w:val="000000"/>
          <w:sz w:val="28"/>
        </w:rPr>
        <w:t xml:space="preserve">　　理由：本项目参建各方的人员不得以专家身份参加专家论证会。 </w:t>
      </w:r>
    </w:p>
    <w:p>
      <w:r>
        <w:rPr>
          <w:rFonts w:ascii="宋体" w:hAnsi="宋体" w:eastAsia="宋体"/>
          <w:color w:val="000000"/>
          <w:sz w:val="28"/>
        </w:rPr>
        <w:t xml:space="preserve">　　2．事件2中，工程支护结构应包含的内容：(1)对围护墙侧压力、弯曲应力和变形的监测； </w:t>
      </w:r>
    </w:p>
    <w:p>
      <w:r>
        <w:rPr>
          <w:rFonts w:ascii="宋体" w:hAnsi="宋体" w:eastAsia="宋体"/>
          <w:color w:val="000000"/>
          <w:sz w:val="28"/>
        </w:rPr>
        <w:t xml:space="preserve">　　(2)对支撑锚杆轴力、弯曲应力的监测；(3)对腰梁(围檩)轴力、弯曲应力的监测；(4)对立柱沉降、抬起的监测。事件2中，周围环境监测应包含的内容：(1)坑外地形的变形监测；(2)临近建筑物的沉降和倾斜监测；(3)地下管线的沉降和位移监测等。最少需4根桩做静载荷试验。 </w:t>
      </w:r>
    </w:p>
    <w:p>
      <w:r>
        <w:rPr>
          <w:rFonts w:ascii="宋体" w:hAnsi="宋体" w:eastAsia="宋体"/>
          <w:color w:val="000000"/>
          <w:sz w:val="28"/>
        </w:rPr>
        <w:t xml:space="preserve">　　3．根据《建筑施工现场界噪声限值》的规定，挖掘机昼间施工噪声限值为75dB(A)，挖掘机夜间噪声限值为55dB(A)；打桩机昼间施工噪声限值为85dB(A)，打桩机夜间禁止施工。 </w:t>
      </w:r>
    </w:p>
    <w:p>
      <w:r>
        <w:rPr>
          <w:rFonts w:ascii="宋体" w:hAnsi="宋体" w:eastAsia="宋体"/>
          <w:color w:val="000000"/>
          <w:sz w:val="28"/>
        </w:rPr>
        <w:t xml:space="preserve">　　4．根据文明施工的要求，在居民密集区实行强噪音施工，作业时间段的具体规定：晚间作业时间不超过22时，早晨作业时间不早于6时。特殊情况需要昼夜连续施工，需要做好的工作：应尽量采取降噪措施，并会同建设单位做好周围居民的工作，同时报工地所在地环保部门备案后方可施工。 </w:t>
      </w:r>
    </w:p>
    <w:p>
      <w:r>
        <w:rPr>
          <w:rFonts w:ascii="宋体" w:hAnsi="宋体" w:eastAsia="宋体"/>
          <w:color w:val="000000"/>
          <w:sz w:val="28"/>
        </w:rPr>
        <w:t xml:space="preserve">　　(四) </w:t>
      </w:r>
    </w:p>
    <w:p>
      <w:r>
        <w:rPr>
          <w:rFonts w:ascii="宋体" w:hAnsi="宋体" w:eastAsia="宋体"/>
          <w:color w:val="000000"/>
          <w:sz w:val="28"/>
        </w:rPr>
        <w:t xml:space="preserve">　　1．直接成本一人工费+材料费+机械费+措施费=(287．4+504．4+155．3+104．2)万 </w:t>
      </w:r>
    </w:p>
    <w:p>
      <w:r>
        <w:rPr>
          <w:rFonts w:ascii="宋体" w:hAnsi="宋体" w:eastAsia="宋体"/>
          <w:color w:val="000000"/>
          <w:sz w:val="28"/>
        </w:rPr>
        <w:t xml:space="preserve">　　元=l051．3万元。 </w:t>
      </w:r>
    </w:p>
    <w:p>
      <w:r>
        <w:rPr>
          <w:rFonts w:ascii="宋体" w:hAnsi="宋体" w:eastAsia="宋体"/>
          <w:color w:val="000000"/>
          <w:sz w:val="28"/>
        </w:rPr>
        <w:t xml:space="preserve">　　2．根据背景资料，项目经理部的具体施工成本管理任务还应包括：施工成本计划、施工成 </w:t>
      </w:r>
    </w:p>
    <w:p>
      <w:r>
        <w:rPr>
          <w:rFonts w:ascii="宋体" w:hAnsi="宋体" w:eastAsia="宋体"/>
          <w:color w:val="000000"/>
          <w:sz w:val="28"/>
        </w:rPr>
        <w:t xml:space="preserve">　　本控制、施工成本核算、施工成本分析和施工成本考核。 </w:t>
      </w:r>
    </w:p>
    <w:p>
      <w:r>
        <w:rPr>
          <w:rFonts w:ascii="宋体" w:hAnsi="宋体" w:eastAsia="宋体"/>
          <w:color w:val="000000"/>
          <w:sz w:val="28"/>
        </w:rPr>
        <w:t xml:space="preserve">　　3．A分项工程：[(5800—5400)/5400]*100%一7．4%&gt;5%，所以：A分项工程需调整。 </w:t>
      </w:r>
    </w:p>
    <w:p>
      <w:r>
        <w:rPr>
          <w:rFonts w:ascii="宋体" w:hAnsi="宋体" w:eastAsia="宋体"/>
          <w:color w:val="000000"/>
          <w:sz w:val="28"/>
        </w:rPr>
        <w:t xml:space="preserve">　　B分项工程：[(5870—6200)/6200]*l00%一一5．3%&lt;一5%，所以：B分项工程需调整。 </w:t>
      </w:r>
    </w:p>
    <w:p>
      <w:r>
        <w:rPr>
          <w:rFonts w:ascii="宋体" w:hAnsi="宋体" w:eastAsia="宋体"/>
          <w:color w:val="000000"/>
          <w:sz w:val="28"/>
        </w:rPr>
        <w:t xml:space="preserve">　　A分项工程结算的工程价款：5400m2*(1+5%)*42元/m2+Es800—5400×(1+5%)]m2X42元/m2X0．9=243054元。 </w:t>
      </w:r>
    </w:p>
    <w:p>
      <w:r>
        <w:rPr>
          <w:rFonts w:ascii="宋体" w:hAnsi="宋体" w:eastAsia="宋体"/>
          <w:color w:val="000000"/>
          <w:sz w:val="28"/>
        </w:rPr>
        <w:t xml:space="preserve">　　B分项工程结算的工程价款：5870m2×560元/m2×1．1=3615920元。 </w:t>
      </w:r>
    </w:p>
    <w:p>
      <w:r>
        <w:rPr>
          <w:rFonts w:ascii="宋体" w:hAnsi="宋体" w:eastAsia="宋体"/>
          <w:color w:val="000000"/>
          <w:sz w:val="28"/>
        </w:rPr>
        <w:t xml:space="preserve">　　4．总承包单位说法中的不妥之处及准确做法如下。 </w:t>
      </w:r>
    </w:p>
    <w:p>
      <w:r>
        <w:rPr>
          <w:rFonts w:ascii="宋体" w:hAnsi="宋体" w:eastAsia="宋体"/>
          <w:color w:val="000000"/>
          <w:sz w:val="28"/>
        </w:rPr>
        <w:t xml:space="preserve">　　事件1中不妥之处：总承包单位认为专业分包单位应直接向建设单位提出索赔。 </w:t>
      </w:r>
    </w:p>
    <w:p>
      <w:r>
        <w:rPr>
          <w:rFonts w:ascii="宋体" w:hAnsi="宋体" w:eastAsia="宋体"/>
          <w:color w:val="000000"/>
          <w:sz w:val="28"/>
        </w:rPr>
        <w:t xml:space="preserve">　　准确做法：专业分包单位就停工造成的损失向总承包单位提出索赔申请，总承包单位再向建设单位提出索赔申请。 </w:t>
      </w:r>
    </w:p>
    <w:p>
      <w:r>
        <w:rPr>
          <w:rFonts w:ascii="宋体" w:hAnsi="宋体" w:eastAsia="宋体"/>
          <w:color w:val="000000"/>
          <w:sz w:val="28"/>
        </w:rPr>
        <w:t xml:space="preserve">　　事件2中不妥之处：总承包单位认为C分包工程安全管理属专业分包的责任，非总承包的单位责任范围。 </w:t>
      </w:r>
    </w:p>
    <w:p>
      <w:r>
        <w:rPr>
          <w:rFonts w:ascii="宋体" w:hAnsi="宋体" w:eastAsia="宋体"/>
          <w:color w:val="000000"/>
          <w:sz w:val="28"/>
        </w:rPr>
        <w:t xml:space="preserve">　　准确做法：总承包单位应负责整个施工场地的管理工作。 </w:t>
      </w:r>
    </w:p>
    <w:p>
      <w:r>
        <w:rPr>
          <w:rFonts w:ascii="宋体" w:hAnsi="宋体" w:eastAsia="宋体"/>
          <w:color w:val="000000"/>
          <w:sz w:val="28"/>
        </w:rPr>
        <w:t xml:space="preserve">　　事件3中不妥之处：总承包单位认为分包单位应把工程档案直接交给建设单位。 </w:t>
      </w:r>
    </w:p>
    <w:p>
      <w:r>
        <w:rPr>
          <w:rFonts w:ascii="宋体" w:hAnsi="宋体" w:eastAsia="宋体"/>
          <w:color w:val="000000"/>
          <w:sz w:val="28"/>
        </w:rPr>
        <w:t xml:space="preserve">　　准确做法：总承包单位接收分包单位的工程档案，并统一上报建设单位。</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
  <dcterms:created xsi:type="dcterms:W3CDTF">2013-12-23T23:15:00Z</dcterms:created>
  <dcterms:modified xsi:type="dcterms:W3CDTF">2013-12-23T23:15:00Z</dcterms:modified>
  <cp:category/>
</cp:coreProperties>
</file>