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2025年基础工程期末试题及答案</w:t>
      </w:r>
    </w:p>
    <w:p>
      <w:r>
        <w:br/>
        <w:t xml:space="preserve"> 一、单项选择题（共10题，每题2分，共20分）</w:t>
        <w:br/>
        <w:br/>
        <w:t>1. 基础工程中，地基承载力的确定主要依据是：</w:t>
        <w:br/>
        <w:br/>
        <w:t>A. 土壤的密度</w:t>
        <w:br/>
        <w:br/>
        <w:t>B. 土壤的抗剪强度</w:t>
        <w:br/>
        <w:br/>
        <w:t>C. 土壤的压缩模量</w:t>
        <w:br/>
        <w:br/>
        <w:t>D. 土壤的渗透系数</w:t>
        <w:br/>
        <w:br/>
        <w:t>2. 在基础设计中，浅基础与深基础的划分标准主要是：</w:t>
        <w:br/>
        <w:br/>
        <w:t>A. 基础材料</w:t>
        <w:br/>
        <w:br/>
        <w:t>B. 基础形状</w:t>
        <w:br/>
        <w:br/>
        <w:t>C. 基础埋深与基础宽度的比值</w:t>
        <w:br/>
        <w:br/>
        <w:t>D. 基础造价</w:t>
        <w:br/>
        <w:br/>
        <w:t>3. 桩基础中，端承桩的主要特点是：</w:t>
        <w:br/>
        <w:br/>
        <w:t>A. 主要依靠桩侧摩擦力承担荷载</w:t>
        <w:br/>
        <w:br/>
        <w:t>B. 主要依靠桩端阻力承担荷载</w:t>
        <w:br/>
        <w:br/>
        <w:t>C. 桩身强度高</w:t>
        <w:br/>
        <w:br/>
        <w:t>D. 桩身直径大</w:t>
        <w:br/>
        <w:br/>
        <w:t>4. 地下连续墙施工中，泥浆的主要作用是：</w:t>
        <w:br/>
        <w:br/>
        <w:t>A. 增加墙体重量</w:t>
        <w:br/>
        <w:br/>
        <w:t>B. 保护槽壁稳定</w:t>
        <w:br/>
        <w:br/>
        <w:t>C. 提高墙体强度</w:t>
        <w:br/>
        <w:br/>
        <w:t>D. 加快施工进度</w:t>
        <w:br/>
        <w:br/>
        <w:t>5. 软土地基处理中，预压法的主要原理是：</w:t>
        <w:br/>
        <w:br/>
        <w:t>A. 提高土壤密度</w:t>
        <w:br/>
        <w:br/>
        <w:t>B. 加速土壤固结</w:t>
        <w:br/>
        <w:br/>
        <w:t>C. 改变土壤成分</w:t>
        <w:br/>
        <w:br/>
        <w:t>D. 降低地下水位</w:t>
        <w:br/>
        <w:br/>
        <w:t>6. 基坑支护结构设计中，主动土压力与被动土压力的主要区别是：</w:t>
        <w:br/>
        <w:br/>
        <w:t>A. 主动土压力大于被动土压力</w:t>
        <w:br/>
        <w:br/>
        <w:t>B. 被动土压力大于主动土压力</w:t>
        <w:br/>
        <w:br/>
        <w:t>C. 主动土压力作用方向与墙体位移方向相反</w:t>
        <w:br/>
        <w:br/>
        <w:t>D. 被动土压力作用方向与墙体位移方向相同</w:t>
        <w:br/>
        <w:br/>
        <w:t>7. 沉井基础施工中，下沉困难时，通常采用的方法是：</w:t>
        <w:br/>
        <w:br/>
        <w:t>A. 增加沉井重量</w:t>
        <w:br/>
        <w:br/>
        <w:t>B. 减少沉井外壁摩擦力</w:t>
        <w:br/>
        <w:br/>
        <w:t>C. 提高混凝土强度</w:t>
        <w:br/>
        <w:br/>
        <w:t>D. 增加沉井高度</w:t>
        <w:br/>
        <w:br/>
        <w:t>8. 基础工程中，桩基检测的主要目的是：</w:t>
        <w:br/>
        <w:br/>
        <w:t>A. 检查桩身完整性</w:t>
        <w:br/>
        <w:br/>
        <w:t>B. 确定单桩承载力</w:t>
        <w:br/>
        <w:br/>
        <w:t>C. 评估桩基施工质量</w:t>
        <w:br/>
        <w:br/>
        <w:t>D. 以上都是</w:t>
        <w:br/>
        <w:br/>
        <w:t>9. 地基处理中，强夯法的主要适用土质是：</w:t>
        <w:br/>
        <w:br/>
        <w:t>A. 饱和软黏土</w:t>
        <w:br/>
        <w:br/>
        <w:t>B. 饱和砂土</w:t>
        <w:br/>
        <w:br/>
        <w:t>C. 非饱和黏性土</w:t>
        <w:br/>
        <w:br/>
        <w:t>D. 有机质土</w:t>
        <w:br/>
        <w:br/>
        <w:t>10. 基础工程设计中，安全系数的主要作用是：</w:t>
        <w:br/>
        <w:br/>
        <w:t>A. 增加工程造价</w:t>
        <w:br/>
        <w:br/>
        <w:t>B. 考虑材料变异性</w:t>
        <w:br/>
        <w:br/>
        <w:t>C. 提高施工速度</w:t>
        <w:br/>
        <w:br/>
        <w:t>D. 减少设计计算量</w:t>
        <w:br/>
        <w:br/>
        <w:t xml:space="preserve"> 二、填空题（共5题，每题2分，共10分）</w:t>
        <w:br/>
        <w:br/>
        <w:t>1. 基础工程中，地基变形主要包括沉降量、沉降差和______。</w:t>
        <w:br/>
        <w:br/>
        <w:t>2. 桩基础按施工方法可分为预制桩和______。</w:t>
        <w:br/>
        <w:br/>
        <w:t>3. 基坑降水的主要方法有轻型井点、喷射井点和______。</w:t>
        <w:br/>
        <w:br/>
        <w:t>4. 地基处理中，换填垫层法适用于处理______较浅的软弱地基。</w:t>
        <w:br/>
        <w:br/>
        <w:t>5. 基础工程中，挡土墙按结构形式可分为重力式、悬臂式和______。</w:t>
        <w:br/>
        <w:br/>
        <w:t xml:space="preserve"> 三、判断题（共5题，每题2分，共10分）</w:t>
        <w:br/>
        <w:br/>
        <w:t>1. 基础工程中，地基承载力越大，基础设计的尺寸就可以越小。（ ）</w:t>
        <w:br/>
        <w:br/>
        <w:t>2. 桩基础中，摩擦桩主要依靠桩端阻力承担荷载。（ ）</w:t>
        <w:br/>
        <w:br/>
        <w:t>3. 基坑开挖时，支护结构的主要作用是防止土体坍塌。（ ）</w:t>
        <w:br/>
        <w:br/>
        <w:t>4. 地基处理中，强夯法适用于所有类型的软弱地基。（ ）</w:t>
        <w:br/>
        <w:br/>
        <w:t>5. 基础工程设计中，基础埋深越大，基础造价一定越高。（ ）</w:t>
        <w:br/>
        <w:br/>
        <w:t xml:space="preserve"> 四、多项选择题（共2题，每题2分，共4分）</w:t>
        <w:br/>
        <w:br/>
        <w:t>1. 下列哪些因素会影响地基承载力的确定？（ ）</w:t>
        <w:br/>
        <w:br/>
        <w:t>A. 土壤类型</w:t>
        <w:br/>
        <w:br/>
        <w:t>B. 地下水位</w:t>
        <w:br/>
        <w:br/>
        <w:t>C. 基础形状</w:t>
        <w:br/>
        <w:br/>
        <w:t>D. 荷载大小</w:t>
        <w:br/>
        <w:br/>
        <w:t>2. 基础工程中，常用的地基处理方法包括（ ）</w:t>
        <w:br/>
        <w:br/>
        <w:t>A. 换填法</w:t>
        <w:br/>
        <w:br/>
        <w:t>B. 预压法</w:t>
        <w:br/>
        <w:br/>
        <w:t>C. 强夯法</w:t>
        <w:br/>
        <w:br/>
        <w:t>D. 振冲法</w:t>
        <w:br/>
        <w:br/>
        <w:t xml:space="preserve"> 五、简答题（共2题，每题5分，共10分）</w:t>
        <w:br/>
        <w:br/>
        <w:t>1. 简述基础工程中浅基础与深基础的适用条件。</w:t>
        <w:br/>
        <w:br/>
        <w:t>2. 解释基础工程中"主动土压力"和"被动土压力"的概念及其工程意义。</w:t>
        <w:br/>
        <w:br/>
        <w:t xml:space="preserve"> 参考答案及解析</w:t>
        <w:br/>
        <w:br/>
        <w:t xml:space="preserve"> 一、单项选择题（共10题，每题2分，共20分）</w:t>
        <w:br/>
        <w:br/>
        <w:t>1. 答案：B</w:t>
        <w:br/>
        <w:br/>
        <w:t>解析：地基承载力是指地基能够承受的最大荷载，主要取决于土壤的抗剪强度。土壤的抗剪强度是土壤抵抗剪切破坏的能力，是确定地基承载力的关键参数。虽然土壤的密度、压缩模量和渗透系数也会影响地基承载力，但它们不是主要依据。</w:t>
        <w:br/>
        <w:br/>
        <w:t>2. 答案：C</w:t>
        <w:br/>
        <w:br/>
        <w:t>解析：在基础工程中，浅基础与深基础的划分标准主要是基础埋深与基础宽度的比值。当埋深与宽度的比值小于5时，通常称为浅基础；当比值大于5时，称为深基础。这一划分标准反映了基础的工作机理和设计方法的差异。</w:t>
        <w:br/>
        <w:br/>
        <w:t>3. 答案：B</w:t>
        <w:br/>
        <w:br/>
        <w:t>解析：端承桩的主要特点是主要依靠桩端阻力承担荷载。端承桩的桩端通常位于坚硬土层或岩层上，荷载主要通过桩端传递给地基。与此相对，摩擦桩主要依靠桩侧与土壤之间的摩擦力承担荷载。</w:t>
        <w:br/>
        <w:br/>
        <w:t>4. 答案：B</w:t>
        <w:br/>
        <w:br/>
        <w:t>解析：地下连续墙施工中，泥浆的主要作用是保护槽壁稳定。泥浆在槽内形成一定的静水压力，平衡土压力和水压力，防止槽壁坍塌。同时，泥浆还能携带槽底土壤颗粒，保持槽底清洁。</w:t>
        <w:br/>
        <w:br/>
        <w:t>5. 答案：B</w:t>
        <w:br/>
        <w:br/>
        <w:t>解析：软土地基处理中，预压法的主要原理是加速土壤固结。通过在软土上施加预压荷载，使土壤中的孔隙水排出，有效应力增加，从而加速土壤的固结过程，提高地基承载力，减少工后沉降。</w:t>
        <w:br/>
        <w:br/>
        <w:t>6. 答案：B</w:t>
        <w:br/>
        <w:br/>
        <w:t>解析：基坑支护结构设计中，被动土压力大于主动土压力。当墙体向土体方向移动时，土体对墙体产生被动土压力；当墙体背离土体方向移动时，土体对墙体产生主动土压力。被动土压力的大小通常大于主动土压力。</w:t>
        <w:br/>
        <w:br/>
        <w:t>7. 答案：B</w:t>
        <w:br/>
        <w:br/>
        <w:t>解析：沉井基础施工中，当下沉困难时，通常采用减少沉井外壁摩擦力的方法。可以通过在井壁外侧涂抹减阻材料、采用空气幕或泥浆套等技术措施，减少沉井与周围土体之间的摩擦力，促进下沉。</w:t>
        <w:br/>
        <w:br/>
        <w:t>8. 答案：D</w:t>
        <w:br/>
        <w:br/>
        <w:t>解析：基础工程中，桩基检测的主要目的是多方面的，包括检查桩身完整性、确定单桩承载力和评估桩基施工质量。桩基检测是确保桩基工程质量和安全的重要手段。</w:t>
        <w:br/>
        <w:br/>
        <w:t>9. 答案：C</w:t>
        <w:br/>
        <w:br/>
        <w:t>解析：地基处理中，强夯法的主要适用土质是非饱和黏性土。强夯法通过重锤自由落体产生的冲击能，对地基土进行夯实，提高地基承载力。对于饱和软黏土，强夯法可能产生超孔隙水压力，效果不佳。</w:t>
        <w:br/>
        <w:br/>
        <w:t>10. 答案：B</w:t>
        <w:br/>
        <w:br/>
        <w:t>解析：基础工程设计中，安全系数的主要作用是考虑材料变异性。由于建筑材料性能、土壤性质和荷载大小等存在不确定性，安全系数用于考虑这些变异性，确保基础工程的安全可靠。</w:t>
        <w:br/>
        <w:br/>
        <w:t xml:space="preserve"> 二、填空题（共5题，每题2分，共10分）</w:t>
        <w:br/>
        <w:br/>
        <w:t>1. 答案：沉降速率</w:t>
        <w:br/>
        <w:br/>
        <w:t>解析：基础工程中，地基变形主要包括三个方面：沉降量（地基表面的垂直位移）、沉降差（不同点的沉降量之差）和沉降速率（单位时间内的沉降量）。这三个参数共同描述了地基变形的特征。</w:t>
        <w:br/>
        <w:br/>
        <w:t>2. 答案：灌注桩</w:t>
        <w:br/>
        <w:br/>
        <w:t>解析：桩基础按施工方法可分为预制桩和灌注桩。预制桩是在工厂或现场预先制作好，然后通过打桩设备沉入土中；灌注桩是在设计位置钻孔或挖孔，然后放入钢筋笼，浇筑混凝土而成。</w:t>
        <w:br/>
        <w:br/>
        <w:t>3. 答案：管井降水</w:t>
        <w:br/>
        <w:br/>
        <w:t>解析：基坑降水的主要方法有轻型井点、喷射井点和管井降水。轻型井点适用于渗透系数较小的土层；喷射井点适用于渗透系数更小的土层；管井降水适用于渗透系数较大的土层。</w:t>
        <w:br/>
        <w:br/>
        <w:t>4. 答案：软弱土层</w:t>
        <w:br/>
        <w:br/>
        <w:t>解析：地基处理中，换填垫层法适用于处理软弱土层较浅的软弱地基。该方法是将地基表面一定深度内的软弱土挖除，然后换填砂、碎石等强度较高的材料，形成垫层，提高地基承载力。</w:t>
        <w:br/>
        <w:br/>
        <w:t>5. 答案：扶壁式</w:t>
        <w:br/>
        <w:br/>
        <w:t>解析：基础工程中，挡土墙按结构形式可分为重力式、悬臂式和扶壁式。重力式挡土墙依靠自身重量维持稳定；悬臂式挡土墙依靠墙前土的被动土压力维持稳定；扶壁式挡土墙是在悬臂式基础上增设扶壁，提高结构稳定性。</w:t>
        <w:br/>
        <w:br/>
        <w:t xml:space="preserve"> 三、判断题（共5题，每题2分，共10分）</w:t>
        <w:br/>
        <w:br/>
        <w:t>1. 答案：×</w:t>
        <w:br/>
        <w:br/>
        <w:t>解析：地基承载力越大，基础设计的尺寸可以越小，但这一关系不是绝对的。基础设计还需要考虑其他因素，如建筑物的重要性、荷载类型、地基变形限制等。即使地基承载力很大，如果建筑物对沉降敏感，基础尺寸也不能过小。</w:t>
        <w:br/>
        <w:br/>
        <w:t>2. 答案：×</w:t>
        <w:br/>
        <w:br/>
        <w:t>解析：桩基础中，摩擦桩主要依靠桩侧与土壤之间的摩擦力承担荷载，而不是桩端阻力。端承桩才主要依靠桩端阻力承担荷载。摩擦桩适用于上部为软弱土层、下部为较好土层的情况。</w:t>
        <w:br/>
        <w:br/>
        <w:t>3. 答案：√</w:t>
        <w:br/>
        <w:br/>
        <w:t>解析：基坑开挖时，支护结构的主要作用确实是防止土体坍塌。基坑开挖会破坏原有土体的平衡状态，支护结构通过提供侧向支撑，维持土体稳定，确保施工安全。</w:t>
        <w:br/>
        <w:br/>
        <w:t>4. 答案：×</w:t>
        <w:br/>
        <w:br/>
        <w:t>解析：地基处理中，强夯法并不适用于所有类型的软弱地基。强夯法主要适用于非饱和黏性土、砂土、碎石土等，对于饱和软黏土，强夯法可能产生超孔隙水压力，效果不佳，甚至可能导致地基破坏。</w:t>
        <w:br/>
        <w:br/>
        <w:t>5. 答案：×</w:t>
        <w:br/>
        <w:br/>
        <w:t>解析：基础工程设计中，基础埋深越大，基础造价不一定越高。虽然增加埋深会增加开挖和材料成本，但有时可以通过减小基础底面积来降低造价。此外，较深的埋深还可以提高地基承载力，减小基础尺寸，从而降低总造价。</w:t>
        <w:br/>
        <w:br/>
        <w:t xml:space="preserve"> 四、多项选择题（共2题，每题2分，共4分）</w:t>
        <w:br/>
        <w:br/>
        <w:t>1. 答案：ABCD</w:t>
        <w:br/>
        <w:br/>
        <w:t>解析：影响地基承载力确定的因素包括：土壤类型（不同土壤的力学性质不同）、地下水位（影响有效应力）、基础形状（影响应力分布）和荷载大小（直接影响地基受力状态）。这些因素都需要在确定地基承载力时综合考虑。</w:t>
        <w:br/>
        <w:br/>
        <w:t>2. 答案：ABCD</w:t>
        <w:br/>
        <w:br/>
        <w:t>解析：基础工程中，常用的地基处理方法包括换填法（挖除软弱土，换填好土）、预压法（通过预压荷载加速固结）、强夯法（利用重锤冲击能夯实土体）和振冲法（利用振动和水冲加固土体）。这些方法各有适用条件，需要根据工程具体情况选择。</w:t>
        <w:br/>
        <w:br/>
        <w:t xml:space="preserve"> 五、简答题（共2题，每题5分，共10分）</w:t>
        <w:br/>
        <w:br/>
        <w:t>1. 答案：</w:t>
        <w:br/>
        <w:br/>
        <w:t>浅基础与深基础的适用条件主要取决于地质条件、荷载大小、结构类型和经济性等因素。</w:t>
        <w:br/>
        <w:br/>
        <w:t>浅基础的适用条件：</w:t>
        <w:br/>
        <w:br/>
        <w:t>- 地质条件：上部土层承载力较好，能满足基础设计要求</w:t>
        <w:br/>
        <w:br/>
        <w:t>- 荷载条件：建筑物荷载较小或中等</w:t>
        <w:br/>
        <w:br/>
        <w:t>- 结构类型：多层建筑或对沉降不敏感的结构</w:t>
        <w:br/>
        <w:br/>
        <w:t>- 经济性：当浅基础能满足要求时，造价通常低于深基础</w:t>
        <w:br/>
        <w:br/>
        <w:t>深基础的适用条件：</w:t>
        <w:br/>
        <w:br/>
        <w:t>- 地质条件：上部土层软弱，承载力不足，下部有较好土层或岩层</w:t>
        <w:br/>
        <w:br/>
        <w:t>- 荷载条件：建筑物荷载大，或对沉降有严格要求</w:t>
        <w:br/>
        <w:br/>
        <w:t>- 结构类型：高层建筑、重型工业建筑或对不均匀沉降敏感的结构</w:t>
        <w:br/>
        <w:br/>
        <w:t>- 特殊条件：需要承受上拔力、水平力或动力荷载的情况</w:t>
        <w:br/>
        <w:br/>
        <w:t>2. 答案：</w:t>
        <w:br/>
        <w:br/>
        <w:t>主动土压力和被动土压力是土力学中的两个重要概念，用于描述土体与挡土结构之间的相互作用。</w:t>
        <w:br/>
        <w:br/>
        <w:t>主动土压力是指挡土结构背离土体方向移动或变形时，土体对结构产生的最小土压力。此时，土体处于主动极限平衡状态，剪切应力达到抗剪强度峰值。主动土压力的计算通常采用朗肯理论或库仑理论。</w:t>
        <w:br/>
        <w:br/>
        <w:t>被动土压力是指挡土结构向土体方向移动或变形时，土体对结构产生的最大土压力。此时，土体处于被动极限平衡状态，剪切应力也达到抗剪强度峰值，但方向与主动土压力相反。被动土压力的大小通常大于主动土压力。</w:t>
        <w:br/>
        <w:br/>
        <w:t>工程意义：</w:t>
        <w:br/>
        <w:br/>
        <w:t>- 主动土压力用于设计挡土墙、基坑支护等结构，确定结构需要承受的侧向荷载</w:t>
        <w:br/>
        <w:br/>
        <w:t>- 被动土压力用于评估结构稳定性，如挡土墙的抗滑移、抗倾覆稳定性</w:t>
        <w:br/>
        <w:br/>
        <w:t>- 在基坑工程中，主动土压力用于设计支护结构，被动土压力用于评估基坑底部稳定性</w:t>
        <w:br/>
        <w:br/>
        <w:t>- 在桩基工程中，主动土压力用于计算桩身受力，被动土压力用于评估桩的水平承载力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