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2025年光缆考试题及答案</w:t>
      </w:r>
    </w:p>
    <w:p>
      <w:r>
        <w:br/>
        <w:t xml:space="preserve"> 一、单项选择题（共10题，每题2分，共20分）</w:t>
        <w:br/>
        <w:br/>
        <w:t>1. 光缆中的光纤主要是由什么材料制成的？</w:t>
        <w:br/>
        <w:br/>
        <w:t>A. 铜</w:t>
        <w:br/>
        <w:br/>
        <w:t>B. 玻璃或塑料</w:t>
        <w:br/>
        <w:br/>
        <w:t>C. 铝</w:t>
        <w:br/>
        <w:br/>
        <w:t>D. 钢铁</w:t>
        <w:br/>
        <w:br/>
        <w:t>2. 光信号在光纤中传输的基本原理是？</w:t>
        <w:br/>
        <w:br/>
        <w:t>A. 电磁感应</w:t>
        <w:br/>
        <w:br/>
        <w:t>B. 光的全反射</w:t>
        <w:br/>
        <w:br/>
        <w:t>C. 热传导</w:t>
        <w:br/>
        <w:br/>
        <w:t>D. 压力传递</w:t>
        <w:br/>
        <w:br/>
        <w:t>3. 光缆中常用的光纤类型是？</w:t>
        <w:br/>
        <w:br/>
        <w:t>A. 多模光纤和单模光纤</w:t>
        <w:br/>
        <w:br/>
        <w:t>B. 铜缆</w:t>
        <w:br/>
        <w:br/>
        <w:t>C. 同轴电缆</w:t>
        <w:br/>
        <w:br/>
        <w:t>D. 双绞线</w:t>
        <w:br/>
        <w:br/>
        <w:t>4. 光缆的衰减是指？</w:t>
        <w:br/>
        <w:br/>
        <w:t>A. 光信号强度的增加</w:t>
        <w:br/>
        <w:br/>
        <w:t>B. 光信号强度的减弱</w:t>
        <w:br/>
        <w:br/>
        <w:t>C. 光信号速度的变化</w:t>
        <w:br/>
        <w:br/>
        <w:t>D. 光信号颜色的变化</w:t>
        <w:br/>
        <w:br/>
        <w:t>5. 光缆施工时，弯曲半径的最小值通常是？</w:t>
        <w:br/>
        <w:br/>
        <w:t>A. 光缆直径的10倍</w:t>
        <w:br/>
        <w:br/>
        <w:t>B. 光缆直径的20倍</w:t>
        <w:br/>
        <w:br/>
        <w:t>C. 光缆直径的30倍</w:t>
        <w:br/>
        <w:br/>
        <w:t>D. 光缆直径的40倍</w:t>
        <w:br/>
        <w:br/>
        <w:t>6. OTDR是指？</w:t>
        <w:br/>
        <w:br/>
        <w:t>A. 光时域反射仪</w:t>
        <w:br/>
        <w:br/>
        <w:t>B. 光纤测试仪</w:t>
        <w:br/>
        <w:br/>
        <w:t>C. 光缆分析仪</w:t>
        <w:br/>
        <w:br/>
        <w:t>D. 光信号发生器</w:t>
        <w:br/>
        <w:br/>
        <w:t>7. 光缆中常用的加强件材料是？</w:t>
        <w:br/>
        <w:br/>
        <w:t>A. 塑料</w:t>
        <w:br/>
        <w:br/>
        <w:t>B. 玻璃纤维</w:t>
        <w:br/>
        <w:br/>
        <w:t>C. 芳纶纤维</w:t>
        <w:br/>
        <w:br/>
        <w:t>D. 纸张</w:t>
        <w:br/>
        <w:br/>
        <w:t>8. 光缆接续时，常用的熔接技术是？</w:t>
        <w:br/>
        <w:br/>
        <w:t>A. 机械接续</w:t>
        <w:br/>
        <w:br/>
        <w:t>B. 热熔接</w:t>
        <w:br/>
        <w:br/>
        <w:t>C. 冷熔接</w:t>
        <w:br/>
        <w:br/>
        <w:t>D. 化学接续</w:t>
        <w:br/>
        <w:br/>
        <w:t>9. 光缆的色散是指？</w:t>
        <w:br/>
        <w:br/>
        <w:t>A. 光信号在传输过程中的时间延迟</w:t>
        <w:br/>
        <w:br/>
        <w:t>B. 光缆颜色的变化</w:t>
        <w:br/>
        <w:br/>
        <w:t>C. 光缆直径的变化</w:t>
        <w:br/>
        <w:br/>
        <w:t>D. 光缆温度的变化</w:t>
        <w:br/>
        <w:br/>
        <w:t>10. 光缆敷设时，与其他电力电缆的最小平行距离应不小于？</w:t>
        <w:br/>
        <w:br/>
        <w:t>A. 0.5米</w:t>
        <w:br/>
        <w:br/>
        <w:t>B. 1米</w:t>
        <w:br/>
        <w:br/>
        <w:t>C. 2米</w:t>
        <w:br/>
        <w:br/>
        <w:t>D. 5米</w:t>
        <w:br/>
        <w:br/>
        <w:t xml:space="preserve"> 二、填空题（共6题，每题2分，共12分）</w:t>
        <w:br/>
        <w:br/>
        <w:t>1. 光纤的数值孔径（NA）是衡量光纤________能力的参数。</w:t>
        <w:br/>
        <w:br/>
        <w:t>2. 光缆的基本结构包括________、加强件和护套。</w:t>
        <w:br/>
        <w:br/>
        <w:t>3. 光信号在光纤中传输的速度约为________公里/秒。</w:t>
        <w:br/>
        <w:br/>
        <w:t>4. 光缆的衰减系数通常用________/公里表示。</w:t>
        <w:br/>
        <w:br/>
        <w:t>5. 光缆中常用的光纤连接器类型有FC、SC、ST和________等。</w:t>
        <w:br/>
        <w:br/>
        <w:t>6. 光缆测试中，常用的测试参数有衰减、________和带宽等。</w:t>
        <w:br/>
        <w:br/>
        <w:t xml:space="preserve"> 三、判断题（共6题，每题2分，共12分）</w:t>
        <w:br/>
        <w:br/>
        <w:t>1. 光缆比铜缆传输距离更远，但带宽较低。（ ）</w:t>
        <w:br/>
        <w:br/>
        <w:t>2. 光缆敷设时，可以任意弯曲，不需要考虑最小弯曲半径。（ ）</w:t>
        <w:br/>
        <w:br/>
        <w:t>3. 光缆中的光纤传输的是光信号，而不是电信号。（ ）</w:t>
        <w:br/>
        <w:br/>
        <w:t>4. 光缆的接续只需要将两根光纤简单对接即可，不需要专业设备。（ ）</w:t>
        <w:br/>
        <w:br/>
        <w:t>5. 光缆的衰减会随着传输距离的增加而减小。（ ）</w:t>
        <w:br/>
        <w:br/>
        <w:t>6. 光缆施工时，不需要考虑环境温度对光缆的影响。（ ）</w:t>
        <w:br/>
        <w:br/>
        <w:t xml:space="preserve"> 四、多项选择题（共2题，每题2分，共4分）</w:t>
        <w:br/>
        <w:br/>
        <w:t>1. 下列哪些因素会影响光缆的传输性能？（ ）</w:t>
        <w:br/>
        <w:br/>
        <w:t>A. 光缆的弯曲程度</w:t>
        <w:br/>
        <w:br/>
        <w:t>B. 环境温度</w:t>
        <w:br/>
        <w:br/>
        <w:t>C. 光缆的长度</w:t>
        <w:br/>
        <w:br/>
        <w:t>D. 光源的波长</w:t>
        <w:br/>
        <w:br/>
        <w:t>2. 光缆施工中，需要特别注意的安全事项包括？（ ）</w:t>
        <w:br/>
        <w:br/>
        <w:t>A. 防止光缆过度弯曲</w:t>
        <w:br/>
        <w:br/>
        <w:t>B. 避免光缆受到机械损伤</w:t>
        <w:br/>
        <w:br/>
        <w:t>C. 注意防静电措施</w:t>
        <w:br/>
        <w:br/>
        <w:t>D. 遵守高空作业安全规范</w:t>
        <w:br/>
        <w:br/>
        <w:t xml:space="preserve"> 五、简答题（共2题，每题5分，共10分）</w:t>
        <w:br/>
        <w:br/>
        <w:t>1. 简述光缆敷设的基本流程和注意事项。</w:t>
        <w:br/>
        <w:br/>
        <w:t>2. 解释光缆中光纤衰减的原因，并列举减少衰减的方法。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解析：光纤主要是由玻璃或塑料制成的，能够引导光信号在其中传输。铜、铝、钢铁等金属材料主要用于电缆的导体或加强件，而不是光纤本身。</w:t>
        <w:br/>
        <w:br/>
        <w:t>2. 答案：B</w:t>
        <w:br/>
        <w:br/>
        <w:t>解析：光信号在光纤中传输的基本原理是光的全反射。当光从光密介质射向光疏介质时，如果入射角大于临界角，光线会在两种介质的界面发生全反射，从而在光纤中不断反射前进。</w:t>
        <w:br/>
        <w:br/>
        <w:t>3. 答案：A</w:t>
        <w:br/>
        <w:br/>
        <w:t>解析：光缆中常用的光纤类型是多模光纤和单模光纤。多模光纤允许光信号以多个模式传输，适用于短距离、低带宽的应用；单模光纤只允许光信号以一个模式传输，适用于长距离、高带宽的应用。</w:t>
        <w:br/>
        <w:br/>
        <w:t>4. 答案：B</w:t>
        <w:br/>
        <w:br/>
        <w:t>解析：光缆的衰减是指光信号在传输过程中强度的减弱。这是由于光纤材料的吸收、散射、弯曲等因素造成的。衰减是衡量光缆性能的重要参数，通常用分贝/公里(dB/km)表示。</w:t>
        <w:br/>
        <w:br/>
        <w:t>5. 答案：B</w:t>
        <w:br/>
        <w:br/>
        <w:t>解析：光缆施工时，弯曲半径的最小值通常是光缆直径的20倍。过小的弯曲半径会导致光信号衰减增加，甚至可能损坏光纤。不同类型的光缆可能有不同的最小弯曲半径要求，但20倍是一个常见的参考值。</w:t>
        <w:br/>
        <w:br/>
        <w:t>6. 答案：A</w:t>
        <w:br/>
        <w:br/>
        <w:t>解析：OTDR是Optical Time Domain Reflectometer（光时域反射仪）的缩写，是一种用于测试光纤特性的仪器。它可以测量光纤的长度、衰减、接头损耗等参数，是光缆测试和维护的重要工具。</w:t>
        <w:br/>
        <w:br/>
        <w:t>7. 答案：C</w:t>
        <w:br/>
        <w:br/>
        <w:t>解析：光缆中常用的加强件材料是芳纶纤维（如Kevlar），它具有高强度、重量轻、耐腐蚀等特点，能够为光缆提供必要的机械强度，保护光纤不受外力损伤。</w:t>
        <w:br/>
        <w:br/>
        <w:t>8. 答案：B</w:t>
        <w:br/>
        <w:br/>
        <w:t>解析：光缆接续时，常用的熔接技术是热熔接。这种方法通过电弧加热将两根光纤的端面熔化，然后对接在一起，形成低损耗、高可靠性的连接。</w:t>
        <w:br/>
        <w:br/>
        <w:t>9. 答案：A</w:t>
        <w:br/>
        <w:br/>
        <w:t>解析：光缆的色散是指光信号在传输过程中的时间延迟。不同波长的光信号在光纤中传输的速度略有不同，导致光脉冲在传输过程中展宽，限制了光缆的传输带宽。</w:t>
        <w:br/>
        <w:br/>
        <w:t>10. 答案：B</w:t>
        <w:br/>
        <w:br/>
        <w:t>解析：光缆敷设时，与其他电力电缆的最小平行距离应不小于1米。这是为了避免电力电缆产生的电磁干扰影响光信号的传输。不同国家和地区可能有具体的规定，但1米是一个常见的最小距离要求。</w:t>
        <w:br/>
        <w:br/>
        <w:t xml:space="preserve"> 二、填空题</w:t>
        <w:br/>
        <w:br/>
        <w:t>1. 答案：聚光</w:t>
        <w:br/>
        <w:br/>
        <w:t>解析：光纤的数值孔径（NA）是衡量光纤聚光能力的参数。它表示光纤能够接收和传输光信号的角度范围，数值越大，光纤的聚光能力越强，与光源的耦合效率越高。</w:t>
        <w:br/>
        <w:br/>
        <w:t>2. 答案：光纤</w:t>
        <w:br/>
        <w:br/>
        <w:t>解析：光缆的基本结构包括光纤、加强件和护套。光纤是传输光信号的核心部分；加强件为光缆提供机械强度；护套保护光缆免受环境因素的影响。</w:t>
        <w:br/>
        <w:br/>
        <w:t>3. 答案：20万</w:t>
        <w:br/>
        <w:br/>
        <w:t>解析：光信号在光纤中传输的速度约为20万公里/秒。这个速度约为光在真空中速度的2/3，因为光在光纤中的折射率约为1.5，而光在真空中的速度约为30万公里/秒。</w:t>
        <w:br/>
        <w:br/>
        <w:t>4. 答案：分贝(dB)</w:t>
        <w:br/>
        <w:br/>
        <w:t>解析：光缆的衰减系数通常用分贝/公里(dB/km)表示。衰减系数是衡量光信号在光纤中传输时强度减弱程度的参数，数值越小表示光缆的传输性能越好。</w:t>
        <w:br/>
        <w:br/>
        <w:t>5. 答案：LC</w:t>
        <w:br/>
        <w:br/>
        <w:t>解析：光缆中常用的光纤连接器类型有FC、SC、ST和LC等。FC型连接器采用螺纹锁定；SC型连接器采用直插式结构；ST型连接器采用卡口锁定；LC型连接器体积较小，常用于高密度连接场合。</w:t>
        <w:br/>
        <w:br/>
        <w:t>6. 答案：色散</w:t>
        <w:br/>
        <w:br/>
        <w:t>解析：光缆测试中，常用的测试参数有衰减、色散和带宽等。衰减衡量光信号强度的减弱；色散衡量不同波长光信号传输速度的差异；带宽衡量光缆能够传输的信息量。</w:t>
        <w:br/>
        <w:br/>
        <w:t xml:space="preserve"> 三、判断题</w:t>
        <w:br/>
        <w:br/>
        <w:t>1. 答案：×</w:t>
        <w:br/>
        <w:br/>
        <w:t>解析：光缆比铜缆传输距离更远，且带宽更高。光缆的衰减比铜缆低得多，因此可以传输更远的距离；同时，光缆的带宽远高于铜缆，能够支持更高的数据传输速率。</w:t>
        <w:br/>
        <w:br/>
        <w:t>2. 答案：×</w:t>
        <w:br/>
        <w:br/>
        <w:t>解析：光缆敷设时，不能任意弯曲，必须考虑最小弯曲半径。过小的弯曲半径会导致光信号衰减增加，甚至可能损坏光纤。不同类型的光缆有不同的最小弯曲半径要求，施工时必须严格遵守。</w:t>
        <w:br/>
        <w:br/>
        <w:t>3. 答案：√</w:t>
        <w:br/>
        <w:br/>
        <w:t>解析：光缆中的光纤传输的是光信号，而不是电信号。这是光缆与铜缆等传统传输介质的基本区别之一。光信号具有抗电磁干扰、带宽大、传输距离远等优点。</w:t>
        <w:br/>
        <w:br/>
        <w:t>4. 答案：×</w:t>
        <w:br/>
        <w:br/>
        <w:t>解析：光缆的接续不能简单对接，需要使用专业的熔接设备和技术。光纤接续需要精确对准光纤的端面，并使用熔接机进行熔接，以确保低损耗、高可靠性的连接。</w:t>
        <w:br/>
        <w:br/>
        <w:t>5. 答案：×</w:t>
        <w:br/>
        <w:br/>
        <w:t>解析：光缆的衰减会随着传输距离的增加而增加，而不是减小。衰减是光信号在传输过程中强度的减弱，传输距离越长，衰减越大。</w:t>
        <w:br/>
        <w:br/>
        <w:t>6. 答案：×</w:t>
        <w:br/>
        <w:br/>
        <w:t>解析：光缆施工时，必须考虑环境温度对光缆的影响。温度变化会导致光缆长度发生变化，特别是在长距离光缆中，热胀冷缩效应可能导致光缆应力增加，甚至损坏光纤。</w:t>
        <w:br/>
        <w:br/>
        <w:t xml:space="preserve"> 四、多项选择题</w:t>
        <w:br/>
        <w:br/>
        <w:t>1. 答案：A、B、C、D</w:t>
        <w:br/>
        <w:br/>
        <w:t>解析：所有列出的因素都会影响光缆的传输性能。光缆的弯曲程度会影响光信号的传输路径和衰减；环境温度会影响光纤的折射率和长度；光缆的长度直接影响信号的衰减程度；光源的波长会影响光纤的衰减和色散特性。</w:t>
        <w:br/>
        <w:br/>
        <w:t>2. 答案：A、B、C、D</w:t>
        <w:br/>
        <w:br/>
        <w:t>解析：所有列出的安全事项在光缆施工中都需要特别注意。防止光缆过度弯曲可以避免信号衰减和光纤损坏；避免光缆受到机械损伤可以保护光纤的完整性；注意防静电措施可以防止静电放电对光纤和设备的损害；遵守高空作业安全规范可以确保施工人员的安全。</w:t>
        <w:br/>
        <w:br/>
        <w:t xml:space="preserve"> 五、简答题</w:t>
        <w:br/>
        <w:br/>
        <w:t>1. 答案：</w:t>
        <w:br/>
        <w:br/>
        <w:t>光缆敷设的基本流程包括：</w:t>
        <w:br/>
        <w:br/>
        <w:t>(1) 勘察设计：根据工程需求确定光缆路由、敷设方式和长度等参数。</w:t>
        <w:br/>
        <w:br/>
        <w:t>(2) 材料准备：准备光缆、接头盒、固定件等材料和工具。</w:t>
        <w:br/>
        <w:br/>
        <w:t>(3) 路由准备：清理敷设路径，设置必要的固定点和保护措施。</w:t>
        <w:br/>
        <w:br/>
        <w:t>(4) 光缆敷设：按照设计要求进行光缆的布放，注意控制弯曲半径和张力。</w:t>
        <w:br/>
        <w:br/>
        <w:t>(5) 光缆固定：使用固定件将光缆固定在预定位置，确保安全可靠。</w:t>
        <w:br/>
        <w:br/>
        <w:t>(6) 接续测试：进行光缆的接续和测试，确保传输性能符合要求。</w:t>
        <w:br/>
        <w:br/>
        <w:t>注意事项：</w:t>
        <w:br/>
        <w:br/>
        <w:t>- 敷设过程中严格控制光缆的弯曲半径，避免过度弯曲。</w:t>
        <w:br/>
        <w:br/>
        <w:t>- 防止光缆受到机械损伤，如挤压、拉伸、扭曲等。</w:t>
        <w:br/>
        <w:br/>
        <w:t>- 注意与其他管线（特别是电力电缆）的间距，避免电磁干扰。</w:t>
        <w:br/>
        <w:br/>
        <w:t>- 敷设时考虑环境温度的影响，预留适当的伸缩余量。</w:t>
        <w:br/>
        <w:br/>
        <w:t>- 长距离敷设时注意控制张力，避免光缆受到过度拉伸。</w:t>
        <w:br/>
        <w:br/>
        <w:t>2. 答案：</w:t>
        <w:br/>
        <w:br/>
        <w:t>光纤衰减的原因：</w:t>
        <w:br/>
        <w:br/>
        <w:t>(1) 吸收损耗：光纤材料对光能的吸收，包括本征吸收和杂质吸收。</w:t>
        <w:br/>
        <w:br/>
        <w:t>(2) 散射损耗：光在光纤中传播时，由于材料微观结构不均匀导致的散射。</w:t>
        <w:br/>
        <w:br/>
        <w:t>(3) 弯曲损耗：光纤弯曲导致光信号泄漏到包层中造成的损耗。</w:t>
        <w:br/>
        <w:br/>
        <w:t>(4) 连接损耗：光纤连接处对准不良或端面处理不当造成的损耗。</w:t>
        <w:br/>
        <w:br/>
        <w:t>(5) 微弯损耗：光纤受到微小弯曲导致的损耗。</w:t>
        <w:br/>
        <w:br/>
        <w:t>减少衰减的方法：</w:t>
        <w:br/>
        <w:br/>
        <w:t>(1) 选择低损耗的光纤材料，提高光纤纯度。</w:t>
        <w:br/>
        <w:br/>
        <w:t>(2) 优化光纤制造工艺，减少杂质和缺陷。</w:t>
        <w:br/>
        <w:br/>
        <w:t>(3) 控制光缆敷设时的弯曲半径，避免过度弯曲。</w:t>
        <w:br/>
        <w:br/>
        <w:t>(4) 使用高质量的连接器和接续技术，减少连接损耗。</w:t>
        <w:br/>
        <w:br/>
        <w:t>(5) 采用合适的光源波长，避开光纤的高损耗区域。</w:t>
        <w:br/>
        <w:br/>
        <w:t>(6) 在长距离传输中使用中继器或光放大器，补偿信号衰减。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