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2025年医学试题库及答案</w:t>
      </w:r>
    </w:p>
    <w:p>
      <w:r>
        <w:br/>
        <w:t xml:space="preserve"> 一、单项选择题（每题2分，共20分）</w:t>
        <w:br/>
        <w:br/>
        <w:t>1. 人体最大的器官是：</w:t>
        <w:br/>
        <w:br/>
        <w:t>A. 心脏</w:t>
        <w:br/>
        <w:br/>
        <w:t>B. 肝脏</w:t>
        <w:br/>
        <w:br/>
        <w:t>C. 皮肤</w:t>
        <w:br/>
        <w:br/>
        <w:t>D. 肺</w:t>
        <w:br/>
        <w:br/>
        <w:t>2. 关于红细胞的描述，错误的是：</w:t>
        <w:br/>
        <w:br/>
        <w:t>A. 成人红细胞无细胞核</w:t>
        <w:br/>
        <w:br/>
        <w:t>B. 正常男性红细胞计数约为(4.0-5.5)×10¹²/L</w:t>
        <w:br/>
        <w:br/>
        <w:t>C. 红细胞的主要功能是运输氧气和二氧化碳</w:t>
        <w:br/>
        <w:br/>
        <w:t>D. 红细胞的寿命约为120天</w:t>
        <w:br/>
        <w:br/>
        <w:t>3. 下列哪种激素由胰岛β细胞分泌？</w:t>
        <w:br/>
        <w:br/>
        <w:t>A. 胰高血糖素</w:t>
        <w:br/>
        <w:br/>
        <w:t>B. 胰岛素</w:t>
        <w:br/>
        <w:br/>
        <w:t>C. 生长抑素</w:t>
        <w:br/>
        <w:br/>
        <w:t>D. 胰多肽</w:t>
        <w:br/>
        <w:br/>
        <w:t>4. 关于血压的描述，正确的是：</w:t>
        <w:br/>
        <w:br/>
        <w:t>A. 血压是指血液在血管内流动时对血管壁产生的侧压力</w:t>
        <w:br/>
        <w:br/>
        <w:t>B. 正常成人收缩压应低于90mmHg</w:t>
        <w:br/>
        <w:br/>
        <w:t>C. 舒张压是指心脏收缩时动脉内的最高压力</w:t>
        <w:br/>
        <w:br/>
        <w:t>D. 血压测量时，袖带宽度应为上臂周长的1/3</w:t>
        <w:br/>
        <w:br/>
        <w:t>5. 下列哪种维生素缺乏会导致夜盲症？</w:t>
        <w:br/>
        <w:br/>
        <w:t>A. 维生素A</w:t>
        <w:br/>
        <w:br/>
        <w:t>B. 维生素B1</w:t>
        <w:br/>
        <w:br/>
        <w:t>C. 维生素C</w:t>
        <w:br/>
        <w:br/>
        <w:t>D. 维生素D</w:t>
        <w:br/>
        <w:br/>
        <w:t>6. 关于DNA双螺旋结构的描述，错误的是：</w:t>
        <w:br/>
        <w:br/>
        <w:t>A. DNA由两条多核苷酸链组成</w:t>
        <w:br/>
        <w:br/>
        <w:t>B. 两条链通过碱基间的氢键连接</w:t>
        <w:br/>
        <w:br/>
        <w:t>C. 碱基配对原则是A-T，G-C</w:t>
        <w:br/>
        <w:br/>
        <w:t>D. DNA双螺旋结构由Watson和Crick于1953年发现</w:t>
        <w:br/>
        <w:br/>
        <w:t>7. 下列哪种疾病属于自身免疫性疾病？</w:t>
        <w:br/>
        <w:br/>
        <w:t>A. 糖尿病</w:t>
        <w:br/>
        <w:br/>
        <w:t>B. 高血压</w:t>
        <w:br/>
        <w:br/>
        <w:t>C. 类风湿关节炎</w:t>
        <w:br/>
        <w:br/>
        <w:t>D. 肺炎</w:t>
        <w:br/>
        <w:br/>
        <w:t>8. 关于抗生素的描述，错误的是：</w:t>
        <w:br/>
        <w:br/>
        <w:t>A. 抗生素主要用于治疗细菌感染</w:t>
        <w:br/>
        <w:br/>
        <w:t>B. 抗生素对病毒感染无效</w:t>
        <w:br/>
        <w:br/>
        <w:t>C. 广谱抗生素可以杀灭所有细菌</w:t>
        <w:br/>
        <w:br/>
        <w:t>D. 滥用抗生素会导致细菌耐药性</w:t>
        <w:br/>
        <w:br/>
        <w:t>9. 下列哪种药物属于β受体阻滞剂？</w:t>
        <w:br/>
        <w:br/>
        <w:t>A. 硝苯地平</w:t>
        <w:br/>
        <w:br/>
        <w:t>B. 美托洛尔</w:t>
        <w:br/>
        <w:br/>
        <w:t>C. 卡托普利</w:t>
        <w:br/>
        <w:br/>
        <w:t>D. 呋塞米</w:t>
        <w:br/>
        <w:br/>
        <w:t>10. 关于人体免疫系统的描述，错误的是：</w:t>
        <w:br/>
        <w:br/>
        <w:t>A. 免疫系统包括免疫器官、免疫细胞和免疫分子</w:t>
        <w:br/>
        <w:br/>
        <w:t>B. T细胞主要参与细胞免疫</w:t>
        <w:br/>
        <w:br/>
        <w:t>C. B细胞主要参与体液免疫</w:t>
        <w:br/>
        <w:br/>
        <w:t>D. 免疫系统只对病原体产生反应，不会攻击自身组织</w:t>
        <w:br/>
        <w:br/>
        <w:t xml:space="preserve"> 二、填空题（每题2分，共10分）</w:t>
        <w:br/>
        <w:br/>
        <w:t>1. 人体骨骼共有____块骨。</w:t>
        <w:br/>
        <w:br/>
        <w:t>2. 血液由____和血浆组成。</w:t>
        <w:br/>
        <w:br/>
        <w:t>3. 心脏的四个腔室分别是左心房、左心室、右心房和____。</w:t>
        <w:br/>
        <w:br/>
        <w:t>4. 人体最大的内分泌腺是____。</w:t>
        <w:br/>
        <w:br/>
        <w:t>5. 病原体侵入人体后，人体产生的特异性免疫应答包括____免疫和体液免疫。</w:t>
        <w:br/>
        <w:br/>
        <w:t xml:space="preserve"> 三、判断题（每题2分，共10分）</w:t>
        <w:br/>
        <w:br/>
        <w:t>1. 肝脏是人体最大的消化腺。（ ）</w:t>
        <w:br/>
        <w:br/>
        <w:t>2. 神经元是神经系统的基本结构和功能单位。（ ）</w:t>
        <w:br/>
        <w:br/>
        <w:t>3. 青霉素是一种广谱抗生素，可以治疗所有类型的感染。（ ）</w:t>
        <w:br/>
        <w:br/>
        <w:t>4. 血型是由红细胞表面的抗原决定的，AB型血的人可以接受任何血型的输血。（ ）</w:t>
        <w:br/>
        <w:br/>
        <w:t>5. 艾滋病是由人类免疫缺陷病毒(HIV)引起的一种传染病，主要破坏人体的T淋巴细胞。（ ）</w:t>
        <w:br/>
        <w:br/>
        <w:t xml:space="preserve"> 四、多项选择题（每题2分，共4分）</w:t>
        <w:br/>
        <w:br/>
        <w:t>1. 下列哪些属于人体必需的微量元素？（ ）</w:t>
        <w:br/>
        <w:br/>
        <w:t>A. 铁</w:t>
        <w:br/>
        <w:br/>
        <w:t>B. 钙</w:t>
        <w:br/>
        <w:br/>
        <w:t>C. 锌</w:t>
        <w:br/>
        <w:br/>
        <w:t>D. 碘</w:t>
        <w:br/>
        <w:br/>
        <w:t>2. 下列哪些药物属于降压药？（ ）</w:t>
        <w:br/>
        <w:br/>
        <w:t>A. 硝苯地平</w:t>
        <w:br/>
        <w:br/>
        <w:t>B. 阿司匹林</w:t>
        <w:br/>
        <w:br/>
        <w:t>C. 卡托普利</w:t>
        <w:br/>
        <w:br/>
        <w:t>D. 美托洛尔</w:t>
        <w:br/>
        <w:br/>
        <w:t xml:space="preserve"> 五、简答题（每题5分，共10分）</w:t>
        <w:br/>
        <w:br/>
        <w:t>1. 简述人体消化系统的组成及其主要功能。</w:t>
        <w:br/>
        <w:br/>
        <w:t>2. 简述高血压的诊断标准及其危害。</w:t>
        <w:br/>
        <w:br/>
        <w:t xml:space="preserve"> 参考答案及解析</w:t>
        <w:br/>
        <w:br/>
        <w:t xml:space="preserve"> 一、单项选择题</w:t>
        <w:br/>
        <w:br/>
        <w:t>1. 答案：C</w:t>
        <w:br/>
        <w:br/>
        <w:t>解析：皮肤是人体最大的器官，成人皮肤总面积约为1.5-2平方米，具有保护、调节体温、感觉、分泌和排泄等功能。心脏、肝脏和肺虽然也是重要器官，但面积远小于皮肤。</w:t>
        <w:br/>
        <w:br/>
        <w:t>2. 答案：B</w:t>
        <w:br/>
        <w:br/>
        <w:t>解析：正常男性红细胞计数约为(4.0-5.5)×10¹²/L，女性约为(3.5-5.0)×10¹²/L。成人成熟红细胞无细胞核，主要功能是运输氧气和二氧化碳，寿命约为120天。选项B的数值范围有误，应为(4.0-5.5)×10¹²/L。</w:t>
        <w:br/>
        <w:br/>
        <w:t>3. 答案：B</w:t>
        <w:br/>
        <w:br/>
        <w:t>解析：胰岛β细胞分泌胰岛素，主要功能是降低血糖；胰岛α细胞分泌胰高血糖素，主要功能是升高血糖；δ细胞分泌生长抑素；PP细胞分泌胰多肽。</w:t>
        <w:br/>
        <w:br/>
        <w:t>4. 答案：A</w:t>
        <w:br/>
        <w:br/>
        <w:t>解析：血压是指血液在血管内流动时对血管壁产生的侧压力。正常成人收缩压应低于120mmHg，舒张压应低于80mmHg。收缩压是指心脏收缩时动脉内的最高压力，舒张压是指心脏舒张时动脉内的最低压力。血压测量时，袖带宽度应为上臂周长的40%。</w:t>
        <w:br/>
        <w:br/>
        <w:t>5. 答案：A</w:t>
        <w:br/>
        <w:br/>
        <w:t>解析：维生素A缺乏会导致夜盲症，因为维生素A是合成视紫红质的重要原料，视紫红质是暗视觉中感光物质的主要成分。维生素B1缺乏导致脚气病，维生素C缺乏导致坏血病，维生素D缺乏导致佝偻病。</w:t>
        <w:br/>
        <w:br/>
        <w:t>6. 答案：B</w:t>
        <w:br/>
        <w:br/>
        <w:t>解析：DNA由两条多核苷酸链组成，呈双螺旋结构，两条链通过碱基间的氢键连接，碱基配对原则是A-T，G-C。DNA双螺旋结构由Watson和Crick于1953年发现。选项B错误，因为两条链是通过碱基间的氢键连接，而不是链间直接连接。</w:t>
        <w:br/>
        <w:br/>
        <w:t>7. 答案：C</w:t>
        <w:br/>
        <w:br/>
        <w:t>解析：类风湿关节炎是一种自身免疫性疾病，免疫系统错误地攻击关节组织，导致关节炎症和损伤。糖尿病分为1型(自身免疫)和2型(非自身免疫)，高血压和肺炎不属于自身免疫性疾病。</w:t>
        <w:br/>
        <w:br/>
        <w:t>8. 答案：C</w:t>
        <w:br/>
        <w:br/>
        <w:t>解析：抗生素主要用于治疗细菌感染，对病毒感染无效。广谱抗生素可以杀灭多种细菌，但不能杀灭所有细菌。滥用抗生素会导致细菌耐药性，是当前全球面临的重大公共卫生问题。</w:t>
        <w:br/>
        <w:br/>
        <w:t>9. 答案：B</w:t>
        <w:br/>
        <w:br/>
        <w:t>解析：美托洛尔是一种β受体阻滞剂，主要用于治疗高血压、心绞痛和心律失常等疾病。硝苯地平是钙通道阻滞剂，卡托普利是ACEI类降压药，呋塞米是利尿剂。</w:t>
        <w:br/>
        <w:br/>
        <w:t>10. 答案：D</w:t>
        <w:br/>
        <w:br/>
        <w:t>解析：免疫系统包括免疫器官、免疫细胞和免疫分子，T细胞主要参与细胞免疫，B细胞主要参与体液免疫。选项D错误，因为当免疫系统功能异常时，可能会攻击自身组织，导致自身免疫性疾病。</w:t>
        <w:br/>
        <w:br/>
        <w:t xml:space="preserve"> 二、填空题</w:t>
        <w:br/>
        <w:br/>
        <w:t>1. 答案：206</w:t>
        <w:br/>
        <w:br/>
        <w:t>解析：成人人体骨骼共有206块骨，分为颅骨、躯干骨和四肢骨三部分。婴幼儿骨骼数量多于成人，部分骨骼会随着年龄增长而融合。</w:t>
        <w:br/>
        <w:br/>
        <w:t>2. 答案：血细胞</w:t>
        <w:br/>
        <w:br/>
        <w:t>解析：血液由血细胞和血浆组成。血细胞包括红细胞、白细胞和血小板，血浆约占血液总量的55%，含有水、蛋白质、电解质、营养物质、激素和代谢废物等。</w:t>
        <w:br/>
        <w:br/>
        <w:t>3. 答案：右心室</w:t>
        <w:br/>
        <w:br/>
        <w:t>解析：心脏的四个腔室分别是左心房、左心室、右心房和右心室。左心房和左心室之间有二尖瓣，右心房和右心室之间有三尖瓣，左心室和主动脉之间有主动脉瓣，右心室和肺动脉之间有肺动脉瓣。</w:t>
        <w:br/>
        <w:br/>
        <w:t>4. 答案：甲状腺</w:t>
        <w:br/>
        <w:br/>
        <w:t>解析：人体最大的内分泌腺是甲状腺，位于颈部前方，喉和气管的两侧，主要分泌甲状腺激素，调节新陈代谢、生长发育和神经系统兴奋性。</w:t>
        <w:br/>
        <w:br/>
        <w:t>5. 答案：细胞</w:t>
        <w:br/>
        <w:br/>
        <w:t>解析：病原体侵入人体后，人体产生的特异性免疫应答包括细胞免疫和体液免疫。细胞免疫主要由T淋巴细胞介导，体液免疫主要由B淋巴细胞介导。</w:t>
        <w:br/>
        <w:br/>
        <w:t xml:space="preserve"> 三、判断题</w:t>
        <w:br/>
        <w:br/>
        <w:t>1. 答案：√</w:t>
        <w:br/>
        <w:br/>
        <w:t>解析：肝脏是人体最大的消化腺，成人肝脏重量约1200-1600克，每天分泌约500-1000毫升胆汁，帮助脂肪消化和吸收。肝脏还具有代谢、解毒、合成蛋白质、储存糖原等重要功能。</w:t>
        <w:br/>
        <w:br/>
        <w:t>2. 答案：√</w:t>
        <w:br/>
        <w:br/>
        <w:t>解析：神经元是神经系统的基本结构和功能单位，由胞体、树突和轴突三部分组成，具有接受刺激、产生和传导兴奋的功能。神经系统由中枢神经系统和周围神经系统组成。</w:t>
        <w:br/>
        <w:br/>
        <w:t>3. 答案：×</w:t>
        <w:br/>
        <w:br/>
        <w:t>解析：青霉素是一种窄谱抗生素，主要对革兰氏阳性菌有效，对革兰氏阴性菌、病毒、真菌等无效。不同类型的抗生素有不同的抗菌谱，应根据病原体类型选择合适的抗生素。</w:t>
        <w:br/>
        <w:br/>
        <w:t>4. 答案：√</w:t>
        <w:br/>
        <w:br/>
        <w:t>解析：血型是由红细胞表面的抗原决定的，AB型血的人红细胞表面有A抗原和B抗原，血浆中不含抗A和抗B抗体，因此可以接受任何血型的输血。A型血的人可以接受A型和O型血，B型血的人可以接受B型和O型血，O型血的人只能接受O型血。</w:t>
        <w:br/>
        <w:br/>
        <w:t>5. 答案：√</w:t>
        <w:br/>
        <w:br/>
        <w:t>解析：艾滋病是由人类免疫缺陷病毒(HIV)引起的一种传染病，主要破坏人体的CD4+ T淋巴细胞(辅助性T细胞)，导致细胞免疫功能严重缺陷，易发生各种机会性感染和肿瘤。</w:t>
        <w:br/>
        <w:br/>
        <w:t xml:space="preserve"> 四、多项选择题</w:t>
        <w:br/>
        <w:br/>
        <w:t>1. 答案：ACD</w:t>
        <w:br/>
        <w:br/>
        <w:t>解析：人体必需的微量元素包括铁、锌、碘、硒、铜、锰、铬、钼等，这些元素在人体内含量极少，但对维持正常生理功能至关重要。钙是常量元素，不是微量元素。</w:t>
        <w:br/>
        <w:br/>
        <w:t>2. 答案：ACD</w:t>
        <w:br/>
        <w:br/>
        <w:t>解析：硝苯地平是钙通道阻滞剂，卡托普利是ACEI类降压药，美托洛尔是β受体阻滞剂，都属于降压药。阿司匹林是一种抗血小板药物，主要用于预防血栓形成，不是降压药。</w:t>
        <w:br/>
        <w:br/>
        <w:t xml:space="preserve"> 五、简答题</w:t>
        <w:br/>
        <w:br/>
        <w:t>1. 答案：</w:t>
        <w:br/>
        <w:br/>
        <w:t>人体消化系统由消化管和消化腺两部分组成。</w:t>
        <w:br/>
        <w:br/>
        <w:t>消化管包括口腔、咽、食管、胃、小肠、大肠和肛门。</w:t>
        <w:br/>
        <w:br/>
        <w:t>消化腺包括唾液腺、胃腺、肝脏、胰腺和肠腺等。</w:t>
        <w:br/>
        <w:br/>
        <w:t>主要功能：</w:t>
        <w:br/>
        <w:br/>
        <w:t>(1)消化食物：将大分子营养物质分解为小分子，便于吸收。</w:t>
        <w:br/>
        <w:br/>
        <w:t>(2)吸收营养：小肠是吸收营养物质的主要场所。</w:t>
        <w:br/>
        <w:br/>
        <w:t>(3)排泄废物：将不能消化吸收的食物残渣形成粪便排出体外。</w:t>
        <w:br/>
        <w:br/>
        <w:t>(4)内分泌功能：消化腺可分泌多种激素，调节消化功能。</w:t>
        <w:br/>
        <w:br/>
        <w:t>(5)免疫功能：肠道相关淋巴组织可抵御病原体入侵。</w:t>
        <w:br/>
        <w:br/>
        <w:t>2. 答案：</w:t>
        <w:br/>
        <w:br/>
        <w:t>诊断标准：</w:t>
        <w:br/>
        <w:br/>
        <w:t>在未使用降压药物的情况下，非同日3次测量血压，收缩压≥140mmHg和/或舒张压≥90mmHg，可诊断为高血压。</w:t>
        <w:br/>
        <w:br/>
        <w:t>危害：</w:t>
        <w:br/>
        <w:br/>
        <w:t>(1)心脏损害：长期高血压可导致左心室肥厚、心力衰竭、冠心病等。</w:t>
        <w:br/>
        <w:br/>
        <w:t>(2)脑血管损害：增加脑卒中(脑出血、脑梗死)的风险。</w:t>
        <w:br/>
        <w:br/>
        <w:t>(3)肾脏损害：可导致肾小球硬化、肾功能不全、尿毒症等。</w:t>
        <w:br/>
        <w:br/>
        <w:t>(4)眼底损害：可导致视网膜病变、视力下降甚至失明。</w:t>
        <w:br/>
        <w:br/>
        <w:t>(5)血管损害：加速动脉粥样硬化，增加外周血管疾病风险。</w:t>
        <w:br/>
        <w:br/>
        <w:t>(6)其他：可增加认知功能障碍、痴呆等风险。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