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2025年基础测试试题及答案</w:t>
      </w:r>
    </w:p>
    <w:p>
      <w:r>
        <w:br/>
        <w:t xml:space="preserve"> 一、单项选择题（共10题，每题2分，共20分）</w:t>
        <w:br/>
        <w:br/>
        <w:t>1. 下列哪个数字是质数？</w:t>
        <w:br/>
        <w:br/>
        <w:t>A. 27</w:t>
        <w:br/>
        <w:br/>
        <w:t>B. 29</w:t>
        <w:br/>
        <w:br/>
        <w:t>C. 33</w:t>
        <w:br/>
        <w:br/>
        <w:t>D. 35</w:t>
        <w:br/>
        <w:br/>
        <w:t>2. 中国古代四大发明不包括以下哪一项？</w:t>
        <w:br/>
        <w:br/>
        <w:t>A. 造纸术</w:t>
        <w:br/>
        <w:br/>
        <w:t>B. 指南针</w:t>
        <w:br/>
        <w:br/>
        <w:t>C. 火药</w:t>
        <w:br/>
        <w:br/>
        <w:t>D. 望远镜</w:t>
        <w:br/>
        <w:br/>
        <w:t>3. 下列哪个元素在元素周期表中位于第一周期？</w:t>
        <w:br/>
        <w:br/>
        <w:t>A. 氢</w:t>
        <w:br/>
        <w:br/>
        <w:t>B. 氦</w:t>
        <w:br/>
        <w:br/>
        <w:t>C. 锂</w:t>
        <w:br/>
        <w:br/>
        <w:t>D. 铍</w:t>
        <w:br/>
        <w:br/>
        <w:t>4. "床前明月光，疑是地上霜"出自哪位诗人的作品？</w:t>
        <w:br/>
        <w:br/>
        <w:t>A. 李白</w:t>
        <w:br/>
        <w:br/>
        <w:t>B. 杜甫</w:t>
        <w:br/>
        <w:br/>
        <w:t>C. 白居易</w:t>
        <w:br/>
        <w:br/>
        <w:t>D. 王维</w:t>
        <w:br/>
        <w:br/>
        <w:t>5. 下列哪个城市是中国的首都？</w:t>
        <w:br/>
        <w:br/>
        <w:t>A. 上海</w:t>
        <w:br/>
        <w:br/>
        <w:t>B. 广州</w:t>
        <w:br/>
        <w:br/>
        <w:t>C. 北京</w:t>
        <w:br/>
        <w:br/>
        <w:t>D. 深圳</w:t>
        <w:br/>
        <w:br/>
        <w:t>6. 下列哪个是哺乳动物？</w:t>
        <w:br/>
        <w:br/>
        <w:t>A. 鲨鱼</w:t>
        <w:br/>
        <w:br/>
        <w:t>B. 企鹅</w:t>
        <w:br/>
        <w:br/>
        <w:t>C. 蝙蝠</w:t>
        <w:br/>
        <w:br/>
        <w:t>D. 鳄鱼</w:t>
        <w:br/>
        <w:br/>
        <w:t>7. 下列哪个国家的官方语言是英语？</w:t>
        <w:br/>
        <w:br/>
        <w:t>A. 法国</w:t>
        <w:br/>
        <w:br/>
        <w:t>B. 德国</w:t>
        <w:br/>
        <w:br/>
        <w:t>C. 澳大利亚</w:t>
        <w:br/>
        <w:br/>
        <w:t>D. 日本</w:t>
        <w:br/>
        <w:br/>
        <w:t>8. 下列哪个是最小的正整数？</w:t>
        <w:br/>
        <w:br/>
        <w:t>A. 0</w:t>
        <w:br/>
        <w:br/>
        <w:t>B. 1</w:t>
        <w:br/>
        <w:br/>
        <w:t>C. 2</w:t>
        <w:br/>
        <w:br/>
        <w:t>D. -1</w:t>
        <w:br/>
        <w:br/>
        <w:t>9. 下列哪个是中国的传统节日？</w:t>
        <w:br/>
        <w:br/>
        <w:t>A. 感恩节</w:t>
        <w:br/>
        <w:br/>
        <w:t>B. 万圣节</w:t>
        <w:br/>
        <w:br/>
        <w:t>C. 春节</w:t>
        <w:br/>
        <w:br/>
        <w:t>D. 复活节</w:t>
        <w:br/>
        <w:br/>
        <w:t>10. 下列哪个是太阳系中最大的行星？</w:t>
        <w:br/>
        <w:br/>
        <w:t>A. 地球</w:t>
        <w:br/>
        <w:br/>
        <w:t>B. 火星</w:t>
        <w:br/>
        <w:br/>
        <w:t>C. 木星</w:t>
        <w:br/>
        <w:br/>
        <w:t>D. 土星</w:t>
        <w:br/>
        <w:br/>
        <w:t xml:space="preserve"> 二、填空题（共5题，每题2分，共10分）</w:t>
        <w:br/>
        <w:br/>
        <w:t>1. 中国的首都是______。</w:t>
        <w:br/>
        <w:br/>
        <w:t>2. 1千米等于______米。</w:t>
        <w:br/>
        <w:br/>
        <w:t>3. 光在真空中的传播速度约为______千米/秒。</w:t>
        <w:br/>
        <w:br/>
        <w:t>4. 中国古代四大发明包括造纸术、指南针、火药和______。</w:t>
        <w:br/>
        <w:br/>
        <w:t>5. 水的化学式是______。</w:t>
        <w:br/>
        <w:br/>
        <w:t xml:space="preserve"> 三、判断题（共5题，每题2分，共10分）</w:t>
        <w:br/>
        <w:br/>
        <w:t>1. 地球是太阳系中唯一有生命的行星。（ ）</w:t>
        <w:br/>
        <w:br/>
        <w:t>2. 光年是时间单位。（ ）</w:t>
        <w:br/>
        <w:br/>
        <w:t>3. 人体最大的器官是皮肤。（ ）</w:t>
        <w:br/>
        <w:br/>
        <w:t>4. 中国有56个民族。（ ）</w:t>
        <w:br/>
        <w:br/>
        <w:t>5. 二氧化碳是植物进行光合作用的必要原料。（ ）</w:t>
        <w:br/>
        <w:br/>
        <w:t xml:space="preserve"> 四、多项选择题（共2题，每题2分，共4分）</w:t>
        <w:br/>
        <w:br/>
        <w:t>1. 下列哪些是可再生能源？（ ）</w:t>
        <w:br/>
        <w:br/>
        <w:t>A. 太阳能</w:t>
        <w:br/>
        <w:br/>
        <w:t>B. 石油</w:t>
        <w:br/>
        <w:br/>
        <w:t>C. 风能</w:t>
        <w:br/>
        <w:br/>
        <w:t>D. 天然气</w:t>
        <w:br/>
        <w:br/>
        <w:t>2. 下列哪些是哺乳动物的特征？（ ）</w:t>
        <w:br/>
        <w:br/>
        <w:t>A. 胎生</w:t>
        <w:br/>
        <w:br/>
        <w:t>B. 哺乳</w:t>
        <w:br/>
        <w:br/>
        <w:t>C. 体温恒定</w:t>
        <w:br/>
        <w:br/>
        <w:t>D. 卵生</w:t>
        <w:br/>
        <w:br/>
        <w:t xml:space="preserve"> 五、简答题（共2题，每题5分，共10分）</w:t>
        <w:br/>
        <w:br/>
        <w:t>1. 简述全球气候变暖的主要原因及其影响。</w:t>
        <w:br/>
        <w:br/>
        <w:t>2. 请简述细胞的基本结构及其功能。</w:t>
        <w:br/>
        <w:br/>
        <w:t xml:space="preserve"> 参考答案及解析</w:t>
        <w:br/>
        <w:br/>
        <w:t xml:space="preserve"> 一、单项选择题答案及解析</w:t>
        <w:br/>
        <w:br/>
        <w:t>1. 答案：B</w:t>
        <w:br/>
        <w:br/>
        <w:t>解析：质数是指大于1的自然数，除了1和它本身外没有其他约数。选项中，27可以被3整除（27÷3=9），33可以被3整除（33÷3=11），35可以被5和7整除，而29只能被1和29整除，因此29是质数。</w:t>
        <w:br/>
        <w:br/>
        <w:t>2. 答案：D</w:t>
        <w:br/>
        <w:br/>
        <w:t>解析：中国古代四大发明是指造纸术、指南针、火药和印刷术。望远镜是西方发明的，不属于中国古代四大发明。</w:t>
        <w:br/>
        <w:br/>
        <w:t>3. 答案：B</w:t>
        <w:br/>
        <w:br/>
        <w:t>解析：元素周期表中第一周期只有两个元素：氢（H）和氦（He）。锂（Li）和铍（Be）位于第二周期。</w:t>
        <w:br/>
        <w:br/>
        <w:t>4. 答案：A</w:t>
        <w:br/>
        <w:br/>
        <w:t>解析："床前明月光，疑是地上霜"出自李白的《静夜思》，这是中国最著名的古诗之一。</w:t>
        <w:br/>
        <w:br/>
        <w:t>5. 答案：C</w:t>
        <w:br/>
        <w:br/>
        <w:t>解析：中国的首都是北京，上海、广州和深圳都是中国的重要城市，但不是首都。</w:t>
        <w:br/>
        <w:br/>
        <w:t>6. 答案：C</w:t>
        <w:br/>
        <w:br/>
        <w:t>解析：哺乳动物的特征包括胎生、哺乳、体温恒定等。鲨鱼是鱼类，企鹅和鳄鱼是爬行动物，只有蝙蝠是哺乳动物。</w:t>
        <w:br/>
        <w:br/>
        <w:t>7. 答案：C</w:t>
        <w:br/>
        <w:br/>
        <w:t>解析：澳大利亚的官方语言是英语。法国的官方语言是法语，德国的官方语言是德语，日本的官方语言是日语。</w:t>
        <w:br/>
        <w:br/>
        <w:t>8. 答案：B</w:t>
        <w:br/>
        <w:br/>
        <w:t>解析：正整数是指大于0的整数，因此最小的正整数是1。0既不是正整数也不是负整数，-1是负整数。</w:t>
        <w:br/>
        <w:br/>
        <w:t>9. 答案：C</w:t>
        <w:br/>
        <w:br/>
        <w:t>解析：春节是中国最重要的传统节日。感恩节、万圣节和复活节是西方的传统节日。</w:t>
        <w:br/>
        <w:br/>
        <w:t>10. 答案：C</w:t>
        <w:br/>
        <w:br/>
        <w:t>解析：太阳系中最大的行星是木星，其质量是其他所有行星质量总和的2.5倍。地球、火星和土星都比木星小。</w:t>
        <w:br/>
        <w:br/>
        <w:t xml:space="preserve"> 二、填空题答案及解析</w:t>
        <w:br/>
        <w:br/>
        <w:t>1. 答案：北京</w:t>
        <w:br/>
        <w:br/>
        <w:t>解析：北京是中华人民共和国的首都，也是中国的政治、文化和国际交往中心。</w:t>
        <w:br/>
        <w:br/>
        <w:t>2. 答案：1000</w:t>
        <w:br/>
        <w:br/>
        <w:t>解析：千米和米是长度单位之间的换算关系，1千米等于1000米。</w:t>
        <w:br/>
        <w:br/>
        <w:t>3. 答案：300000</w:t>
        <w:br/>
        <w:br/>
        <w:t>解析：光在真空中的传播速度约为300,000千米/秒，这是宇宙中最快的速度，也是物理学中的重要常数。</w:t>
        <w:br/>
        <w:br/>
        <w:t>4. 答案：印刷术</w:t>
        <w:br/>
        <w:br/>
        <w:t>解析：中国古代四大发明包括造纸术、指南针、火药和印刷术，这些发明对世界文明的发展产生了深远影响。</w:t>
        <w:br/>
        <w:br/>
        <w:t>5. 答案：H₂O</w:t>
        <w:br/>
        <w:br/>
        <w:t>解析：水的化学式是H₂O，表示一个水分子由两个氢原子和一个氧原子组成。</w:t>
        <w:br/>
        <w:br/>
        <w:t xml:space="preserve"> 三、判断题答案及解析</w:t>
        <w:br/>
        <w:br/>
        <w:t>1. 答案：√</w:t>
        <w:br/>
        <w:br/>
        <w:t>解析：目前科学研究表明，地球是太阳系中唯一已知有生命的行星。虽然科学家在太阳系外发现了许多可能宜居的系外行星，但在太阳系内，地球仍然是唯一确认有生命的行星。</w:t>
        <w:br/>
        <w:br/>
        <w:t>2. 答案：×</w:t>
        <w:br/>
        <w:br/>
        <w:t>解析：光年是距离单位，不是时间单位。它表示光在真空中一年所行进的距离，约为9.46万亿千米。光年常用于测量天体间的距离。</w:t>
        <w:br/>
        <w:br/>
        <w:t>3. 答案：√</w:t>
        <w:br/>
        <w:br/>
        <w:t>解析：人体最大的器官是皮肤，成人皮肤的总面积约为1.5-2平方米，重量约占体重的16%。皮肤具有保护、调节体温、感知外界刺激等多种功能。</w:t>
        <w:br/>
        <w:br/>
        <w:t>4. 答案：√</w:t>
        <w:br/>
        <w:br/>
        <w:t>解析：中国是一个多民族国家，共有56个民族，其中汉族人口最多，其他55个是少数民族。</w:t>
        <w:br/>
        <w:br/>
        <w:t>5. 答案：√</w:t>
        <w:br/>
        <w:br/>
        <w:t>解析：二氧化碳是植物进行光合作用的必要原料之一。植物通过光合作用利用阳光能量，将二氧化碳和水转化为葡萄糖和氧气，这个过程对维持地球大气中的氧气平衡至关重要。</w:t>
        <w:br/>
        <w:br/>
        <w:t xml:space="preserve"> 四、多项选择题答案及解析</w:t>
        <w:br/>
        <w:br/>
        <w:t>1. 答案：A、C</w:t>
        <w:br/>
        <w:br/>
        <w:t>解析：可再生能源是指那些可以自然补充、不会枯竭的能源。太阳能和风能都是可再生能源，它们来源于自然过程，可以持续利用。石油和天然气属于化石燃料，是不可再生能源，因为它们的形成需要数百万年，一旦消耗无法在短时间内补充。</w:t>
        <w:br/>
        <w:br/>
        <w:t>2. 答案：A、B、C</w:t>
        <w:br/>
        <w:br/>
        <w:t>解析：哺乳动物的主要特征包括：胎生（大多数）、哺乳（幼崽通过母乳喂养）、体温恒定（恒温动物）。卵生不是哺乳动物的特征，而是爬行动物、鸟类等动物的特征。因此，正确答案是A、B、C。</w:t>
        <w:br/>
        <w:br/>
        <w:t xml:space="preserve"> 五、简答题答案及解析</w:t>
        <w:br/>
        <w:br/>
        <w:t>1. 答案：</w:t>
        <w:br/>
        <w:br/>
        <w:t>全球气候变暖的主要原因包括：</w:t>
        <w:br/>
        <w:br/>
        <w:t>- 温室气体排放增加：人类活动（如燃烧化石燃料、工业生产、森林砍伐等）导致大气中二氧化碳、甲烷等温室气体浓度增加，增强了温室效应。</w:t>
        <w:br/>
        <w:br/>
        <w:t>- 土地利用变化：城市化、森林砍伐等改变了地表覆盖，影响了地球的能量平衡。</w:t>
        <w:br/>
        <w:br/>
        <w:t>- 工业化进程：工业革命以来，人类活动对气候系统的影响显著增强。</w:t>
        <w:br/>
        <w:br/>
        <w:t>全球气候变暖的影响包括：</w:t>
        <w:br/>
        <w:br/>
        <w:t>- 极端天气事件增加：如热浪、干旱、暴雨、洪水等极端天气事件的频率和强度增加。</w:t>
        <w:br/>
        <w:br/>
        <w:t>- 海平面上升：冰川融化和海水热膨胀导致海平面上升，威胁沿海地区和岛屿国家。</w:t>
        <w:br/>
        <w:br/>
        <w:t>- 生态系统变化：物种分布范围改变，生物多样性减少，生态系统功能受损。</w:t>
        <w:br/>
        <w:br/>
        <w:t>- 农业影响：作物产量变化，粮食安全受到威胁。</w:t>
        <w:br/>
        <w:br/>
        <w:t>- 健康影响：热相关疾病增加，传染病传播范围扩大。</w:t>
        <w:br/>
        <w:br/>
        <w:t>解析：全球气候变暖是当今世界面临的最严峻挑战之一。理解其原因和影响对于制定应对策略至关重要。减少温室气体排放、发展清洁能源、保护森林等是应对气候变暖的重要措施。同时，适应已经发生的变化，如建设防洪设施、调整农业种植结构等，也是必要的。</w:t>
        <w:br/>
        <w:br/>
        <w:t>2. 答案：</w:t>
        <w:br/>
        <w:br/>
        <w:t>细胞的基本结构及其功能：</w:t>
        <w:br/>
        <w:br/>
        <w:t>细胞是生物体的基本结构和功能单位。真核细胞的基本结构包括：</w:t>
        <w:br/>
        <w:br/>
        <w:t>- 细胞膜：包裹细胞，控制物质进出，维持细胞内部环境的稳定。</w:t>
        <w:br/>
        <w:br/>
        <w:t>- 细胞质：细胞膜内的胶状物质，包含各种细胞器和细胞骨架。</w:t>
        <w:br/>
        <w:br/>
        <w:t>- 细胞核：含有遗传物质DNA，控制细胞的生长、代谢和繁殖。</w:t>
        <w:br/>
        <w:br/>
        <w:t>- 细胞器：具有特定功能的结构，如：</w:t>
        <w:br/>
        <w:br/>
        <w:t>* 线粒体：细胞的"能量工厂"，通过细胞呼吸产生能量。</w:t>
        <w:br/>
        <w:br/>
        <w:t>* 内质网：分为粗面内质网和光面内质网，参与蛋白质合成和脂质代谢。</w:t>
        <w:br/>
        <w:br/>
        <w:t>* 高尔基体：加工、包装和分泌蛋白质。</w:t>
        <w:br/>
        <w:br/>
        <w:t>* 溶酶体：含有消化酶，分解废物和外来物质。</w:t>
        <w:br/>
        <w:br/>
        <w:t>* 核糖体：蛋白质合成的场所。</w:t>
        <w:br/>
        <w:br/>
        <w:t>* 叶绿体（植物细胞）：进行光合作用，将光能转化为化学能。</w:t>
        <w:br/>
        <w:br/>
        <w:t>功能：</w:t>
        <w:br/>
        <w:br/>
        <w:t>- 新陈代谢：细胞通过各种生化反应获取能量和合成所需物质。</w:t>
        <w:br/>
        <w:br/>
        <w:t>- 生长和繁殖：细胞通过分裂产生新细胞，生物体得以生长和繁殖。</w:t>
        <w:br/>
        <w:br/>
        <w:t>- 感应和响应：细胞能够感知环境变化并做出相应反应。</w:t>
        <w:br/>
        <w:br/>
        <w:t>- 信息传递：细胞间通过信号分子进行信息交流，协调生物体各部分的活动。</w:t>
        <w:br/>
        <w:br/>
        <w:t>解析：细胞是生命的基本单位，理解细胞的结构和功能对于理解生命现象至关重要。不同类型的细胞虽然形态和功能各异，但基本结构相似。细胞膜控制物质进出，细胞核储存遗传信息，各种细胞器分工合作，共同完成细胞的生命活动。细胞的结构和功能是生物学的基础知识，也是理解生命现象的关键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