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2025年新海电厂笔试题及答案</w:t>
      </w:r>
    </w:p>
    <w:p>
      <w:r>
        <w:br/>
        <w:t xml:space="preserve"> 一、单项选择题（共10题，每题2分）</w:t>
        <w:br/>
        <w:br/>
        <w:t>1. 电力系统中，频率的标准值是：</w:t>
        <w:br/>
        <w:br/>
        <w:t>A. 48Hz</w:t>
        <w:br/>
        <w:br/>
        <w:t>B. 50Hz</w:t>
        <w:br/>
        <w:br/>
        <w:t>C. 60Hz</w:t>
        <w:br/>
        <w:br/>
        <w:t>D. 65Hz</w:t>
        <w:br/>
        <w:br/>
        <w:t>2. 下列哪种发电方式不属于可再生能源发电？</w:t>
        <w:br/>
        <w:br/>
        <w:t>A. 水力发电</w:t>
        <w:br/>
        <w:br/>
        <w:t>B. 风力发电</w:t>
        <w:br/>
        <w:br/>
        <w:t>C. 核能发电</w:t>
        <w:br/>
        <w:br/>
        <w:t>D. 太阳能发电</w:t>
        <w:br/>
        <w:br/>
        <w:t>3. 电力变压器的主要作用是：</w:t>
        <w:br/>
        <w:br/>
        <w:t>A. 产生电能</w:t>
        <w:br/>
        <w:br/>
        <w:t>B. 改变电压等级</w:t>
        <w:br/>
        <w:br/>
        <w:t>C. 储存电能</w:t>
        <w:br/>
        <w:br/>
        <w:t>D. 控制电能流向</w:t>
        <w:br/>
        <w:br/>
        <w:t>4. 下列哪种设备用于保护电力系统免受短路电流损害？</w:t>
        <w:br/>
        <w:br/>
        <w:t>A. 断路器</w:t>
        <w:br/>
        <w:br/>
        <w:t>B. 隔离开关</w:t>
        <w:br/>
        <w:br/>
        <w:t>C. 变压器</w:t>
        <w:br/>
        <w:br/>
        <w:t>D. 电容器</w:t>
        <w:br/>
        <w:br/>
        <w:t>5. 电力系统中，有功功率的单位是：</w:t>
        <w:br/>
        <w:br/>
        <w:t>A. 伏特(V)</w:t>
        <w:br/>
        <w:br/>
        <w:t>B. 安培(A)</w:t>
        <w:br/>
        <w:br/>
        <w:t>C. 瓦特(W)</w:t>
        <w:br/>
        <w:br/>
        <w:t>D. 欧姆(Ω)</w:t>
        <w:br/>
        <w:br/>
        <w:t>6. 下列哪种燃料不属于化石燃料？</w:t>
        <w:br/>
        <w:br/>
        <w:t>A. 煤炭</w:t>
        <w:br/>
        <w:br/>
        <w:t>B. 石油</w:t>
        <w:br/>
        <w:br/>
        <w:t>C. 天然气</w:t>
        <w:br/>
        <w:br/>
        <w:t>D. 铀</w:t>
        <w:br/>
        <w:br/>
        <w:t>7. 电力系统中，无功功率的作用是：</w:t>
        <w:br/>
        <w:br/>
        <w:t>A. 提供有功功率</w:t>
        <w:br/>
        <w:br/>
        <w:t>B. 维持系统电压稳定</w:t>
        <w:br/>
        <w:br/>
        <w:t>C. 增加系统损耗</w:t>
        <w:br/>
        <w:br/>
        <w:t>D. 降低系统效率</w:t>
        <w:br/>
        <w:br/>
        <w:t>8. 下列哪种发电方式的热效率最高？</w:t>
        <w:br/>
        <w:br/>
        <w:t>A. 火力发电</w:t>
        <w:br/>
        <w:br/>
        <w:t>B. 水力发电</w:t>
        <w:br/>
        <w:br/>
        <w:t>C. 核能发电</w:t>
        <w:br/>
        <w:br/>
        <w:t>D. 燃气轮机发电</w:t>
        <w:br/>
        <w:br/>
        <w:t>9. 电力系统中，输电电压等级最高的是：</w:t>
        <w:br/>
        <w:br/>
        <w:t>A. 110kV</w:t>
        <w:br/>
        <w:br/>
        <w:t>B. 220kV</w:t>
        <w:br/>
        <w:br/>
        <w:t>C. 500kV</w:t>
        <w:br/>
        <w:br/>
        <w:t>D. 750kV</w:t>
        <w:br/>
        <w:br/>
        <w:t>10. 下列哪种污染物是燃煤电厂排放的主要大气污染物？</w:t>
        <w:br/>
        <w:br/>
        <w:t>A. 二氧化碳</w:t>
        <w:br/>
        <w:br/>
        <w:t>B. 二氧化硫</w:t>
        <w:br/>
        <w:br/>
        <w:t>C. 氮氧化物</w:t>
        <w:br/>
        <w:br/>
        <w:t>D. 以上都是</w:t>
        <w:br/>
        <w:br/>
        <w:t xml:space="preserve"> 二、填空题（共5题，每题2分）</w:t>
        <w:br/>
        <w:br/>
        <w:t>1. 电力系统中，频率的变化主要是由系统中的________不平衡引起的。</w:t>
        <w:br/>
        <w:br/>
        <w:t>2. 变压器是根据________原理工作的。</w:t>
        <w:br/>
        <w:br/>
        <w:t>3. 电力系统中，将高电压降低到适合用户使用的电压等级的设备是________。</w:t>
        <w:br/>
        <w:br/>
        <w:t>4. 火力发电厂中，将燃料的化学能转化为热能的设备是________。</w:t>
        <w:br/>
        <w:br/>
        <w:t>5. 电力系统中，用于提高功率因数的设备是________。</w:t>
        <w:br/>
        <w:br/>
        <w:t xml:space="preserve"> 三、判断题（共5题，每题2分）</w:t>
        <w:br/>
        <w:br/>
        <w:t>1. 电力系统中，频率越高，输电效率越高。（ ）</w:t>
        <w:br/>
        <w:br/>
        <w:t>2. 变压器可以改变直流电压。（ ）</w:t>
        <w:br/>
        <w:br/>
        <w:t>3. 电力系统中，有功功率和无功功率的总和称为视在功率。（ ）</w:t>
        <w:br/>
        <w:br/>
        <w:t>4. 核能发电是一种清洁能源，不产生任何污染物。（ ）</w:t>
        <w:br/>
        <w:br/>
        <w:t>5. 电力系统中，输电电压越高，线路损耗越小。（ ）</w:t>
        <w:br/>
        <w:br/>
        <w:t xml:space="preserve"> 四、多项选择题（共2题，每题2分）</w:t>
        <w:br/>
        <w:br/>
        <w:t>1. 下列哪些属于可再生能源？（ ）</w:t>
        <w:br/>
        <w:br/>
        <w:t>A. 水能</w:t>
        <w:br/>
        <w:br/>
        <w:t>B. 风能</w:t>
        <w:br/>
        <w:br/>
        <w:t>C. 太阳能</w:t>
        <w:br/>
        <w:br/>
        <w:t>D. 核能</w:t>
        <w:br/>
        <w:br/>
        <w:t>2. 电力系统中，提高输电效率的方法有（ ）</w:t>
        <w:br/>
        <w:br/>
        <w:t>A. 提高输电电压</w:t>
        <w:br/>
        <w:br/>
        <w:t>B. 增大导线截面积</w:t>
        <w:br/>
        <w:br/>
        <w:t>C. 采用超导材料</w:t>
        <w:br/>
        <w:br/>
        <w:t>D. 增加输电线路长度</w:t>
        <w:br/>
        <w:br/>
        <w:t xml:space="preserve"> 五、简答题（共2题，每题5分）</w:t>
        <w:br/>
        <w:br/>
        <w:t>1. 简述火力发电的基本工作原理。</w:t>
        <w:br/>
        <w:br/>
        <w:t>2. 解释电力系统中的"调峰"概念及其重要性。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解析：在中国，电力系统的标准频率是50Hz，这是国家规定的标准值。世界上有些国家如美国、加拿大等使用60Hz的频率标准。</w:t>
        <w:br/>
        <w:br/>
        <w:t>2. 答案：C</w:t>
        <w:br/>
        <w:br/>
        <w:t>解析：核能发电虽然清洁，但核燃料（如铀）是不可再生资源，属于非可再生能源。水力发电、风力发电和太阳能发电都是利用可再生能源的发电方式。</w:t>
        <w:br/>
        <w:br/>
        <w:t>3. 答案：B</w:t>
        <w:br/>
        <w:br/>
        <w:t>解析：变压器的主要作用是改变交流电压的等级，既可以升高电压用于远距离输电，也可以降低电压用于用户使用。它不产生电能，也不储存电能。</w:t>
        <w:br/>
        <w:br/>
        <w:t>4. 答案：A</w:t>
        <w:br/>
        <w:br/>
        <w:t>解析：断路器是电力系统中用于保护设备免受短路电流损害的关键设备，它能在检测到故障时迅速切断电路。隔离开关主要用于隔离电源，变压器用于改变电压，电容器用于补偿无功功率。</w:t>
        <w:br/>
        <w:br/>
        <w:t>5. 答案：C</w:t>
        <w:br/>
        <w:br/>
        <w:t>解析：在电力系统中，有功功率的单位是瓦特(W)，表示实际消耗的功率。伏特(V)是电压单位，安培(A)是电流单位，欧姆(Ω)是电阻单位。</w:t>
        <w:br/>
        <w:br/>
        <w:t>6. 答案：D</w:t>
        <w:br/>
        <w:br/>
        <w:t>解析：煤炭、石油和天然气都是化石燃料，而铀是核燃料，不属于化石燃料。化石燃料是古代生物遗骸经过地质作用形成的燃料，而铀是地壳中存在的天然放射性元素。</w:t>
        <w:br/>
        <w:br/>
        <w:t>7. 答案：B</w:t>
        <w:br/>
        <w:br/>
        <w:t>解析：无功功率虽然不做功，但在电力系统中起着维持电压稳定的重要作用。它不提供有功功率，也不会直接增加系统损耗或降低系统效率，但功率因数过低会导致系统效率下降。</w:t>
        <w:br/>
        <w:br/>
        <w:t>8. 答案：D</w:t>
        <w:br/>
        <w:br/>
        <w:t>解析：燃气轮机发电的热效率通常高于传统火力发电，可以达到50%以上。火力发电的热效率一般在30%-40%之间，水力发电和核能发电的效率与热效率概念不同，不能直接比较。</w:t>
        <w:br/>
        <w:br/>
        <w:t>9. 答案：D</w:t>
        <w:br/>
        <w:br/>
        <w:t>解析：在中国电力系统中，常见的输电电压等级包括110kV、220kV、500kV和750kV等，其中750kV是目前最高的交流输电电压等级。特高压直流输电电压可以达到800kV甚至更高。</w:t>
        <w:br/>
        <w:br/>
        <w:t>10. 答案：D</w:t>
        <w:br/>
        <w:br/>
        <w:t>解析：燃煤电厂排放的主要大气污染物包括二氧化碳、二氧化硫、氮氧化物等，这些都是燃煤过程中产生的有害物质。其中，二氧化硫和氮氧化物是形成酸雨的主要前体物，二氧化碳则是温室气体。</w:t>
        <w:br/>
        <w:br/>
        <w:t xml:space="preserve"> 二、填空题</w:t>
        <w:br/>
        <w:br/>
        <w:t>1. 答案：有功功率</w:t>
        <w:br/>
        <w:br/>
        <w:t>解析：电力系统中的频率与有功功率的平衡密切相关。当发电机的有功功率输出与负荷消耗的有功功率不平衡时，系统频率会发生变化。发电功率大于负荷时，频率上升；反之，频率下降。</w:t>
        <w:br/>
        <w:br/>
        <w:t>2. 答案：电磁感应</w:t>
        <w:br/>
        <w:br/>
        <w:t>解析：变压器是根据电磁感应原理工作的，当一次绕组通入交流电时，在铁芯中产生交变磁通，这个交变磁通穿过二次绕组，在二次绕组中感应出电动势，从而实现电压的变换。</w:t>
        <w:br/>
        <w:br/>
        <w:t>3. 答案：配电变压器</w:t>
        <w:br/>
        <w:br/>
        <w:t>解析：配电变压器是将输电系统的高电压降低到适合用户使用的电压等级（如220V/380V）的设备，通常安装在变电站或用户附近，是电力系统中最后一级的电压变换设备。</w:t>
        <w:br/>
        <w:br/>
        <w:t>4. 答案：锅炉</w:t>
        <w:br/>
        <w:br/>
        <w:t>解析：在火力发电厂中，锅炉是将燃料的化学能转化为热能的关键设备，燃料在锅炉中燃烧，加热水产生高温高压蒸汽，蒸汽再驱动汽轮机做功，最终带动发电机发电。</w:t>
        <w:br/>
        <w:br/>
        <w:t>5. 答案：电容器/同步调相机/静止无功补偿装置</w:t>
        <w:br/>
        <w:br/>
        <w:t>解析：提高功率因数的设备主要有电容器、同步调相机和静止无功补偿装置等，这些设备可以提供或吸收无功功率，从而改善电网的功率因数，减少线路损耗，提高供电质量。</w:t>
        <w:br/>
        <w:br/>
        <w:t xml:space="preserve"> 三、判断题</w:t>
        <w:br/>
        <w:br/>
        <w:t>1. 答案：×</w:t>
        <w:br/>
        <w:br/>
        <w:t>解析：电力系统中，频率并不是越高输电效率越高。实际上，系统频率是固定的（如50Hz或60Hz），频率过高会导致设备损耗增加，甚至损坏设备。输电效率主要与输电电压、导线截面积、距离等因素有关。</w:t>
        <w:br/>
        <w:br/>
        <w:t>2. 答案：×</w:t>
        <w:br/>
        <w:br/>
        <w:t>解析：变压器不能改变直流电压，因为变压器的工作原理是电磁感应，需要变化的磁场才能在二次绕组中感应出电动势。直流电产生的磁场是恒定的，不会在二次绕组中产生感应电动势。</w:t>
        <w:br/>
        <w:br/>
        <w:t>3. 答案：√</w:t>
        <w:br/>
        <w:br/>
        <w:t>解析：在电力系统中，有功功率(P)、无功功率(Q)和视在功率(S)之间的关系可以用功率三角形表示，满足S² = P² + Q²。视在功率是电压和电流的乘积，表示电源提供的总功率。</w:t>
        <w:br/>
        <w:br/>
        <w:t>4. 答案：×</w:t>
        <w:br/>
        <w:br/>
        <w:t>解析：核能发电虽然不产生二氧化碳等温室气体，但会产生放射性废料，这些废料对环境有长期影响，需要妥善处理。此外，核电站运行过程中也可能产生少量放射性物质排放。</w:t>
        <w:br/>
        <w:br/>
        <w:t>5. 答案：√</w:t>
        <w:br/>
        <w:br/>
        <w:t>解析：在电力系统中，输电电压越高，线路电流越小（因为P = UI，功率一定时，电压越高电流越小），而线路损耗与电流的平方成正比（P损 = I²R），所以提高输电电压可以显著减少线路损耗，提高输电效率。</w:t>
        <w:br/>
        <w:br/>
        <w:t xml:space="preserve"> 四、多项选择题</w:t>
        <w:br/>
        <w:br/>
        <w:t>1. 答案：ABC</w:t>
        <w:br/>
        <w:br/>
        <w:t>解析：水能、风能和太阳能都是可再生能源，它们可以自然补充，不会因为使用而枯竭。核能虽然清洁，但核燃料是不可再生资源，属于非可再生能源。</w:t>
        <w:br/>
        <w:br/>
        <w:t>2. 答案：ABC</w:t>
        <w:br/>
        <w:br/>
        <w:t>解析：提高输电效率的方法包括：提高输电电压（减少电流，降低损耗）、增大导线截面积（减少电阻，降低损耗）和采用超导材料（电阻为零，无损耗）。增加输电线路长度会增加电阻，反而降低输电效率。</w:t>
        <w:br/>
        <w:br/>
        <w:t xml:space="preserve"> 五、简答题</w:t>
        <w:br/>
        <w:br/>
        <w:t>1. 答案：火力发电的基本工作原理是将燃料的化学能转化为热能，再将热能转化为机械能，最后将机械能转化为电能。具体过程是：燃料在锅炉中燃烧，加热水产生高温高压蒸汽；蒸汽驱动汽轮机旋转，将热能转化为机械能；汽轮机带动发电机旋转，将机械能转化为电能，最后通过变压器升压后并入电网。</w:t>
        <w:br/>
        <w:br/>
        <w:t>解析：火力发电是一种传统的发电方式，其能量转换过程遵循能量守恒定律。燃料（如煤炭、石油、天然气等）在锅炉中燃烧，释放化学能，使水变成高温高压蒸汽；蒸汽具有很高的热能，当它通过汽轮机时，推动汽轮机叶片旋转，将热能转化为机械能；汽轮机与发电机相连，带动发电机转子旋转，切割磁感线产生感应电动势，将机械能转化为电能。整个过程中，能量形式不断变化，但总量保持不变。</w:t>
        <w:br/>
        <w:br/>
        <w:t>2. 答案：电力系统中的"调峰"是指根据负荷的变化规律，调整发电出力，使发电与负荷保持平衡的过程。调峰的重要性在于：电力系统的负荷在一天内是不断变化的，通常早晚高峰负荷较大，深夜负荷较小；如果所有发电机组都按最大负荷设计，会导致大部分时间机组运行效率低下；通过调峰，可以使发电机组在高效率区间运行，提高能源利用效率，降低发电成本，同时保证供电可靠性。</w:t>
        <w:br/>
        <w:br/>
        <w:t>解析：电力系统的负荷具有明显的日变化特性，通常会出现早晚两个高峰和深夜低谷。调峰就是通过调整各类发电机组的出力，适应这种负荷变化。调峰电源通常具有启停灵活、调节速度快的特点，如水电机组、燃气轮机机组等。在负荷低谷时，可以减少调峰机组的出力或停机；在负荷高峰时，增加出力以满足需求。合理的调峰可以优化电源结构，提高整个电力系统的经济性和可靠性，是电力系统运行中的重要环节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