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2025年安防管家试题及答案</w:t>
      </w:r>
    </w:p>
    <w:p>
      <w:r>
        <w:br/>
        <w:t xml:space="preserve"> 一、单项选择题（共10题，每题2分）</w:t>
        <w:br/>
        <w:br/>
        <w:t>1. 安防系统中，CCTV指的是：</w:t>
        <w:br/>
        <w:br/>
        <w:t>A. 闭路电视监控系统</w:t>
        <w:br/>
        <w:br/>
        <w:t>B. 计算机控制电视系统</w:t>
        <w:br/>
        <w:br/>
        <w:t>C. 中央控制电视系统</w:t>
        <w:br/>
        <w:br/>
        <w:t>D. 通信控制电视系统</w:t>
        <w:br/>
        <w:br/>
        <w:t>2. 在安防系统中，以下哪种设备主要用于检测入侵者？</w:t>
        <w:br/>
        <w:br/>
        <w:t>A. 监控摄像头</w:t>
        <w:br/>
        <w:br/>
        <w:t>B. 门禁系统</w:t>
        <w:br/>
        <w:br/>
        <w:t>C. 红外探测器</w:t>
        <w:br/>
        <w:br/>
        <w:t>D. 电子巡更系统</w:t>
        <w:br/>
        <w:br/>
        <w:t>3. 安防系统中的"门禁控制"主要功能是：</w:t>
        <w:br/>
        <w:br/>
        <w:t>A. 监控人员进出</w:t>
        <w:br/>
        <w:br/>
        <w:t>B. 控制人员进出权限</w:t>
        <w:br/>
        <w:br/>
        <w:t>C. 记录人员信息</w:t>
        <w:br/>
        <w:br/>
        <w:t>D. 报警异常情况</w:t>
        <w:br/>
        <w:br/>
        <w:t>4. 以下哪种安防设备主要用于火灾早期检测？</w:t>
        <w:br/>
        <w:br/>
        <w:t>A. 烟雾探测器</w:t>
        <w:br/>
        <w:br/>
        <w:t>B. 红外探测器</w:t>
        <w:br/>
        <w:br/>
        <w:t>C. 门磁传感器</w:t>
        <w:br/>
        <w:br/>
        <w:t>D. 玻璃破碎探测器</w:t>
        <w:br/>
        <w:br/>
        <w:t>5. 在安防系统中，DVR指的是：</w:t>
        <w:br/>
        <w:br/>
        <w:t>A. 数字视频记录器</w:t>
        <w:br/>
        <w:br/>
        <w:t>B. 数字视频路由器</w:t>
        <w:br/>
        <w:br/>
        <w:t>C. 数字视频接收器</w:t>
        <w:br/>
        <w:br/>
        <w:t>D. 数字视频还原器</w:t>
        <w:br/>
        <w:br/>
        <w:t>6. 安防系统中的"周界防范"主要是指：</w:t>
        <w:br/>
        <w:br/>
        <w:t>A. 建筑物内部安全防范</w:t>
        <w:br/>
        <w:br/>
        <w:t>B. 建筑物周围安全防范</w:t>
        <w:br/>
        <w:br/>
        <w:t>C. 建筑物顶部安全防范</w:t>
        <w:br/>
        <w:br/>
        <w:t>D. 建筑物地下安全防范</w:t>
        <w:br/>
        <w:br/>
        <w:t>7. 以下哪种技术不是现代安防系统的常用技术？</w:t>
        <w:br/>
        <w:br/>
        <w:t>A. 人工智能识别</w:t>
        <w:br/>
        <w:br/>
        <w:t>B. 生物识别技术</w:t>
        <w:br/>
        <w:br/>
        <w:t>C. 蒸汽动力技术</w:t>
        <w:br/>
        <w:br/>
        <w:t>D. 云存储技术</w:t>
        <w:br/>
        <w:br/>
        <w:t>8. 在安防系统中，"报警响应时间"是指：</w:t>
        <w:br/>
        <w:br/>
        <w:t>A. 从报警发生到安保人员到达的时间</w:t>
        <w:br/>
        <w:br/>
        <w:t>B. 从报警发生到系统记录的时间</w:t>
        <w:br/>
        <w:br/>
        <w:t>C. 从报警发生到通知相关人员的时间</w:t>
        <w:br/>
        <w:br/>
        <w:t>D. 从报警发生到系统处理的时间</w:t>
        <w:br/>
        <w:br/>
        <w:t>9. 安防系统中的"电子巡更系统"主要用于：</w:t>
        <w:br/>
        <w:br/>
        <w:t>A. 巡逻路线规划</w:t>
        <w:br/>
        <w:br/>
        <w:t>B. 巡逻人员考勤</w:t>
        <w:br/>
        <w:br/>
        <w:t>C. 巡逻质量检查</w:t>
        <w:br/>
        <w:br/>
        <w:t>D. 巡逻记录管理</w:t>
        <w:br/>
        <w:br/>
        <w:t>10. 以下哪种设备不属于安防系统的前端设备？</w:t>
        <w:br/>
        <w:br/>
        <w:t>A. 摄像头</w:t>
        <w:br/>
        <w:br/>
        <w:t>B. 探测器</w:t>
        <w:br/>
        <w:br/>
        <w:t>C. 控制主机</w:t>
        <w:br/>
        <w:br/>
        <w:t>D. 门禁读卡器</w:t>
        <w:br/>
        <w:br/>
        <w:t xml:space="preserve"> 二、判断题（共5题，每题2分）</w:t>
        <w:br/>
        <w:br/>
        <w:t>1. 安防系统中的所有摄像头都必须具备夜视功能。（ ）</w:t>
        <w:br/>
        <w:br/>
        <w:t>2. 在安防系统中，报警信号的优先级通常高于监控信号。（ ）</w:t>
        <w:br/>
        <w:br/>
        <w:t>3. 安防系统的备用电源只需保证系统能够正常运行30分钟即可。（ ）</w:t>
        <w:br/>
        <w:br/>
        <w:t>4. 生物识别技术是目前安防系统中最为安全的认证方式。（ ）</w:t>
        <w:br/>
        <w:br/>
        <w:t>5. 安防系统的维护保养只需要定期检查设备运行状态即可。（ ）</w:t>
        <w:br/>
        <w:br/>
        <w:t xml:space="preserve"> 三、多项选择题（共2题，每题2分）</w:t>
        <w:br/>
        <w:br/>
        <w:t>1. 以下哪些属于安防系统的基本组成部分？（ ）</w:t>
        <w:br/>
        <w:br/>
        <w:t>A. 前端采集设备</w:t>
        <w:br/>
        <w:br/>
        <w:t>B. 传输系统</w:t>
        <w:br/>
        <w:br/>
        <w:t>C. 后端处理系统</w:t>
        <w:br/>
        <w:br/>
        <w:t>D. 显示系统</w:t>
        <w:br/>
        <w:br/>
        <w:t>E. 报警系统</w:t>
        <w:br/>
        <w:br/>
        <w:t>2. 现代安防系统中常用的生物识别技术包括哪些？（ ）</w:t>
        <w:br/>
        <w:br/>
        <w:t>A. 指纹识别</w:t>
        <w:br/>
        <w:br/>
        <w:t>B. 人脸识别</w:t>
        <w:br/>
        <w:br/>
        <w:t>C. 虹膜识别</w:t>
        <w:br/>
        <w:br/>
        <w:t>D. 声纹识别</w:t>
        <w:br/>
        <w:br/>
        <w:t>E. 体温识别</w:t>
        <w:br/>
        <w:br/>
        <w:t xml:space="preserve"> 四、填空题（共5题，每题2分）</w:t>
        <w:br/>
        <w:br/>
        <w:t>1. 安防系统中，用于防止未经授权人员进入特定区域的设备称为________。</w:t>
        <w:br/>
        <w:br/>
        <w:t>2. 在安防系统中，________是指通过计算机网络将视频信号传输到远程服务器进行存储和处理的技术。</w:t>
        <w:br/>
        <w:br/>
        <w:t>3. 安防系统中的________是指系统能够在断电情况下继续运行的能力。</w:t>
        <w:br/>
        <w:br/>
        <w:t>4. 安防系统中的________是指系统能够同时处理和显示多个摄像头画面的功能。</w:t>
        <w:br/>
        <w:br/>
        <w:t>5. 在安防系统中，________是指系统能够自动识别异常行为并发出警报的功能。</w:t>
        <w:br/>
        <w:br/>
        <w:t xml:space="preserve"> 五、简答题（共2题，每题5分）</w:t>
        <w:br/>
        <w:br/>
        <w:t>1. 简述安防系统中"人防、物防、技防"三者的关系。</w:t>
        <w:br/>
        <w:br/>
        <w:t>2. 安防系统安装完成后，需要进行哪些测试和验收工作？</w:t>
        <w:br/>
        <w:br/>
        <w:t xml:space="preserve"> 参考答案及解析</w:t>
        <w:br/>
        <w:br/>
        <w:t xml:space="preserve"> 一、单项选择题</w:t>
        <w:br/>
        <w:br/>
        <w:t>1. 答案：A</w:t>
        <w:br/>
        <w:br/>
        <w:t>解析：CCTV是Closed-Circuit Television的缩写，中文译为闭路电视监控系统，是一种常见的安防监控设备。</w:t>
        <w:br/>
        <w:br/>
        <w:t>2. 答案：C</w:t>
        <w:br/>
        <w:br/>
        <w:t>解析：红外探测器主要用于检测入侵者，通过检测人体发出的红外辐射来触发报警。监控摄像头主要用于监控，门禁系统主要用于控制进出权限，电子巡更系统主要用于巡逻管理。</w:t>
        <w:br/>
        <w:br/>
        <w:t>3. 答案：B</w:t>
        <w:br/>
        <w:br/>
        <w:t>解析：门禁控制的主要功能是控制人员进出权限，通过身份验证决定是否允许人员进入特定区域。监控人员进出、记录人员信息和报警异常情况都是门禁系统的附加功能，但不是主要功能。</w:t>
        <w:br/>
        <w:br/>
        <w:t>4. 答案：A</w:t>
        <w:br/>
        <w:br/>
        <w:t>解析：烟雾探测器主要用于火灾早期检测，通过检测空气中的烟雾颗粒来触发警报。红外探测器用于检测入侵者，门磁传感器用于检测门窗是否被打开，玻璃破碎探测器用于检测玻璃破碎的声音。</w:t>
        <w:br/>
        <w:br/>
        <w:t>5. 答案：A</w:t>
        <w:br/>
        <w:br/>
        <w:t>解析：DVR是Digital Video Recorder的缩写，中文译为数字视频记录器，用于存储和管理监控视频。数字视频路由器、数字视频接收器和数字视频还原器都不是DVR的正确含义。</w:t>
        <w:br/>
        <w:br/>
        <w:t>6. 答案：B</w:t>
        <w:br/>
        <w:br/>
        <w:t>解析：周界防范是指对建筑物周围区域的安全防范，通常包括围墙、栅栏、周界探测设备等，用于防止未经授权的人员进入。建筑物内部安全防范、顶部安全防范和地下安全防范都不属于周界防范的范畴。</w:t>
        <w:br/>
        <w:br/>
        <w:t>7. 答案：C</w:t>
        <w:br/>
        <w:br/>
        <w:t>解析：现代安防系统常用的技术包括人工智能识别、生物识别技术和云存储技术。蒸汽动力技术是一种传统技术，与现代安防系统无关。</w:t>
        <w:br/>
        <w:br/>
        <w:t>8. 答案：A</w:t>
        <w:br/>
        <w:br/>
        <w:t>解析：报警响应时间是指从报警发生到安保人员到达的时间，是衡量安防系统效率的重要指标。从报警发生到系统记录的时间、通知相关人员的时间和系统处理的时间都是系统内部的处理时间，不是报警响应时间。</w:t>
        <w:br/>
        <w:br/>
        <w:t>9. 答案：B</w:t>
        <w:br/>
        <w:br/>
        <w:t>解析：电子巡更系统主要用于巡逻人员考勤，通过巡更点和巡更设备记录巡逻人员的巡逻路线和时间。巡逻路线规划、巡逻质量检查和巡逻记录管理都是电子巡更系统的附加功能，但不是主要功能。</w:t>
        <w:br/>
        <w:br/>
        <w:t>10. 答案：C</w:t>
        <w:br/>
        <w:br/>
        <w:t>解析：前端设备是指安装在监控区域的各种传感器和采集设备，包括摄像头、探测器和门禁读卡器等。控制主机属于后端设备，用于处理和存储前端设备采集的数据。</w:t>
        <w:br/>
        <w:br/>
        <w:t xml:space="preserve"> 二、判断题</w:t>
        <w:br/>
        <w:br/>
        <w:t>1. 答案：×</w:t>
        <w:br/>
        <w:br/>
        <w:t>解析：并非所有安防摄像头都必须具备夜视功能。是否需要夜视功能取决于具体的应用场景和需求。例如，室内光线充足的区域可能不需要夜视功能，而室外或夜间监控区域则需要夜视功能。</w:t>
        <w:br/>
        <w:br/>
        <w:t>2. 答案：√</w:t>
        <w:br/>
        <w:br/>
        <w:t>解析：在安防系统中，报警信号的优先级通常高于监控信号。这是因为报警信号表示有安全事件发生，需要立即处理，而监控信号主要用于日常监控和事后查看。</w:t>
        <w:br/>
        <w:br/>
        <w:t>3. 答案：×</w:t>
        <w:br/>
        <w:br/>
        <w:t>解析：安防系统的备用电源需要保证系统在断电情况下能够运行足够长的时间，通常要求至少4-8小时，而不是30分钟。这是为了确保在紧急情况下系统能够持续工作。</w:t>
        <w:br/>
        <w:br/>
        <w:t>4. 答案：×</w:t>
        <w:br/>
        <w:br/>
        <w:t>解析：虽然生物识别技术比传统认证方式更安全，但并不是绝对安全的。生物识别技术也可能被欺骗，例如使用指纹复制、照片欺骗人脸识别等。因此，不能说生物识别技术是目前安防系统中最为安全的认证方式。</w:t>
        <w:br/>
        <w:br/>
        <w:t>5. 答案：×</w:t>
        <w:br/>
        <w:br/>
        <w:t>解析：安防系统的维护保养不仅需要定期检查设备运行状态，还需要进行设备清洁、固件升级、系统优化、故障排除等工作，以确保系统长期稳定运行。</w:t>
        <w:br/>
        <w:br/>
        <w:t xml:space="preserve"> 三、多项选择题</w:t>
        <w:br/>
        <w:br/>
        <w:t>1. 答案：ABCDE</w:t>
        <w:br/>
        <w:br/>
        <w:t>解析：安防系统的基本组成部分包括前端采集设备（如摄像头、探测器等）、传输系统（如网线、光纤等）、后端处理系统（如服务器、存储设备等）、显示系统（如监视器、显示屏等）和报警系统（如声光报警器等）。这些部分共同构成了完整的安防系统。</w:t>
        <w:br/>
        <w:br/>
        <w:t>2. 答案：ABCD</w:t>
        <w:br/>
        <w:br/>
        <w:t>解析：现代安防系统中常用的生物识别技术包括指纹识别、人脸识别、虹膜识别和声纹识别。这些技术通过识别个体的生物特征来进行身份验证。体温识别虽然也是一种生物特征，但在安防系统中应用较少，主要用于健康监测而非身份验证。</w:t>
        <w:br/>
        <w:br/>
        <w:t xml:space="preserve"> 四、填空题</w:t>
        <w:br/>
        <w:br/>
        <w:t>1. 答案：门禁设备/门禁系统</w:t>
        <w:br/>
        <w:br/>
        <w:t>解析：门禁设备或门禁系统是用于防止未经授权人员进入特定区域的设备，包括门禁读卡器、电控锁、门禁控制器等。</w:t>
        <w:br/>
        <w:br/>
        <w:t>2. 答案：网络视频监控技术/IP监控技术</w:t>
        <w:br/>
        <w:br/>
        <w:t>解析：网络视频监控技术或IP监控技术是指通过计算机网络将视频信号传输到远程服务器进行存储和处理的技术，具有传输距离远、布线简单、可扩展性强等优点。</w:t>
        <w:br/>
        <w:br/>
        <w:t>3. 答案：备用电源能力/不间断电源能力</w:t>
        <w:br/>
        <w:br/>
        <w:t>解析：备用电源能力或不间断电源能力是指安防系统能够在断电情况下继续运行的能力，通常通过UPS（不间断电源）系统或备用发电机来实现。</w:t>
        <w:br/>
        <w:br/>
        <w:t>4. 答案：多画面显示/画面分割</w:t>
        <w:br/>
        <w:br/>
        <w:t>解析：多画面显示或画面分割是指安防系统能够同时处理和显示多个摄像头画面的功能，通常通过画面分割器或软件实现，可以提高监控效率。</w:t>
        <w:br/>
        <w:br/>
        <w:t>5. 答案：智能分析/行为分析</w:t>
        <w:br/>
        <w:br/>
        <w:t>解析：智能分析或行为分析是指安防系统能够自动识别异常行为并发出警报的功能，如越界检测、徘徊检测、人群密度分析等，可以提高安防系统的主动预警能力。</w:t>
        <w:br/>
        <w:br/>
        <w:t xml:space="preserve"> 五、简答题</w:t>
        <w:br/>
        <w:br/>
        <w:t>1. 答案：</w:t>
        <w:br/>
        <w:br/>
        <w:t>"人防、物防、技防"是安防系统的三个基本要素，三者相辅相成，缺一不可。</w:t>
        <w:br/>
        <w:br/>
        <w:t>人防是指通过安保人员来进行安全防范，包括巡逻、监控、应急处置等。人是安防系统中最重要的因素，具有灵活性和判断力。</w:t>
        <w:br/>
        <w:br/>
        <w:t>物防是指通过物理设施来进行安全防范，如围墙、门锁、防盗门窗等。物防是安防系统的基础，能够提供第一道防线。</w:t>
        <w:br/>
        <w:br/>
        <w:t>技防是指通过技术手段来进行安全防范，如监控系统、报警系统、门禁系统等。技防能够提高安防系统的效率和准确性。</w:t>
        <w:br/>
        <w:br/>
        <w:t>三者的关系是：技防为人防提供支持和辅助，物防为技防提供基础保障，人防则负责处理技防和物防无法应对的复杂情况。只有三者有机结合，才能构建完善的安防体系。</w:t>
        <w:br/>
        <w:br/>
        <w:t>2. 答案：</w:t>
        <w:br/>
        <w:br/>
        <w:t>安防系统安装完成后，需要进行以下测试和验收工作：</w:t>
        <w:br/>
        <w:br/>
        <w:t>（1）功能测试：测试各子系统是否正常工作，包括监控系统、报警系统、门禁系统等，确保各项功能符合设计要求。</w:t>
        <w:br/>
        <w:br/>
        <w:t>（2）性能测试：测试系统的性能指标，如监控画面清晰度、报警响应时间、系统稳定性等，确保系统性能满足使用需求。</w:t>
        <w:br/>
        <w:br/>
        <w:t>（3）兼容性测试：测试各子系统之间的兼容性，确保不同设备能够正常协同工作。</w:t>
        <w:br/>
        <w:br/>
        <w:t>（4）可靠性测试：测试系统的可靠性，包括长时间运行测试、断电恢复测试、网络中断恢复测试等，确保系统能够在各种情况下稳定运行。</w:t>
        <w:br/>
        <w:br/>
        <w:t>（5）安全性测试：测试系统的安全性，包括数据加密、访问控制、防攻击能力等，确保系统数据安全。</w:t>
        <w:br/>
        <w:br/>
        <w:t>（6）文档验收：验收系统文档，包括系统设计方案、操作手册、维护手册等，确保文档完整、准确。</w:t>
        <w:br/>
        <w:br/>
        <w:t>（7）培训验收：对使用人员进行培训，确保他们能够熟练操作和维护系统。</w:t>
        <w:br/>
        <w:br/>
        <w:t>（8）最终验收：在完成以上所有测试和验收工作后，进行最终验收，确认系统符合合同要求和设计规范，签署验收报告。</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