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2025年舞蹈考试试题及答案</w:t>
      </w:r>
    </w:p>
    <w:p>
      <w:r>
        <w:br/>
        <w:t xml:space="preserve"> 第一部分：单项选择题（共10题，每题2分，共20分）</w:t>
        <w:br/>
        <w:br/>
        <w:t>1. 下列哪种舞蹈起源于美国？</w:t>
        <w:br/>
        <w:br/>
        <w:t>A. 芭蕾舞</w:t>
        <w:br/>
        <w:br/>
        <w:t>B. 探戈</w:t>
        <w:br/>
        <w:br/>
        <w:t>C. 爵士舞</w:t>
        <w:br/>
        <w:br/>
        <w:t>D. 弗拉门戈</w:t>
        <w:br/>
        <w:br/>
        <w:t>2. "天鹅湖"是哪种类型的舞蹈作品？</w:t>
        <w:br/>
        <w:br/>
        <w:t>A. 现代舞</w:t>
        <w:br/>
        <w:br/>
        <w:t>B. 芭蕾舞剧</w:t>
        <w:br/>
        <w:br/>
        <w:t>C. 民族舞</w:t>
        <w:br/>
        <w:br/>
        <w:t>D. 社交舞</w:t>
        <w:br/>
        <w:br/>
        <w:t>3. 下列哪位被誉为"现代舞之母"？</w:t>
        <w:br/>
        <w:br/>
        <w:t>A. 玛莎·格雷厄姆</w:t>
        <w:br/>
        <w:br/>
        <w:t>B. 伊莎多拉·邓肯</w:t>
        <w:br/>
        <w:br/>
        <w:t>C. 特里莎·布朗</w:t>
        <w:br/>
        <w:br/>
        <w:t>D. 默斯·坎宁汉</w:t>
        <w:br/>
        <w:br/>
        <w:t>4. 中国古典舞"扇子舞"主要使用哪种道具？</w:t>
        <w:br/>
        <w:br/>
        <w:t>A. 丝带</w:t>
        <w:br/>
        <w:br/>
        <w:t>B. 扇子</w:t>
        <w:br/>
        <w:br/>
        <w:t>C. 剑</w:t>
        <w:br/>
        <w:br/>
        <w:t>D. 水袖</w:t>
        <w:br/>
        <w:br/>
        <w:t>5. 下列哪种舞蹈不属于拉丁舞？</w:t>
        <w:br/>
        <w:br/>
        <w:t>A. 恰恰</w:t>
        <w:br/>
        <w:br/>
        <w:t>B. 桑巴</w:t>
        <w:br/>
        <w:br/>
        <w:t>C. 华尔兹</w:t>
        <w:br/>
        <w:br/>
        <w:t>D. 斗牛舞</w:t>
        <w:br/>
        <w:br/>
        <w:t>6. 舞蹈中的"plié"是指什么动作？</w:t>
        <w:br/>
        <w:br/>
        <w:t>A. 跳跃</w:t>
        <w:br/>
        <w:br/>
        <w:t>B. 旋转</w:t>
        <w:br/>
        <w:br/>
        <w:t>C. 屈膝</w:t>
        <w:br/>
        <w:br/>
        <w:t>D. 点地</w:t>
        <w:br/>
        <w:br/>
        <w:t>7. 下列哪个国家不是探戈舞的发源地？</w:t>
        <w:br/>
        <w:br/>
        <w:t>A. 阿根廷</w:t>
        <w:br/>
        <w:br/>
        <w:t>B. 乌拉圭</w:t>
        <w:br/>
        <w:br/>
        <w:t>C. 巴西</w:t>
        <w:br/>
        <w:br/>
        <w:t>D. 西班牙</w:t>
        <w:br/>
        <w:br/>
        <w:t>8. 舞蹈中的"空间"元素不包括以下哪项？</w:t>
        <w:br/>
        <w:br/>
        <w:t>A. 高度</w:t>
        <w:br/>
        <w:br/>
        <w:t>B. 方向</w:t>
        <w:br/>
        <w:br/>
        <w:t>C. 路径</w:t>
        <w:br/>
        <w:br/>
        <w:t>D. 节奏</w:t>
        <w:br/>
        <w:br/>
        <w:t>9. 下列哪种舞蹈形式强调即兴创作？</w:t>
        <w:br/>
        <w:br/>
        <w:t>A. 芭蕾舞</w:t>
        <w:br/>
        <w:br/>
        <w:t>B. 爵士舞</w:t>
        <w:br/>
        <w:br/>
        <w:t>C. 现代舞</w:t>
        <w:br/>
        <w:br/>
        <w:t>D. 民族舞</w:t>
        <w:br/>
        <w:br/>
        <w:t>10. 中国传统舞蹈"霓裳羽衣舞"起源于哪个朝代？</w:t>
        <w:br/>
        <w:br/>
        <w:t>A. 汉朝</w:t>
        <w:br/>
        <w:br/>
        <w:t>B. 唐朝</w:t>
        <w:br/>
        <w:br/>
        <w:t>C. 宋朝</w:t>
        <w:br/>
        <w:br/>
        <w:t>D. 明朝</w:t>
        <w:br/>
        <w:br/>
        <w:t xml:space="preserve"> 第二部分：判断题（共5题，每题2分，共10分）</w:t>
        <w:br/>
        <w:br/>
        <w:t>1. 芭蕾舞起源于意大利文艺复兴时期。（  ）</w:t>
        <w:br/>
        <w:br/>
        <w:t>2. 所有舞蹈都需要音乐伴奏。（  ）</w:t>
        <w:br/>
        <w:br/>
        <w:t>3. 街舞起源于20世纪70年代的美国。（  ）</w:t>
        <w:br/>
        <w:br/>
        <w:t>4. 中国民族舞包括蒙古舞、藏族舞、维吾尔族舞等。（  ）</w:t>
        <w:br/>
        <w:br/>
        <w:t>5. 舞蹈表演中，面部表情不属于舞蹈表现的一部分。（  ）</w:t>
        <w:br/>
        <w:br/>
        <w:t xml:space="preserve"> 第三部分：多项选择题（共2题，每题2分，共4分）</w:t>
        <w:br/>
        <w:br/>
        <w:t>1. 以下哪些属于芭蕾舞的基本技巧？</w:t>
        <w:br/>
        <w:br/>
        <w:t>A. plié（屈膝）</w:t>
        <w:br/>
        <w:br/>
        <w:t>B. pirouette（旋转）</w:t>
        <w:br/>
        <w:br/>
        <w:t>C. isolations（分离动作）</w:t>
        <w:br/>
        <w:br/>
        <w:t>D. jeté（跳跃）</w:t>
        <w:br/>
        <w:br/>
        <w:t>2. 以下哪些是中国传统舞蹈的特点？</w:t>
        <w:br/>
        <w:br/>
        <w:t>A. 注重手眼身法步的协调</w:t>
        <w:br/>
        <w:br/>
        <w:t>B. 强调内在情感的表达</w:t>
        <w:br/>
        <w:br/>
        <w:t>C. 追求技巧的极致展示</w:t>
        <w:br/>
        <w:br/>
        <w:t>D. 融合了武术元素</w:t>
        <w:br/>
        <w:br/>
        <w:t xml:space="preserve"> 第四部分：填空题（共5题，每题2分，共10分）</w:t>
        <w:br/>
        <w:br/>
        <w:t>1. 舞蹈的三大基本要素是动作、______和______。</w:t>
        <w:br/>
        <w:br/>
        <w:t>2. 中国古典舞的"身韵"包括形、神、劲、______四个方面。</w:t>
        <w:br/>
        <w:br/>
        <w:t>3. 现代舞的先驱______提出了"自由舞蹈"的理念。</w:t>
        <w:br/>
        <w:br/>
        <w:t>4. 舞蹈中的"______"是指舞者在空中完成一个完整的身体旋转。</w:t>
        <w:br/>
        <w:br/>
        <w:t>5. 拉丁舞中的______起源于古巴，是一种热情奔放的舞蹈。</w:t>
        <w:br/>
        <w:br/>
        <w:t xml:space="preserve"> 第五部分：简答题（共2题，每题5分，共10分）</w:t>
        <w:br/>
        <w:br/>
        <w:t>1. 简述芭蕾舞的发展历程及其主要特点。</w:t>
        <w:br/>
        <w:br/>
        <w:t>2. 比较中国民族舞与现代舞在表现手法上的异同。</w:t>
        <w:br/>
        <w:br/>
        <w:t xml:space="preserve"> 答案及解析</w:t>
        <w:br/>
        <w:br/>
        <w:t xml:space="preserve"> 第一部分：单项选择题</w:t>
        <w:br/>
        <w:br/>
        <w:t>1. 答案：C</w:t>
        <w:br/>
        <w:br/>
        <w:t>解析：爵士舞起源于20世纪初的美国，是由非洲舞蹈和欧洲音乐融合而成的一种舞蹈形式。芭蕾舞起源于意大利，探戈起源于阿根廷和乌拉圭，弗拉门戈起源于西班牙。</w:t>
        <w:br/>
        <w:br/>
        <w:t>2. 答案：B</w:t>
        <w:br/>
        <w:br/>
        <w:t>解析：《天鹅湖》是俄罗斯作曲家柴可夫斯基创作的芭蕾舞剧，首演于1895年，是世界上最著名的芭蕾舞剧之一，讲述了公主奥杰塔被魔王罗斯巴特施咒变成天鹅的故事。</w:t>
        <w:br/>
        <w:br/>
        <w:t>3. 答案：B</w:t>
        <w:br/>
        <w:br/>
        <w:t>解析：伊莎多拉·邓肯（Isadora Duncan，1877-1927）被誉为"现代舞之母"，她打破了古典芭蕾的束缚，提倡自然、自由的舞蹈形式，对现代舞的发展产生了深远影响。</w:t>
        <w:br/>
        <w:br/>
        <w:t>4. 答案：B</w:t>
        <w:br/>
        <w:br/>
        <w:t>解析：扇子舞是中国古典舞的一种，主要使用扇子作为道具，通过扇子的开合、旋转等动作，表达优美的意境和情感。</w:t>
        <w:br/>
        <w:br/>
        <w:t>5. 答案：C</w:t>
        <w:br/>
        <w:br/>
        <w:t>解析：华尔兹属于标准舞（或称摩登舞），而不是拉丁舞。拉丁舞主要包括恰恰、桑巴、伦巴、斗牛舞和牛仔舞。</w:t>
        <w:br/>
        <w:br/>
        <w:t>6. 答案：C</w:t>
        <w:br/>
        <w:br/>
        <w:t>解析：在芭蕾舞术语中，"plié"是指屈膝的动作，是芭蕾舞中最基础的动作之一，分为demi-plié（半蹲）和grand-plié（深蹲）两种。</w:t>
        <w:br/>
        <w:br/>
        <w:t>7. 答案：C</w:t>
        <w:br/>
        <w:br/>
        <w:t>解析：探戈舞起源于19世纪末的阿根廷和乌拉圭的布宜诺斯艾利斯和蒙得维的亚地区，而不是巴西。巴西以其桑巴舞闻名。</w:t>
        <w:br/>
        <w:br/>
        <w:t>8. 答案：D</w:t>
        <w:br/>
        <w:br/>
        <w:t>解析：舞蹈中的"空间"元素包括高度（如高、中、低三个层面）、方向（如前、后、左、右等）和路径（如直线、曲线、之字形等），而节奏属于时间元素，不属于空间元素。</w:t>
        <w:br/>
        <w:br/>
        <w:t>9. 答案：C</w:t>
        <w:br/>
        <w:br/>
        <w:t>解析：现代舞强调即兴创作和个人表达，与芭蕾舞等传统舞蹈形式相比，更加注重舞者的创造性和自由表达。</w:t>
        <w:br/>
        <w:br/>
        <w:t>10. 答案：B</w:t>
        <w:br/>
        <w:br/>
        <w:t>解析："霓裳羽衣舞"是中国唐朝著名的宫廷舞蹈，由唐玄宗创作，描述了仙女身着霓裳羽衣在月宫中翩翩起舞的情景，是唐代舞蹈艺术的代表作。</w:t>
        <w:br/>
        <w:br/>
        <w:t xml:space="preserve"> 第二部分：判断题</w:t>
        <w:br/>
        <w:br/>
        <w:t>1. 答案：√</w:t>
        <w:br/>
        <w:br/>
        <w:t>解析：芭蕾舞确实起源于15-16世纪的意大利文艺复兴时期，后来在法国和俄罗斯得到发展和完善。</w:t>
        <w:br/>
        <w:br/>
        <w:t>2. 答案：×</w:t>
        <w:br/>
        <w:br/>
        <w:t>解析：并非所有舞蹈都需要音乐伴奏。有些现代舞和当代舞作品可以没有音乐，仅依靠舞者的动作、呼吸声或环境声音进行表演。</w:t>
        <w:br/>
        <w:br/>
        <w:t>3. 答案：√</w:t>
        <w:br/>
        <w:br/>
        <w:t>解析：街舞（Hip-hop dance）确实起源于20世纪70年代的美国纽约和洛杉矶等城市，是嘻哈文化的重要组成部分。</w:t>
        <w:br/>
        <w:br/>
        <w:t>4. 答案：√</w:t>
        <w:br/>
        <w:br/>
        <w:t>解析：中国是一个多民族国家，各民族都有自己独特的舞蹈形式，如蒙古舞、藏族舞、维吾尔族舞、傣族舞等，它们共同构成了丰富多彩的中国民族舞。</w:t>
        <w:br/>
        <w:br/>
        <w:t>5. 答案：×</w:t>
        <w:br/>
        <w:br/>
        <w:t>解析：面部表情是舞蹈表现的重要组成部分，尤其是在叙事性舞蹈中，舞者通过面部表情可以更直接地传达角色的情感和内心活动，增强舞蹈的表现力。</w:t>
        <w:br/>
        <w:br/>
        <w:t xml:space="preserve"> 第三部分：多项选择题</w:t>
        <w:br/>
        <w:br/>
        <w:t>1. 答案：ABD</w:t>
        <w:br/>
        <w:br/>
        <w:t>解析：plié（屈膝）、pirouette（旋转）和jeté（跳跃）都是芭蕾舞的基本技巧。而isolations（分离动作）是爵士舞和现代舞中的技巧，不是芭蕾舞的基本技巧。</w:t>
        <w:br/>
        <w:br/>
        <w:t>2. 答案：ABD</w:t>
        <w:br/>
        <w:br/>
        <w:t>解析：中国传统舞蹈注重手眼身法步的协调，强调内在情感的表达，并且很多传统舞蹈形式（如武舞）融合了武术元素。虽然中国传统舞蹈也重视技巧，但不像西方芭蕾那样追求技巧的极致展示，而是更注重整体的艺术表现和意境营造。</w:t>
        <w:br/>
        <w:br/>
        <w:t xml:space="preserve"> 第四部分：填空题</w:t>
        <w:br/>
        <w:br/>
        <w:t>1. 答案：空间、时间</w:t>
        <w:br/>
        <w:br/>
        <w:t>解析：舞蹈的三大基本要素是动作、空间和时间。动作是指舞者的身体运动，空间是指动作发生的场所和方向，时间是指动作的节奏、速度和持续时间。</w:t>
        <w:br/>
        <w:br/>
        <w:t>2. 答案：律</w:t>
        <w:br/>
        <w:br/>
        <w:t>解析：中国古典舞的"身韵"包括形、神、劲、律四个方面。"形"指外在形态，"神"指内在精神，"劲"指力量运用，"律"指动作的节奏和规律。</w:t>
        <w:br/>
        <w:br/>
        <w:t>3. 答案：伊莎多拉·邓肯</w:t>
        <w:br/>
        <w:br/>
        <w:t>解析：伊莎多拉·邓肯是现代舞的先驱，她提出了"自由舞蹈"的理念，主张舞蹈应该源于自然，表达真实的情感，摆脱古典芭蕾的束缚。</w:t>
        <w:br/>
        <w:br/>
        <w:t>4. 答案：空中转体</w:t>
        <w:br/>
        <w:br/>
        <w:t>解析：舞蹈中的"空中转体"（tour en l'air）是指舞者在空中完成一个完整的身体旋转，是芭蕾舞等舞蹈形式中的高难度技巧。</w:t>
        <w:br/>
        <w:br/>
        <w:t>5. 答案：伦巴</w:t>
        <w:br/>
        <w:br/>
        <w:t>解析：伦巴（Rumba）起源于古巴，是一种热情奔放的拉丁舞蹈，以其缓慢、感性的动作和复杂的臀部动作而闻名。</w:t>
        <w:br/>
        <w:br/>
        <w:t xml:space="preserve"> 第五部分：简答题</w:t>
        <w:br/>
        <w:br/>
        <w:t>1. 答案：</w:t>
        <w:br/>
        <w:br/>
        <w:t>芭蕾舞的发展历程可分为以下几个阶段：</w:t>
        <w:br/>
        <w:br/>
        <w:t>（1）起源阶段（15-16世纪）：起源于意大利文艺复兴时期的宫廷舞，当时主要是贵族的娱乐活动。</w:t>
        <w:br/>
        <w:br/>
        <w:t>（2）发展阶段（17-18世纪）：在法国国王路易十四的推动下，芭蕾舞逐渐专业化，建立了皇家舞蹈学院，规范了舞蹈术语和技巧。</w:t>
        <w:br/>
        <w:br/>
        <w:t>（3）黄金时代（19世纪）：在俄罗斯得到进一步发展，创作了《天鹅湖》、《睡美人》等经典作品，形成了俄罗斯芭蕾学派。</w:t>
        <w:br/>
        <w:br/>
        <w:t>（4）现代阶段（20世纪至今）：芭蕾舞在全球范围内传播，并与现代舞等舞蹈形式融合，产生了新古典主义芭蕾等新风格。</w:t>
        <w:br/>
        <w:br/>
        <w:t>芭蕾舞的主要特点包括：</w:t>
        <w:br/>
        <w:br/>
        <w:t>（1）技术性：强调严格的技巧训练，如脚尖工作、外开姿势、精确的身体线条等。</w:t>
        <w:br/>
        <w:br/>
        <w:t>（2）规范性：有一套完整的动作体系和术语，动作要求精准、规范。</w:t>
        <w:br/>
        <w:br/>
        <w:t>（3）叙事性：许多芭蕾舞剧都有明确的情节和角色，通过舞蹈讲述故事。</w:t>
        <w:br/>
        <w:br/>
        <w:t>（4）艺术性：结合音乐、戏剧、美术等多种艺术形式，追求高雅、优美的艺术表达。</w:t>
        <w:br/>
        <w:br/>
        <w:t>2. 答案：</w:t>
        <w:br/>
        <w:br/>
        <w:t>中国民族舞与现代舞在表现手法上的异同：</w:t>
        <w:br/>
        <w:br/>
        <w:t>相同点：</w:t>
        <w:br/>
        <w:br/>
        <w:t>（1）都注重情感表达：无论是中国民族舞还是现代舞，都强调通过肢体语言传达情感和思想。</w:t>
        <w:br/>
        <w:br/>
        <w:t>（2）都重视身体表现力：两种舞蹈形式都充分利用身体的各个部分，如手、臂、躯干、腿等，创造丰富的视觉效果。</w:t>
        <w:br/>
        <w:br/>
        <w:t>（3）都追求艺术创新：虽然传统不同，但两者都在不断探索新的表现形式和内容。</w:t>
        <w:br/>
        <w:br/>
        <w:t>不同点：</w:t>
        <w:br/>
        <w:br/>
        <w:t>（1）技术基础不同：中国民族舞建立在传统舞蹈技巧基础上，强调"手眼身法步"的协调；现代舞则打破了传统舞蹈的束缚，强调自由的身体运动和呼吸。</w:t>
        <w:br/>
        <w:br/>
        <w:t>（2）表现内容不同：中国民族舞多表现民族风情、历史故事或自然景观；现代舞则更关注当代社会问题、个人体验和抽象概念。</w:t>
        <w:br/>
        <w:br/>
        <w:t>（3）审美取向不同：中国民族舞追求和谐、含蓄、意境美；现代舞则更强调个性、创新和实验性。</w:t>
        <w:br/>
        <w:br/>
        <w:t>（4）与音乐的关系不同：中国民族舞通常与特定民族音乐紧密结合；现代舞则可以使用各种类型的音乐，甚至没有音乐。</w:t>
        <w:br/>
        <w:br/>
        <w:t>（5）空间运用不同：中国民族舞有相对固定的空间构图和走位；现代舞则更自由地探索空间可能性，常常打破传统的舞台空间概念。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