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2025年水处理膜试题及答案</w:t>
      </w:r>
    </w:p>
    <w:p>
      <w:r>
        <w:br/>
        <w:t xml:space="preserve"> 一、单项选择题（每题2分，共20分）</w:t>
        <w:br/>
        <w:br/>
        <w:t>1. 下列哪种膜分离技术主要用于去除水中的溶解性盐类？</w:t>
        <w:br/>
        <w:br/>
        <w:t>A. 微滤</w:t>
        <w:br/>
        <w:br/>
        <w:t>B. 超滤</w:t>
        <w:br/>
        <w:br/>
        <w:t>C. 纳滤</w:t>
        <w:br/>
        <w:br/>
        <w:t>D. 反渗透</w:t>
        <w:br/>
        <w:br/>
        <w:t>2. 膜污染的主要表现形式不包括：</w:t>
        <w:br/>
        <w:br/>
        <w:t>A. 浓差极化</w:t>
        <w:br/>
        <w:br/>
        <w:t>B. 膜孔堵塞</w:t>
        <w:br/>
        <w:br/>
        <w:t>C. 膜表面沉积</w:t>
        <w:br/>
        <w:br/>
        <w:t>D. 膜材料老化</w:t>
        <w:br/>
        <w:br/>
        <w:t>3. 下列哪种材料最适合用于制备耐酸碱性的反渗透膜？</w:t>
        <w:br/>
        <w:br/>
        <w:t>A. 醋酸纤维素</w:t>
        <w:br/>
        <w:br/>
        <w:t>B. 聚醚砜</w:t>
        <w:br/>
        <w:br/>
        <w:t>C. 聚偏氟乙烯</w:t>
        <w:br/>
        <w:br/>
        <w:t>D. 聚丙烯腈</w:t>
        <w:br/>
        <w:br/>
        <w:t>4. 在水处理膜系统中，下列哪个参数不是衡量膜性能的关键指标？</w:t>
        <w:br/>
        <w:br/>
        <w:t>A. 通量</w:t>
        <w:br/>
        <w:br/>
        <w:t>B. 截留率</w:t>
        <w:br/>
        <w:br/>
        <w:t>C. 膜厚度</w:t>
        <w:br/>
        <w:br/>
        <w:t>D. 操作压力</w:t>
        <w:br/>
        <w:br/>
        <w:t>5. 下列哪种清洗方法不适合用于膜污染的清洗？</w:t>
        <w:br/>
        <w:br/>
        <w:t>A. 物理清洗</w:t>
        <w:br/>
        <w:br/>
        <w:t>B. 化学清洗</w:t>
        <w:br/>
        <w:br/>
        <w:t>C. 生物清洗</w:t>
        <w:br/>
        <w:br/>
        <w:t>D. 热力清洗</w:t>
        <w:br/>
        <w:br/>
        <w:t>6. 膜组件中，哪种结构形式具有最大的填充密度？</w:t>
        <w:br/>
        <w:br/>
        <w:t>A. 板框式</w:t>
        <w:br/>
        <w:br/>
        <w:t>B. 管式</w:t>
        <w:br/>
        <w:br/>
        <w:t>C. 中空纤维式</w:t>
        <w:br/>
        <w:br/>
        <w:t>D. 螺旋卷式</w:t>
        <w:br/>
        <w:br/>
        <w:t>7. 下列哪种膜分离技术可以去除水中的病毒？</w:t>
        <w:br/>
        <w:br/>
        <w:t>A. 微滤</w:t>
        <w:br/>
        <w:br/>
        <w:t>B. 超滤</w:t>
        <w:br/>
        <w:br/>
        <w:t>C. 纳滤</w:t>
        <w:br/>
        <w:br/>
        <w:t>D. 反渗透</w:t>
        <w:br/>
        <w:br/>
        <w:t>8. 在膜分离过程中，下列哪种因素会导致膜通量下降？</w:t>
        <w:br/>
        <w:br/>
        <w:t>A. 操作压力增加</w:t>
        <w:br/>
        <w:br/>
        <w:t>B. 进水温度升高</w:t>
        <w:br/>
        <w:br/>
        <w:t>C. 进水盐度降低</w:t>
        <w:br/>
        <w:br/>
        <w:t>D. 膜污染加剧</w:t>
        <w:br/>
        <w:br/>
        <w:t>9. 下列哪种膜材料具有最好的耐氧化性？</w:t>
        <w:br/>
        <w:br/>
        <w:t>A. 聚砜</w:t>
        <w:br/>
        <w:br/>
        <w:t>B. 聚醚砜</w:t>
        <w:br/>
        <w:br/>
        <w:t>C. 聚偏氟乙烯</w:t>
        <w:br/>
        <w:br/>
        <w:t>D. 聚丙烯腈</w:t>
        <w:br/>
        <w:br/>
        <w:t>10. 在膜系统中，下列哪个部件主要用于收集透过液？</w:t>
        <w:br/>
        <w:br/>
        <w:t>A. 原水入口</w:t>
        <w:br/>
        <w:br/>
        <w:t>B. 浓水出口</w:t>
        <w:br/>
        <w:br/>
        <w:t>C. 透过液出口</w:t>
        <w:br/>
        <w:br/>
        <w:t>D. 反冲洗入口</w:t>
        <w:br/>
        <w:br/>
        <w:t xml:space="preserve"> 二、填空题（每题2分，共12分）</w:t>
        <w:br/>
        <w:br/>
        <w:t>1. 膜分离技术根据膜孔径大小可分为微滤、超滤、纳滤和__________。</w:t>
        <w:br/>
        <w:br/>
        <w:t>2. 膜污染的控制方法包括预处理、优化操作条件和__________。</w:t>
        <w:br/>
        <w:br/>
        <w:t>3. 反渗透膜的工作原理主要是基于__________和筛分效应。</w:t>
        <w:br/>
        <w:br/>
        <w:t>4. 膜组件的四种基本结构形式是板框式、管式、中空纤维式和__________。</w:t>
        <w:br/>
        <w:br/>
        <w:t>5. 膜清洗常用的化学药剂包括酸、碱、__________和表面活性剂。</w:t>
        <w:br/>
        <w:br/>
        <w:t>6. 膜寿命评估的主要指标包括通量衰减率、__________和完整性。</w:t>
        <w:br/>
        <w:br/>
        <w:t xml:space="preserve"> 三、判断题（每题2分，共12分）</w:t>
        <w:br/>
        <w:br/>
        <w:t>1. 反渗透膜的孔径通常小于1纳米。</w:t>
        <w:br/>
        <w:br/>
        <w:t>2. 膜污染是不可逆的，一旦发生就无法恢复。</w:t>
        <w:br/>
        <w:br/>
        <w:t>3. 超滤膜可以去除水中的重金属离子。</w:t>
        <w:br/>
        <w:br/>
        <w:t>4. 膜组件的填充密度越高，其处理效率一定越高。</w:t>
        <w:br/>
        <w:br/>
        <w:t>5. 在膜系统中，提高操作压力可以无限提高膜通量。</w:t>
        <w:br/>
        <w:br/>
        <w:t>6. 膜材料的选择只需考虑其分离性能，无需考虑化学稳定性。</w:t>
        <w:br/>
        <w:br/>
        <w:t xml:space="preserve"> 四、多项选择题（每题2分，共4分）</w:t>
        <w:br/>
        <w:br/>
        <w:t>1. 下列哪些因素会影响膜分离效果？</w:t>
        <w:br/>
        <w:br/>
        <w:t>A. 操作压力</w:t>
        <w:br/>
        <w:br/>
        <w:t>B. 进水温度</w:t>
        <w:br/>
        <w:br/>
        <w:t>C. 膜材料性质</w:t>
        <w:br/>
        <w:br/>
        <w:t>D. 进水pH值</w:t>
        <w:br/>
        <w:br/>
        <w:t>E. 膜组件结构</w:t>
        <w:br/>
        <w:br/>
        <w:t>2. 下列哪些方法可以用于膜污染的预防？</w:t>
        <w:br/>
        <w:br/>
        <w:t>A. 优化预处理工艺</w:t>
        <w:br/>
        <w:br/>
        <w:t>B. 定期化学清洗</w:t>
        <w:br/>
        <w:br/>
        <w:t>C. 控制操作条件</w:t>
        <w:br/>
        <w:br/>
        <w:t>D. 添加阻垢剂</w:t>
        <w:br/>
        <w:br/>
        <w:t>E. 增加膜面积</w:t>
        <w:br/>
        <w:br/>
        <w:t xml:space="preserve"> 五、简答题（每题5分，共10分）</w:t>
        <w:br/>
        <w:br/>
        <w:t>1. 简述反渗透膜在水处理中的应用原理及优缺点。</w:t>
        <w:br/>
        <w:br/>
        <w:t>2. 分析膜污染的主要原因，并提出相应的控制措施。</w:t>
        <w:br/>
        <w:br/>
        <w:t xml:space="preserve"> 参考答案及解析</w:t>
        <w:br/>
        <w:br/>
        <w:t xml:space="preserve"> 一、单项选择题</w:t>
        <w:br/>
        <w:br/>
        <w:t>1. D</w:t>
        <w:br/>
        <w:br/>
        <w:t>解析：反渗透(RO)膜主要用于去除水中的溶解性盐类，其孔径最小，通常小于1纳米，能够截留大多数溶解盐、有机物和微生物。微滤(MF)和超滤(UF)主要用于去除悬浮物、胶体和大分子物质，纳滤(NF)介于超滤和反渗透之间，主要用于去除二价盐和部分一价盐。</w:t>
        <w:br/>
        <w:br/>
        <w:t>2. D</w:t>
        <w:br/>
        <w:br/>
        <w:t>解析：膜污染主要表现为浓差极化、膜孔堵塞和膜表面沉积，这些都是膜使用过程中常见的问题。膜材料老化是膜材料本身随时间发生的性能变化，不属于膜污染的表现形式。</w:t>
        <w:br/>
        <w:br/>
        <w:t>3. C</w:t>
        <w:br/>
        <w:br/>
        <w:t>解析：聚偏氟乙烯(PVDF)具有优异的耐酸碱性和化学稳定性，适合用于制备耐酸碱性的反渗透膜。醋酸纤维素(CA)耐酸碱性较差，聚醚砜(PES)和聚丙烯腈(PAN)虽然有一定的耐酸碱性，但不如PVDF优异。</w:t>
        <w:br/>
        <w:br/>
        <w:t>4. C</w:t>
        <w:br/>
        <w:br/>
        <w:t>解析：在水处理膜系统中，通量、截留率和操作压力是衡量膜性能的关键指标。膜厚度虽然影响膜的性能，但不是关键指标，不同厚度的膜可以达到相似的分离效果。</w:t>
        <w:br/>
        <w:br/>
        <w:t>5. D</w:t>
        <w:br/>
        <w:br/>
        <w:t>解析：膜污染的清洗方法主要包括物理清洗(如反冲洗、气水冲洗)、化学清洗(如酸洗、碱洗、氧化剂清洗)和生物清洗(如酶清洗)。热力清洗可能会损坏膜材料，不适合用于膜污染的清洗。</w:t>
        <w:br/>
        <w:br/>
        <w:t>6. C</w:t>
        <w:br/>
        <w:br/>
        <w:t>解析：在四种膜组件结构形式中，中空纤维式具有最大的填充密度，可以达到每立方米膜组件数千平方米的膜面积。板框式填充密度最低，管式和螺旋卷式居中。</w:t>
        <w:br/>
        <w:br/>
        <w:t>7. D</w:t>
        <w:br/>
        <w:br/>
        <w:t>解析：反渗透膜的孔径最小，通常小于1纳米，能够有效去除水中的病毒(病毒大小通常为20-300纳米)。微滤和超滤膜的孔径较大，无法有效去除病毒；纳滤膜的孔径介于超滤和反渗透之间，对病毒的去除效果有限。</w:t>
        <w:br/>
        <w:br/>
        <w:t>8. D</w:t>
        <w:br/>
        <w:br/>
        <w:t>解析：膜污染会导致膜通量下降，这是膜污染的主要表现之一。操作压力增加通常会提高膜通量；进水温度升高会降低水的粘度，从而提高膜通量；进水盐度降低会减少渗透压，从而提高膜通量。</w:t>
        <w:br/>
        <w:br/>
        <w:t>9. C</w:t>
        <w:br/>
        <w:br/>
        <w:t>解析：聚偏氟乙烯(PVDF)具有优异的耐氧化性，能够抵抗氯等氧化剂的攻击。聚砜、聚醚砜和聚丙烯腈的耐氧化性相对较差，容易受到氧化剂的破坏。</w:t>
        <w:br/>
        <w:br/>
        <w:t>10. C</w:t>
        <w:br/>
        <w:br/>
        <w:t>解析：在膜系统中，透过液出口主要用于收集透过液(产水)。原水入口用于供给待处理水；浓水出口用于排放浓缩后的水；反冲洗入口用于膜的清洗。</w:t>
        <w:br/>
        <w:br/>
        <w:t xml:space="preserve"> 二、填空题</w:t>
        <w:br/>
        <w:br/>
        <w:t>1. 反渗透</w:t>
        <w:br/>
        <w:br/>
        <w:t>解析：膜分离技术根据膜孔径大小可分为微滤(孔径0.1-10微米)、超滤(孔径0.01-0.1微米)、纳滤(孔径0.001-0.01微米)和反渗透(孔径小于0.001微米)。</w:t>
        <w:br/>
        <w:br/>
        <w:t>2. 定期清洗</w:t>
        <w:br/>
        <w:br/>
        <w:t>解析：膜污染的控制方法包括预处理(去除可能引起污染的物质)、优化操作条件(如控制通量、压力等)和定期清洗(物理清洗和化学清洗)。</w:t>
        <w:br/>
        <w:br/>
        <w:t>3. 扩散渗透</w:t>
        <w:br/>
        <w:br/>
        <w:t>解析：反渗透膜的工作原理主要是基于扩散渗透(水分子通过膜)和筛分效应(截留大于膜孔径的物质)。在压力作用下，水分子通过半透膜，而溶解盐类被截留。</w:t>
        <w:br/>
        <w:br/>
        <w:t>4. 螺旋卷式</w:t>
        <w:br/>
        <w:br/>
        <w:t>解析：膜组件的四种基本结构形式是板框式、管式、中空纤维式和螺旋卷式。每种结构形式都有其特点和适用场合。</w:t>
        <w:br/>
        <w:br/>
        <w:t>5. 氧化剂</w:t>
        <w:br/>
        <w:br/>
        <w:t>解析：膜清洗常用的化学药剂包括酸(去除无机垢)、碱(去除有机物)、氧化剂(去除生物污染)和表面活性剂(去除油类物质)。</w:t>
        <w:br/>
        <w:br/>
        <w:t>6. 截留率变化</w:t>
        <w:br/>
        <w:br/>
        <w:t>解析：膜寿命评估的主要指标包括通量衰减率(反映膜污染程度)、截留率变化(反映膜分离性能变化)和完整性(反映膜是否破损)。</w:t>
        <w:br/>
        <w:br/>
        <w:t xml:space="preserve"> 三、判断题</w:t>
        <w:br/>
        <w:br/>
        <w:t>1. √</w:t>
        <w:br/>
        <w:br/>
        <w:t>解析：反渗透膜的孔径通常小于1纳米，能够截留大多数溶解盐、有机物和微生物。这是反渗透膜能够实现海水淡化的关键。</w:t>
        <w:br/>
        <w:br/>
        <w:t>2. ×</w:t>
        <w:br/>
        <w:br/>
        <w:t>解析：膜污染在一定程度上是可逆的，通过适当的清洗方法(如物理清洗、化学清洗)可以恢复膜的分离性能。但严重的膜污染可能导致膜性能不可逆下降。</w:t>
        <w:br/>
        <w:br/>
        <w:t>3. ×</w:t>
        <w:br/>
        <w:br/>
        <w:t>解析：超滤膜的孔径通常为0.01-0.1微米，无法有效去除水中的重金属离子(离子大小通常小于0.001微米)。去除重金属离子需要采用反渗透或纳滤等技术。</w:t>
        <w:br/>
        <w:br/>
        <w:t>4. ×</w:t>
        <w:br/>
        <w:br/>
        <w:t>解析：虽然膜组件的填充密度越高，其单位体积的处理能力可能越高，但过高的填充密度可能导致流动阻力增加、清洗困难等问题，不一定提高整体处理效率。</w:t>
        <w:br/>
        <w:br/>
        <w:t>5. ×</w:t>
        <w:br/>
        <w:br/>
        <w:t>解析：在膜系统中，提高操作压力可以提高膜通量，但当压力超过一定值后，由于浓差极化加剧，膜通量增加幅度减小，甚至趋于稳定，无法无限提高。</w:t>
        <w:br/>
        <w:br/>
        <w:t>6. ×</w:t>
        <w:br/>
        <w:br/>
        <w:t>解析：膜材料的选择需要综合考虑分离性能、化学稳定性、机械强度、耐污染性、成本等多种因素，化学稳定性是膜材料选择的重要考虑因素之一。</w:t>
        <w:br/>
        <w:br/>
        <w:t xml:space="preserve"> 四、多项选择题</w:t>
        <w:br/>
        <w:br/>
        <w:t>1. ABCDE</w:t>
        <w:br/>
        <w:br/>
        <w:t>解析：操作压力直接影响膜通量和截留率；进水温度影响水的粘度和扩散系数，从而影响膜通量；膜材料性质决定膜的分离性能和耐污染性；进水pH值影响膜材料的稳定性和污染物的形态；膜组件结构影响流动状态和压力分布，从而影响分离效果。</w:t>
        <w:br/>
        <w:br/>
        <w:t>2. ABCD</w:t>
        <w:br/>
        <w:br/>
        <w:t>解析：优化预处理工艺可以去除可能引起膜污染的物质；定期化学清洗可以及时清除已形成的污染层；控制操作条件(如通量、压力)可以减轻膜污染；添加阻垢剂可以防止无机垢的形成。增加膜面积虽然可以提高处理能力，但不能预防膜污染。</w:t>
        <w:br/>
        <w:br/>
        <w:t xml:space="preserve"> 五、简答题</w:t>
        <w:br/>
        <w:br/>
        <w:t>1. 反渗透膜在水处理中的应用原理及优缺点。</w:t>
        <w:br/>
        <w:br/>
        <w:t>答：反渗透膜在水处理中的应用原理是基于半透的选择性分离特性。在压力作用下，水分子通过反渗透膜，而溶解盐类、有机物、微生物等被截留，从而实现水的净化。具体来说，反渗透膜的工作原理包括扩散渗透和筛分效应两个方面。</w:t>
        <w:br/>
        <w:br/>
        <w:t>优点：</w:t>
        <w:br/>
        <w:br/>
        <w:t>- 脱盐率高，可去除水中绝大部分溶解盐类</w:t>
        <w:br/>
        <w:br/>
        <w:t>- 能有效去除水中有机物、微生物和胶体物质</w:t>
        <w:br/>
        <w:br/>
        <w:t>- 系统自动化程度高，操作简便</w:t>
        <w:br/>
        <w:br/>
        <w:t>- 无需大量化学药剂，环境友好</w:t>
        <w:br/>
        <w:br/>
        <w:t>- 产水水质稳定，可满足多种用途需求</w:t>
        <w:br/>
        <w:br/>
        <w:t>缺点：</w:t>
        <w:br/>
        <w:br/>
        <w:t>- 能耗较高，需要较高的操作压力</w:t>
        <w:br/>
        <w:br/>
        <w:t>- 膜污染问题突出，需要定期清洗</w:t>
        <w:br/>
        <w:br/>
        <w:t>- 浓水排放量大，可能造成水资源浪费</w:t>
        <w:br/>
        <w:br/>
        <w:t>- 对预处理要求较高</w:t>
        <w:br/>
        <w:br/>
        <w:t>- 设备投资和运行成本相对较高</w:t>
        <w:br/>
        <w:br/>
        <w:t>2. 分析膜污染的主要原因，并提出相应的控制措施。</w:t>
        <w:br/>
        <w:br/>
        <w:t>答：膜污染的主要原因包括：</w:t>
        <w:br/>
        <w:br/>
        <w:t>(1)无机污染：主要由钙、镁、铁等金属离子形成的沉淀物引起，如碳酸钙、硫酸钙等。</w:t>
        <w:br/>
        <w:br/>
        <w:t>(2)有机污染：由天然有机物(如腐殖酸)、微生物代谢产物等引起。</w:t>
        <w:br/>
        <w:br/>
        <w:t>(3)生物污染：由细菌、藻类等微生物在膜表面形成生物膜引起。</w:t>
        <w:br/>
        <w:br/>
        <w:t>(4)颗粒污染：由悬浮物、胶体等颗粒物质引起。</w:t>
        <w:br/>
        <w:br/>
        <w:t>(5)化学污染：由化学药剂与膜材料或污染物反应引起。</w:t>
        <w:br/>
        <w:br/>
        <w:t>控制措施：</w:t>
        <w:br/>
        <w:br/>
        <w:t>(1)优化预处理工艺：</w:t>
        <w:br/>
        <w:br/>
        <w:t>- 采用混凝、沉淀、过滤等方法去除悬浮物和胶体</w:t>
        <w:br/>
        <w:br/>
        <w:t>- 采用活性炭吸附去除有机物</w:t>
        <w:br/>
        <w:br/>
        <w:t>- 采用软化、离子交换等方法去除硬度离子</w:t>
        <w:br/>
        <w:br/>
        <w:t>- 采用紫外线或臭氧消毒控制微生物生长</w:t>
        <w:br/>
        <w:br/>
        <w:t>(2)优化操作条件：</w:t>
        <w:br/>
        <w:br/>
        <w:t>- 控制合理的通量和压力，避免过高通量</w:t>
        <w:br/>
        <w:br/>
        <w:t>- 定期反冲洗，减少污染物积累</w:t>
        <w:br/>
        <w:br/>
        <w:t>- 优化运行参数，如pH值、温度等</w:t>
        <w:br/>
        <w:br/>
        <w:t>(3)膜清洗：</w:t>
        <w:br/>
        <w:br/>
        <w:t>- 定期物理清洗：如反冲洗、气水冲洗等</w:t>
        <w:br/>
        <w:br/>
        <w:t>- 定期化学清洗：如酸洗(去除无机垢)、碱洗(去除有机物)、氧化剂清洗(去除生物污染)等</w:t>
        <w:br/>
        <w:br/>
        <w:t>- 开发新型清洗方法，如超声波清洗、电化学清洗等</w:t>
        <w:br/>
        <w:br/>
        <w:t>(4)膜材料改进：</w:t>
        <w:br/>
        <w:br/>
        <w:t>- 开发抗污染膜材料，如亲水性膜、带电膜等</w:t>
        <w:br/>
        <w:br/>
        <w:t>- 改进膜表面性质，如增加表面光滑度、引入抗污染基团等</w:t>
        <w:br/>
        <w:br/>
        <w:t>- 开发新型膜组件，如抗污染膜组件、易清洗膜组件等</w:t>
        <w:br/>
        <w:br/>
        <w:t>(5)添加阻垢剂和分散剂：</w:t>
        <w:br/>
        <w:br/>
        <w:t>- 添加阻垢剂防止无机垢的形成</w:t>
        <w:br/>
        <w:br/>
        <w:t>- 添加分散剂防止颗粒物的沉积</w:t>
        <w:br/>
        <w:br/>
        <w:t>通过综合采取上述措施，可以有效控制膜污染，延长膜的使用寿命，提高膜系统的运行效率。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