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2025年水声学试题及答案</w:t>
      </w:r>
    </w:p>
    <w:p>
      <w:r>
        <w:br/>
        <w:t xml:space="preserve"> 一、单项选择题（共10题，每题2分，共20分）</w:t>
        <w:br/>
        <w:br/>
        <w:t>1. 水声学中，声波在水中的传播速度主要受以下哪个因素影响？</w:t>
        <w:br/>
        <w:br/>
        <w:t>A. 水的颜色</w:t>
        <w:br/>
        <w:br/>
        <w:t>B. 水的温度、盐度和压力</w:t>
        <w:br/>
        <w:br/>
        <w:t>C. 水的透明度</w:t>
        <w:br/>
        <w:br/>
        <w:t>D. 水的气味</w:t>
        <w:br/>
        <w:br/>
        <w:t>2. 水声学中，声呐(Sonar)一词的英文全称是：</w:t>
        <w:br/>
        <w:br/>
        <w:t>A. Sound Navigation and Ranging</w:t>
        <w:br/>
        <w:br/>
        <w:t>B. Sound Navigation and Radar</w:t>
        <w:br/>
        <w:br/>
        <w:t>C. Sonic Navigation and Ranging</w:t>
        <w:br/>
        <w:br/>
        <w:t>D. Sonic Navigation and Radar</w:t>
        <w:br/>
        <w:br/>
        <w:t>3. 在海洋中，声波传播的主要通道是：</w:t>
        <w:br/>
        <w:br/>
        <w:t>A. 表面声道</w:t>
        <w:br/>
        <w:br/>
        <w:t>B. 深海声道</w:t>
        <w:br/>
        <w:br/>
        <w:t>C. 底部声道</w:t>
        <w:br/>
        <w:br/>
        <w:t>D. 以上都是</w:t>
        <w:br/>
        <w:br/>
        <w:t>4. 水声学中，多普勒效应是指：</w:t>
        <w:br/>
        <w:br/>
        <w:t>A. 声波频率随声源和接收器相对运动而变化的现象</w:t>
        <w:br/>
        <w:br/>
        <w:t>B. 声波速度随介质密度变化的现象</w:t>
        <w:br/>
        <w:br/>
        <w:t>C. 声波振幅随距离衰减的现象</w:t>
        <w:br/>
        <w:br/>
        <w:t>D. 声波被水中物体反射的现象</w:t>
        <w:br/>
        <w:br/>
        <w:t>5. 水声学中，"混响"是指：</w:t>
        <w:br/>
        <w:br/>
        <w:t>A. 声波在水中的多次反射和散射</w:t>
        <w:br/>
        <w:br/>
        <w:t>B. 声波在水中的吸收</w:t>
        <w:br/>
        <w:br/>
        <w:t>C. 声波在水中的折射</w:t>
        <w:br/>
        <w:br/>
        <w:t>D. 声波在水中的衍射</w:t>
        <w:br/>
        <w:br/>
        <w:t>6. 水声学中，主动声呐与被动声呐的主要区别是：</w:t>
        <w:br/>
        <w:br/>
        <w:t>A. 主动声呐发射声波并接收回波，被动声呐只接收声波</w:t>
        <w:br/>
        <w:br/>
        <w:t>B. 主动声呐只用于军事，被动声呐只用于民用</w:t>
        <w:br/>
        <w:br/>
        <w:t>C. 主动声呐工作在低频，被动声呐工作在高频</w:t>
        <w:br/>
        <w:br/>
        <w:t>D. 主动声呐用于探测潜艇，被动声呐用于探测鱼群</w:t>
        <w:br/>
        <w:br/>
        <w:t>7. 水声学中，声呐方程主要用于：</w:t>
        <w:br/>
        <w:br/>
        <w:t>A. 计算声呐系统的最大探测距离</w:t>
        <w:br/>
        <w:br/>
        <w:t>B. 计算声呐系统的功耗</w:t>
        <w:br/>
        <w:br/>
        <w:t>C. 计算声呐系统的成本</w:t>
        <w:br/>
        <w:br/>
        <w:t>D. 计算声呐系统的维护周期</w:t>
        <w:br/>
        <w:br/>
        <w:t>8. 水声学中，"旁瓣"是指：</w:t>
        <w:br/>
        <w:br/>
        <w:t>A. 声呐主波束之外的次要波束</w:t>
        <w:br/>
        <w:br/>
        <w:t>B. 声呐接收器的主要部分</w:t>
        <w:br/>
        <w:br/>
        <w:t>C. 声呐发射器的核心部件</w:t>
        <w:br/>
        <w:br/>
        <w:t>D. 声呐系统的噪声源</w:t>
        <w:br/>
        <w:br/>
        <w:t>9. 水声学中，"海底反射损失"是指：</w:t>
        <w:br/>
        <w:br/>
        <w:t>A. 声波从海水进入海底时能量的损失</w:t>
        <w:br/>
        <w:br/>
        <w:t>B. 声波在海底传播时的能量损失</w:t>
        <w:br/>
        <w:br/>
        <w:t>C. 声波从海底返回海水时的能量损失</w:t>
        <w:br/>
        <w:br/>
        <w:t>D. 声波在海底界面处的散射损失</w:t>
        <w:br/>
        <w:br/>
        <w:t>10. 水声学中，"拖曳线列阵"主要用于：</w:t>
        <w:br/>
        <w:br/>
        <w:t>A. 增加声呐系统的接收灵敏度</w:t>
        <w:br/>
        <w:br/>
        <w:t>B. 减少声呐系统的功耗</w:t>
        <w:br/>
        <w:br/>
        <w:t>C. 提高声呐系统的抗干扰能力</w:t>
        <w:br/>
        <w:br/>
        <w:t>D. 以上都是</w:t>
        <w:br/>
        <w:br/>
        <w:t xml:space="preserve"> 二、判断题（共5题，每题2分，共10分）</w:t>
        <w:br/>
        <w:br/>
        <w:t>1. 声波在水中的传播速度比在空气中快。（ ）</w:t>
        <w:br/>
        <w:br/>
        <w:t>2. 水声学中，高频声波比低频声波传播得更远。（ ）</w:t>
        <w:br/>
        <w:br/>
        <w:t>3. 水声学中，"盲区"是指声呐无法探测到的区域，通常是由于声呐自身发射的强信号干扰了接收器。（ ）</w:t>
        <w:br/>
        <w:br/>
        <w:t>4. 水声学中，"声影区"是指声波无法到达的区域，通常是由于障碍物的遮挡或声波的折射。（ ）</w:t>
        <w:br/>
        <w:br/>
        <w:t>5. 水声学中，"声速剖面"是指声速随海水深度变化的曲线，对声波传播路径有重要影响。（ ）</w:t>
        <w:br/>
        <w:br/>
        <w:t xml:space="preserve"> 三、多项选择题（共2题，每题2分，共4分）</w:t>
        <w:br/>
        <w:br/>
        <w:t>1. 水声学中，影响声波在水中传播的因素包括：</w:t>
        <w:br/>
        <w:br/>
        <w:t>A. 水温</w:t>
        <w:br/>
        <w:br/>
        <w:t>B. 水盐度</w:t>
        <w:br/>
        <w:br/>
        <w:t>C. 水压力</w:t>
        <w:br/>
        <w:br/>
        <w:t>D. 水中悬浮物</w:t>
        <w:br/>
        <w:br/>
        <w:t>E. 水中生物</w:t>
        <w:br/>
        <w:br/>
        <w:t>2. 水声学中，常见的声呐系统包括：</w:t>
        <w:br/>
        <w:br/>
        <w:t>A. 扫描声呐</w:t>
        <w:br/>
        <w:br/>
        <w:t>B. 侧扫声呐</w:t>
        <w:br/>
        <w:br/>
        <w:t>C. 多波束声呐</w:t>
        <w:br/>
        <w:br/>
        <w:t>D. 合孔径声呐</w:t>
        <w:br/>
        <w:br/>
        <w:t>E. 以上都是</w:t>
        <w:br/>
        <w:br/>
        <w:t xml:space="preserve"> 四、填空题（共5题，每题2分，共10分）</w:t>
        <w:br/>
        <w:br/>
        <w:t>1. 水声学中，声波在海水中的传播速度约为______米/秒。</w:t>
        <w:br/>
        <w:br/>
        <w:t>2. 水声学中，声呐方程中的主要参数包括：声源级、传播损失、噪声级、指向性指数和______。</w:t>
        <w:br/>
        <w:br/>
        <w:t>3. 水声学中，"声纳"一词是______的缩写。</w:t>
        <w:br/>
        <w:br/>
        <w:t>4. 水声学中，声呐系统的"盲距"是指______。</w:t>
        <w:br/>
        <w:br/>
        <w:t>5. 水声学中，"声散射"是指声波遇到不均匀介质时向______方向传播的现象。</w:t>
        <w:br/>
        <w:br/>
        <w:t xml:space="preserve"> 五、简答题（共2题，每题5分，共10分）</w:t>
        <w:br/>
        <w:br/>
        <w:t>1. 简述水声学中声呐方程的基本形式及其各参数的物理意义。</w:t>
        <w:br/>
        <w:br/>
        <w:t>2. 解释水声学中"深海声道"的形成原理及其对声波传播的影响。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解析：声波在水中的传播速度主要受水的温度、盐度和压力的影响。一般来说，温度越高，声速越快；盐度越高，声速越快；压力越大（即深度越大），声速越快。水的颜色、透明度和气味对声速几乎没有影响。</w:t>
        <w:br/>
        <w:br/>
        <w:t>2. 答案：A</w:t>
        <w:br/>
        <w:br/>
        <w:t>解析：声呐(Sonar)一词的英文全称是"Sound Navigation and Ranging"，意为"声波导航与测距"。它是利用声波在水中的传播特性进行导航、探测和测距的技术。</w:t>
        <w:br/>
        <w:br/>
        <w:t>3. 答案：D</w:t>
        <w:br/>
        <w:br/>
        <w:t>解析：在海洋中，声波传播的主要通道包括表面声道（靠近海面的声道）、深海声道（位于海洋中部的声道）和底部声道（靠近海底的声道）。这些声道是由于声速随深度变化而形成的，能够引导声波远距离传播。</w:t>
        <w:br/>
        <w:br/>
        <w:t>4. 答案：A</w:t>
        <w:br/>
        <w:br/>
        <w:t>解析：多普勒效应是指当声源和接收器之间存在相对运动时，接收到的声波频率会发生变化。如果两者相互靠近，频率升高；如果两者相互远离，频率降低。这一效应在水声学中用于测量目标的速度和距离。</w:t>
        <w:br/>
        <w:br/>
        <w:t>5. 答案：A</w:t>
        <w:br/>
        <w:br/>
        <w:t>解析：混响是指声波在水中的多次反射和散射现象。当声波发射后，会在海面、海底以及水中物体之间多次反射和散射，形成逐渐衰减的声场。混响是声呐系统中的主要干扰源之一。</w:t>
        <w:br/>
        <w:br/>
        <w:t>6. 答案：A</w:t>
        <w:br/>
        <w:br/>
        <w:t>解析：主动声呐系统主动发射声波并接收回波，通过分析回波信息来探测目标；而被动声呐系统只接收水中已有的声波（如目标辐射的噪声），不发射声波。两者在原理和应用上有明显区别。</w:t>
        <w:br/>
        <w:br/>
        <w:t>7. 答案：A</w:t>
        <w:br/>
        <w:br/>
        <w:t>解析：声呐方程是描述声呐系统性能的基本方程，主要用于计算声呐系统的最大探测距离。它考虑了声源级、传播损失、目标强度、噪声级、接收灵敏度等因素之间的关系。</w:t>
        <w:br/>
        <w:br/>
        <w:t>8. 答案：A</w:t>
        <w:br/>
        <w:br/>
        <w:t>解析：旁瓣是指声呐主波束之外的次要波束。它们是声呐天线方向图中的次要峰值，会降低声呐系统的分辨率和抗干扰能力，是声呐设计中需要尽量抑制的因素。</w:t>
        <w:br/>
        <w:br/>
        <w:t>9. 答案：C</w:t>
        <w:br/>
        <w:br/>
        <w:t>解析：海底反射损失是指声波从海底返回海水时的能量损失。它取决于海底的材质、粗糙度和声波入射角度等因素，是声呐系统设计中需要考虑的重要参数。</w:t>
        <w:br/>
        <w:br/>
        <w:t>10. 答案：D</w:t>
        <w:br/>
        <w:br/>
        <w:t>解析：拖曳线列阵是一种可拖曳在船后的长基线水听器阵列，主要用于增加声呐系统的接收灵敏度、减少功耗和提高抗干扰能力。它通过增大基线长度来提高角度分辨率和信噪比。</w:t>
        <w:br/>
        <w:br/>
        <w:t xml:space="preserve"> 二、判断题</w:t>
        <w:br/>
        <w:br/>
        <w:t>1. 答案：√</w:t>
        <w:br/>
        <w:br/>
        <w:t>解析：声波在水中的传播速度约为1500米/秒，而在空气中的传播速度约为340米/秒。因此，声波在水中的传播速度比在空气中快约4.4倍。</w:t>
        <w:br/>
        <w:br/>
        <w:t>2. 答案：×</w:t>
        <w:br/>
        <w:br/>
        <w:t>解析：水声学中，低频声波比高频声波传播得更远。这是因为高频声波在水中衰减更快，而低频声波衰减较慢，能够传播更远的距离。这也是为什么远距离水下通信通常使用低频声波的原因。</w:t>
        <w:br/>
        <w:br/>
        <w:t>3. 答案：√</w:t>
        <w:br/>
        <w:br/>
        <w:t>解析：盲区是指声呐无法探测到的区域，通常是由于声呐自身发射的强信号干扰了接收器，特别是在近距离处。为了避免盲区，现代声呐系统通常采用不同的工作模式和频率。</w:t>
        <w:br/>
        <w:br/>
        <w:t>4. 答案：√</w:t>
        <w:br/>
        <w:br/>
        <w:t>解析：声影区是指声波无法到达的区域，通常是由于障碍物的遮挡或声波的折射。在水声学中，声影区常见于声速剖面变化较大的区域，如温跃层附近。</w:t>
        <w:br/>
        <w:br/>
        <w:t>5. 答案：√</w:t>
        <w:br/>
        <w:br/>
        <w:t>解析：声速剖面是指声速随海水深度变化的曲线。它对声波传播路径有重要影响，可以形成声道或声影区，是水声学研究和声呐系统设计中的重要参数。</w:t>
        <w:br/>
        <w:br/>
        <w:t xml:space="preserve"> 三、多项选择题</w:t>
        <w:br/>
        <w:br/>
        <w:t>1. 答案：ABCDE</w:t>
        <w:br/>
        <w:br/>
        <w:t>解析：声波在水中传播的速度受多种因素影响，包括水温（温度越高，声速越快）、水盐度（盐度越高，声速越快）、水压力（压力越大，声速越快）、水中悬浮物（影响声速和衰减）以及水中生物（可能产生气泡或改变局部声学特性）。</w:t>
        <w:br/>
        <w:br/>
        <w:t>2. 答案：ABCDE</w:t>
        <w:br/>
        <w:br/>
        <w:t>解析：水声学中常见的声呐系统包括扫描声呐（用于扫描特定区域）、侧扫声呐（用于海底成像）、多波束声呐（同时发射多个波束进行测深）、合孔径声呐（通过合成大孔径提高分辨率）等。这些都是水声学研究和应用中常用的设备。</w:t>
        <w:br/>
        <w:br/>
        <w:t xml:space="preserve"> 四、填空题</w:t>
        <w:br/>
        <w:br/>
        <w:t>1. 答案：1500</w:t>
        <w:br/>
        <w:br/>
        <w:t>解析：声波在海水中的传播速度约为1500米/秒，这个值会因温度、盐度和压力的变化而略有不同。</w:t>
        <w:br/>
        <w:br/>
        <w:t>2. 答案：检测阈</w:t>
        <w:br/>
        <w:br/>
        <w:t>解析：声呐方程中的主要参数包括：声源级(SL)、传播损失(TL)、目标强度(TS)、噪声级(NL)、指向性指数(DI)和检测阈(DT)。检测阈是指声呐系统能够可靠检测信号所需的最小信噪比。</w:t>
        <w:br/>
        <w:br/>
        <w:t>3. 答案：声波导航与测距</w:t>
        <w:br/>
        <w:br/>
        <w:t>解析："声纳"一词是"声波导航与测距"的缩写，英文为"Sound Navigation and Ranging"，简称Sonar。</w:t>
        <w:br/>
        <w:br/>
        <w:t>4. 答案：声呐系统无法探测到的最小距离</w:t>
        <w:br/>
        <w:br/>
        <w:t>解析：盲距是指声呐系统无法探测到的最小距离。这是由于声呐发射的强信号会干扰接收器，特别是在近距离处，导致系统无法正常工作。</w:t>
        <w:br/>
        <w:br/>
        <w:t>5. 答案：多个</w:t>
        <w:br/>
        <w:br/>
        <w:t>解析：声散射是指声波遇到不均匀介质时向多个方向传播的现象。这是由于介质的不均匀性导致声波能量向各个方向重新分布，形成散射波。</w:t>
        <w:br/>
        <w:br/>
        <w:t xml:space="preserve"> 五、简答题</w:t>
        <w:br/>
        <w:br/>
        <w:t>1. 答案：</w:t>
        <w:br/>
        <w:br/>
        <w:t>声呐方程的基本形式为：SL - TL + TS - (NL - DI) = DT</w:t>
        <w:br/>
        <w:br/>
        <w:t>其中：</w:t>
        <w:br/>
        <w:br/>
        <w:t>- SL：声源级，表示声呐发射的声波强度</w:t>
        <w:br/>
        <w:br/>
        <w:t>- TL：传播损失，表示声波在传播过程中的能量衰减</w:t>
        <w:br/>
        <w:br/>
        <w:t>- TS：目标强度，表示目标反射声波的能力</w:t>
        <w:br/>
        <w:br/>
        <w:t>- NL：噪声级，表示环境噪声和系统噪声的强度</w:t>
        <w:br/>
        <w:br/>
        <w:t>- DI：指向性指数，表示声呐系统的方向性增益</w:t>
        <w:br/>
        <w:br/>
        <w:t>- DT：检测阈，表示声呐系统能够可靠检测信号所需的最小信噪比</w:t>
        <w:br/>
        <w:br/>
        <w:t>声呐方程描述了声呐系统各参数之间的关系，用于计算声呐系统的最大探测距离和评估系统性能。</w:t>
        <w:br/>
        <w:br/>
        <w:t>2. 答案：</w:t>
        <w:br/>
        <w:br/>
        <w:t>深海声道（也称为SOFAR通道）是由于声速随深度变化而形成的特殊声道。在海洋中，声速受温度、盐度和压力的共同影响。通常情况下，表层海水温度较高，声速较大；随着深度增加，温度降低，声速减小；在某一深度（约1000米），声速达到最小值；再往下，由于压力增加，声速又开始增大。</w:t>
        <w:br/>
        <w:br/>
        <w:t>这种声速剖面使得声波在声速最小值附近被捕获，形成波导效应。声波在声道内传播时，会不断向声速最小值处折射，从而实现远距离传播。深海声道使得声波能够在数千公里范围内传播，对水下通信、探测和导航具有重要意义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