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2025年元测试题及答案</w:t>
      </w:r>
    </w:p>
    <w:p>
      <w:r>
        <w:br/>
        <w:t xml:space="preserve"> 一、单项选择题（共10题，每题2分，共20分）</w:t>
        <w:br/>
        <w:br/>
        <w:t>1. 下列哪个数是质数？</w:t>
        <w:br/>
        <w:br/>
        <w:t>A. 9</w:t>
        <w:br/>
        <w:br/>
        <w:t>B. 15</w:t>
        <w:br/>
        <w:br/>
        <w:t>C. 17</w:t>
        <w:br/>
        <w:br/>
        <w:t>D. 21</w:t>
        <w:br/>
        <w:br/>
        <w:t>2. 中国的首都是：</w:t>
        <w:br/>
        <w:br/>
        <w:t>A. 上海</w:t>
        <w:br/>
        <w:br/>
        <w:t>B. 广州</w:t>
        <w:br/>
        <w:br/>
        <w:t>C. 北京</w:t>
        <w:br/>
        <w:br/>
        <w:t>D. 深圳</w:t>
        <w:br/>
        <w:br/>
        <w:t>3. 光在真空中的传播速度约为：</w:t>
        <w:br/>
        <w:br/>
        <w:t>A. 3×10^5 m/s</w:t>
        <w:br/>
        <w:br/>
        <w:t>B. 3×10^6 m/s</w:t>
        <w:br/>
        <w:br/>
        <w:t>C. 3×10^7 m/s</w:t>
        <w:br/>
        <w:br/>
        <w:t>D. 3×10^8 m/s</w:t>
        <w:br/>
        <w:br/>
        <w:t>4. 下列哪个不是可再生能源？</w:t>
        <w:br/>
        <w:br/>
        <w:t>A. 太阳能</w:t>
        <w:br/>
        <w:br/>
        <w:t>B. 风能</w:t>
        <w:br/>
        <w:br/>
        <w:t>C. 天然气</w:t>
        <w:br/>
        <w:br/>
        <w:t>D. 水能</w:t>
        <w:br/>
        <w:br/>
        <w:t>5. 中国古代四大发明不包括：</w:t>
        <w:br/>
        <w:br/>
        <w:t>A. 造纸术</w:t>
        <w:br/>
        <w:br/>
        <w:t>B. 指南针</w:t>
        <w:br/>
        <w:br/>
        <w:t>C. 火药</w:t>
        <w:br/>
        <w:br/>
        <w:t>D. 望远镜</w:t>
        <w:br/>
        <w:br/>
        <w:t>6. 下列哪个元素是金属元素？</w:t>
        <w:br/>
        <w:br/>
        <w:t>A. 碳(C)</w:t>
        <w:br/>
        <w:br/>
        <w:t>B. 氧(O)</w:t>
        <w:br/>
        <w:br/>
        <w:t>C. 钠(Na)</w:t>
        <w:br/>
        <w:br/>
        <w:t>D. 氮(N)</w:t>
        <w:br/>
        <w:br/>
        <w:t>7. 下列哪个朝代是中国历史上最后一个封建王朝？</w:t>
        <w:br/>
        <w:br/>
        <w:t>A. 明朝</w:t>
        <w:br/>
        <w:br/>
        <w:t>B. 清朝</w:t>
        <w:br/>
        <w:br/>
        <w:t>C. 元朝</w:t>
        <w:br/>
        <w:br/>
        <w:t>D. 汉朝</w:t>
        <w:br/>
        <w:br/>
        <w:t>8. 下列哪个不是哺乳动物的特征？</w:t>
        <w:br/>
        <w:br/>
        <w:t>A. 胎生</w:t>
        <w:br/>
        <w:br/>
        <w:t>B. 哺乳</w:t>
        <w:br/>
        <w:br/>
        <w:t>C. 恒温</w:t>
        <w:br/>
        <w:br/>
        <w:t>D. 卵生</w:t>
        <w:br/>
        <w:br/>
        <w:t>9. 下列哪个是计算机的基本组成部分？</w:t>
        <w:br/>
        <w:br/>
        <w:t>A. CPU</w:t>
        <w:br/>
        <w:br/>
        <w:t>B. 内存</w:t>
        <w:br/>
        <w:br/>
        <w:t>C. 硬盘</w:t>
        <w:br/>
        <w:br/>
        <w:t>D. 以上都是</w:t>
        <w:br/>
        <w:br/>
        <w:t>10. 下列哪个是光合作用的产物？</w:t>
        <w:br/>
        <w:br/>
        <w:t>A. 二氧化碳和水</w:t>
        <w:br/>
        <w:br/>
        <w:t>B. 氧气和葡萄糖</w:t>
        <w:br/>
        <w:br/>
        <w:t>C. 氮气和氧气</w:t>
        <w:br/>
        <w:br/>
        <w:t>D. 二氧化碳和氧气</w:t>
        <w:br/>
        <w:br/>
        <w:t xml:space="preserve"> 二、填空题（共6题，每题2分，共12分）</w:t>
        <w:br/>
        <w:br/>
        <w:t>1. 水的化学式是______。</w:t>
        <w:br/>
        <w:br/>
        <w:t>2. 中国古代四大名著是《红楼梦》、《西游记》、《水浒传》和______。</w:t>
        <w:br/>
        <w:br/>
        <w:t>3. 地球绕太阳公转一周的时间约为______天。</w:t>
        <w:br/>
        <w:br/>
        <w:t>4. 计算机中，1GB等于______MB。</w:t>
        <w:br/>
        <w:br/>
        <w:t>5. 声音在空气中的传播速度约为______米/秒。</w:t>
        <w:br/>
        <w:br/>
        <w:t>6. 中国的国旗是______五星红旗。</w:t>
        <w:br/>
        <w:br/>
        <w:t xml:space="preserve"> 三、判断题（共6题，每题2分，共12分）</w:t>
        <w:br/>
        <w:br/>
        <w:t>1. 地球是太阳系中唯一有生命的行星。（ ）</w:t>
        <w:br/>
        <w:br/>
        <w:t>2. 光合作用需要光、叶绿体和二氧化碳。（ ）</w:t>
        <w:br/>
        <w:br/>
        <w:t>3. 中国的首都上海是中国最大的城市。（ ）</w:t>
        <w:br/>
        <w:br/>
        <w:t>4. 金属具有良好的导电性和导热性。（ ）</w:t>
        <w:br/>
        <w:br/>
        <w:t>5. 计算机病毒是一种生物病毒。（ ）</w:t>
        <w:br/>
        <w:br/>
        <w:t>6. 中国的长城是太空中唯一能用肉眼看到的人造建筑。（ ）</w:t>
        <w:br/>
        <w:br/>
        <w:t xml:space="preserve"> 四、多项选择题（共2题，每题2分，共4分）</w:t>
        <w:br/>
        <w:br/>
        <w:t>1. 下列哪些是可再生能源？</w:t>
        <w:br/>
        <w:br/>
        <w:t>A. 太阳能</w:t>
        <w:br/>
        <w:br/>
        <w:t>B. 风能</w:t>
        <w:br/>
        <w:br/>
        <w:t>C. 天然气</w:t>
        <w:br/>
        <w:br/>
        <w:t>D. 水能</w:t>
        <w:br/>
        <w:br/>
        <w:t>2. 下列哪些是哺乳动物？</w:t>
        <w:br/>
        <w:br/>
        <w:t>A. 鲸鱼</w:t>
        <w:br/>
        <w:br/>
        <w:t>B. 蝙蝠</w:t>
        <w:br/>
        <w:br/>
        <w:t>C. 企鹅</w:t>
        <w:br/>
        <w:br/>
        <w:t>D. 鸭嘴兽</w:t>
        <w:br/>
        <w:br/>
        <w:t xml:space="preserve"> 五、简答题（共2题，每题5分，共10分）</w:t>
        <w:br/>
        <w:br/>
        <w:t>1. 简述全球变暖的主要原因及其可能带来的影响。</w:t>
        <w:br/>
        <w:br/>
        <w:t>2. 解释什么是人工智能，并列举三个它在日常生活中的应用。</w:t>
        <w:br/>
        <w:br/>
        <w:t xml:space="preserve"> 参考答案及解析</w:t>
        <w:br/>
        <w:br/>
        <w:t xml:space="preserve"> 一、单项选择题</w:t>
        <w:br/>
        <w:br/>
        <w:t>1. 答案：C</w:t>
        <w:br/>
        <w:br/>
        <w:t>解析：质数是指大于1的自然数，除了1和它本身外，不能被其他自然数整除的数。9可以被3整除，15可以被3和5整除，21可以被3和7整除，只有17只能被1和17整除，因此17是质数。</w:t>
        <w:br/>
        <w:br/>
        <w:t>2. 答案：C</w:t>
        <w:br/>
        <w:br/>
        <w:t>解析：中国的首都是北京，上海、广州和深圳都是中国的重要城市，但不是首都。</w:t>
        <w:br/>
        <w:br/>
        <w:t>3. 答案：D</w:t>
        <w:br/>
        <w:br/>
        <w:t>解析：光在真空中的传播速度约为3×10^8米/秒，这是物理学中的一个基本常数，通常用c表示。</w:t>
        <w:br/>
        <w:br/>
        <w:t>4. 答案：C</w:t>
        <w:br/>
        <w:br/>
        <w:t>解析：可再生能源是指可以自然补充、不会耗尽的能源，如太阳能、风能、水能等。天然气是化石燃料，属于不可再生能源，因为它的形成需要数百万年，且消耗速度远大于形成速度。</w:t>
        <w:br/>
        <w:br/>
        <w:t>5. 答案：D</w:t>
        <w:br/>
        <w:br/>
        <w:t>解析：中国古代四大发明是造纸术、指南针、火药和印刷术。望远镜是近代欧洲的发明，不属于中国古代四大发明。</w:t>
        <w:br/>
        <w:br/>
        <w:t>6. 答案：C</w:t>
        <w:br/>
        <w:br/>
        <w:t>解析：钠(Na)是一种金属元素，属于碱金属。碳(C)、氧(O)和氮(N)都是非金属元素。</w:t>
        <w:br/>
        <w:br/>
        <w:t>7. 答案：B</w:t>
        <w:br/>
        <w:br/>
        <w:t>解析：清朝(1644-1912年)是中国历史上最后一个封建王朝，之后中国进入了中华民国时期。</w:t>
        <w:br/>
        <w:br/>
        <w:t>8. 答案：D</w:t>
        <w:br/>
        <w:br/>
        <w:t>解析：哺乳动物的主要特征包括胎生、哺乳和恒温。卵生是爬行动物、鸟类等动物的特征，不是哺乳动物的特征。</w:t>
        <w:br/>
        <w:br/>
        <w:t>9. 答案：D</w:t>
        <w:br/>
        <w:br/>
        <w:t>解析：CPU、内存和硬盘都是计算机的基本组成部分。CPU是中央处理器，负责执行指令；内存用于临时存储数据和程序；硬盘用于长期存储数据。</w:t>
        <w:br/>
        <w:br/>
        <w:t>10. 答案：B</w:t>
        <w:br/>
        <w:br/>
        <w:t>解析：光合作用是植物利用光能将二氧化碳和水转化为有机物(主要是葡萄糖)并释放氧气的过程。因此，氧气和葡萄糖是光合作用的产物。</w:t>
        <w:br/>
        <w:br/>
        <w:t xml:space="preserve"> 二、填空题</w:t>
        <w:br/>
        <w:br/>
        <w:t>1. 答案：H₂O</w:t>
        <w:br/>
        <w:br/>
        <w:t>解析：水的化学式是H₂O，表示一个水分子由两个氢原子和一个氧原子组成。</w:t>
        <w:br/>
        <w:br/>
        <w:t>2. 答案：《三国演义》</w:t>
        <w:br/>
        <w:br/>
        <w:t>解析：中国古代四大名著是《红楼梦》、《西游记》、《水浒传》和《三国演义》，这四部作品代表了中国古典小说的最高成就。</w:t>
        <w:br/>
        <w:br/>
        <w:t>3. 答案：365.25</w:t>
        <w:br/>
        <w:br/>
        <w:t>解析：地球绕太阳公转一周的时间约为365.25天，这是制定公历的基础，因此每四年有一个闰年。</w:t>
        <w:br/>
        <w:br/>
        <w:t>4. 答案：1024</w:t>
        <w:br/>
        <w:br/>
        <w:t>解析：在计算机科学中，存储单位的换算关系是1GB(Gibibyte)=1024MB(Megabyte)，这是基于二进制系统的换算。</w:t>
        <w:br/>
        <w:br/>
        <w:t>5. 答案：340</w:t>
        <w:br/>
        <w:br/>
        <w:t>解析：声音在空气中的传播速度约为340米/秒(在20°C条件下)，这个速度会随着温度、湿度和气压的变化而略有变化。</w:t>
        <w:br/>
        <w:br/>
        <w:t>6. 答案：五星</w:t>
        <w:br/>
        <w:br/>
        <w:t>解析：中国的国旗是五星红旗，旗面为红色，左上方缀有五颗黄色五角星，大五角星代表中国共产党，四颗小五角星代表工人、农民、小资产阶级和民族资产阶级四个阶级。</w:t>
        <w:br/>
        <w:br/>
        <w:t xml:space="preserve"> 三、判断题</w:t>
        <w:br/>
        <w:br/>
        <w:t>1. 答案：√</w:t>
        <w:br/>
        <w:br/>
        <w:t>解析：目前科学研究表明，地球是太阳系中唯一已知有生命的行星。虽然科学家们一直在寻找其他可能存在生命的星球，但尚未发现确凿证据。</w:t>
        <w:br/>
        <w:br/>
        <w:t>2. 答案：√</w:t>
        <w:br/>
        <w:br/>
        <w:t>解析：光合作用是植物、藻类和某些细菌利用光能将二氧化碳和水转化为有机物并释放氧气的过程。这个过程需要光、叶绿体(含有叶绿素)和二氧化碳作为原料。</w:t>
        <w:br/>
        <w:br/>
        <w:t>3. 答案：×</w:t>
        <w:br/>
        <w:br/>
        <w:t>解析：中国的首都是北京，不是上海。上海是中国最大的城市和经济中心，但不是首都。</w:t>
        <w:br/>
        <w:br/>
        <w:t>4. 答案：√</w:t>
        <w:br/>
        <w:br/>
        <w:t>解析：金属具有良好的导电性和导热性，这是因为金属内部存在自由电子，可以在电场作用下定向移动形成电流，也可以快速传递热能。</w:t>
        <w:br/>
        <w:br/>
        <w:t>5. 答案：×</w:t>
        <w:br/>
        <w:br/>
        <w:t>解析：计算机病毒是一种程序或代码，不是生物病毒。它能够自我复制并感染其他程序或计算机系统，造成数据丢失或系统故障。</w:t>
        <w:br/>
        <w:br/>
        <w:t>6. 答案：×</w:t>
        <w:br/>
        <w:br/>
        <w:t>解析：这是一个常见的误解。实际上，从太空中用肉眼是看不到长城的，因为它的宽度和颜色与周围环境难以区分。这一说法最早是由美国宇航员杰里·林恩在1969年阿波罗11号任务中提出的，但后来被证实是不准确的。</w:t>
        <w:br/>
        <w:br/>
        <w:t xml:space="preserve"> 四、多项选择题</w:t>
        <w:br/>
        <w:br/>
        <w:t>1. 答案：ABD</w:t>
        <w:br/>
        <w:br/>
        <w:t>解析：可再生能源是指可以自然补充、不会耗尽的能源。太阳能、风能和水能都是可再生能源，因为它们来源于自然过程，可以持续不断地产生。天然气是化石燃料，属于不可再生能源，因为它的形成需要数百万年，且消耗速度远大于形成速度。</w:t>
        <w:br/>
        <w:br/>
        <w:t>2. 答案：ABD</w:t>
        <w:br/>
        <w:br/>
        <w:t>解析：哺乳动物的主要特征包括胎生、哺乳和体表有毛发。鲸鱼是胎生哺乳动物；蝙蝠是唯一能够真正飞行的哺乳动物；鸭嘴兽是原始的哺乳动物，虽然是卵生，但会哺乳幼崽。企鹅是鸟类，不是哺乳动物。</w:t>
        <w:br/>
        <w:br/>
        <w:t xml:space="preserve"> 五、简答题</w:t>
        <w:br/>
        <w:br/>
        <w:t>1. 答案：</w:t>
        <w:br/>
        <w:br/>
        <w:t>全球变暖的主要原因包括：</w:t>
        <w:br/>
        <w:br/>
        <w:t>- 温室气体排放增加：人类活动导致二氧化碳、甲烷等温室气体浓度上升，增强了温室效应。</w:t>
        <w:br/>
        <w:br/>
        <w:t>- 森林砍伐：减少了地球对二氧化碳的吸收能力。</w:t>
        <w:br/>
        <w:br/>
        <w:t>- 化石燃料的过度使用：燃烧煤炭、石油和天然气释放大量二氧化碳。</w:t>
        <w:br/>
        <w:br/>
        <w:t>全球变暖可能带来的影响：</w:t>
        <w:br/>
        <w:br/>
        <w:t>- 极端天气事件增加：如热浪、干旱、洪水和飓风等。</w:t>
        <w:br/>
        <w:br/>
        <w:t>- 海平面上升：导致沿海地区被淹没。</w:t>
        <w:br/>
        <w:br/>
        <w:t>- 生物多样性减少：许多物种可能因无法适应快速变化的环境而灭绝。</w:t>
        <w:br/>
        <w:br/>
        <w:t>- 农业产量变化：某些地区可能减产，而另一些地区可能增产。</w:t>
        <w:br/>
        <w:br/>
        <w:t>- 人类健康风险增加：热相关疾病、传染病扩散等。</w:t>
        <w:br/>
        <w:br/>
        <w:t>2. 答案：</w:t>
        <w:br/>
        <w:br/>
        <w:t>人工智能(AI)是指由机器展现的智能，与人类和动物展现的自然智能形成对比。它是指计算机系统模拟人类智能过程的能力，如学习、推理和自我修正。</w:t>
        <w:br/>
        <w:br/>
        <w:t>人工智能在日常生活中的应用：</w:t>
        <w:br/>
        <w:br/>
        <w:t>- 智能助手：如Siri、Alexa和Google Assistant，可以帮助回答问题、设置提醒、控制智能家居设备等。</w:t>
        <w:br/>
        <w:br/>
        <w:t>- 推荐系统：如Netflix、YouTube和淘宝等平台根据用户的历史行为和偏好推荐内容或商品。</w:t>
        <w:br/>
        <w:br/>
        <w:t>- 自动驾驶技术：如特斯拉的Autopilot和Waymo的自动驾驶汽车，可以辅助或完全控制车辆的行驶。</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