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2025年关于孝的试题及答案</w:t>
      </w:r>
    </w:p>
    <w:p>
      <w:r>
        <w:br/>
        <w:t xml:space="preserve"> 一、单项选择题（共10题，每题2分）</w:t>
        <w:br/>
        <w:br/>
        <w:t>1. 孝是中国传统文化中的核心价值观之一，最早提出"孝"的概念的儒家经典著作是：</w:t>
        <w:br/>
        <w:br/>
        <w:t>A.《论语》</w:t>
        <w:br/>
        <w:br/>
        <w:t>B.《孟子》</w:t>
        <w:br/>
        <w:br/>
        <w:t>C.《孝经》</w:t>
        <w:br/>
        <w:br/>
        <w:t>D.《礼记》</w:t>
        <w:br/>
        <w:br/>
        <w:t>2. 在中国传统孝道文化中，"二十四孝"故事主要体现了哪种孝道观念？</w:t>
        <w:br/>
        <w:br/>
        <w:t>A.物质供养</w:t>
        <w:br/>
        <w:br/>
        <w:t>B.精神慰藉</w:t>
        <w:br/>
        <w:br/>
        <w:t>C.顺从父母</w:t>
        <w:br/>
        <w:br/>
        <w:t>D.光宗耀祖</w:t>
        <w:br/>
        <w:br/>
        <w:t>3. 下列哪项不属于《孝经》中提出的"五孝"之一？</w:t>
        <w:br/>
        <w:br/>
        <w:t>A.天子之孝</w:t>
        <w:br/>
        <w:br/>
        <w:t>B.诸侯之孝</w:t>
        <w:br/>
        <w:br/>
        <w:t>C.卿大夫之孝</w:t>
        <w:br/>
        <w:br/>
        <w:t>D.平民之孝</w:t>
        <w:br/>
        <w:br/>
        <w:t>4. 在现代社会，孝道观念应该如何理解？</w:t>
        <w:br/>
        <w:br/>
        <w:t>A.完全遵循传统孝道规范</w:t>
        <w:br/>
        <w:br/>
        <w:t>B.完全摒弃传统孝道观念</w:t>
        <w:br/>
        <w:br/>
        <w:t>C.批判继承，创新发展</w:t>
        <w:br/>
        <w:br/>
        <w:t>D.仅在经济上供养父母</w:t>
        <w:br/>
        <w:br/>
        <w:t>5. 下列哪项不是中国传统孝道文化的基本内容？</w:t>
        <w:br/>
        <w:br/>
        <w:t>A.尊敬父母</w:t>
        <w:br/>
        <w:br/>
        <w:t>B.顺从父母</w:t>
        <w:br/>
        <w:br/>
        <w:t>C.赡养父母</w:t>
        <w:br/>
        <w:br/>
        <w:t>D.独立自主</w:t>
        <w:br/>
        <w:br/>
        <w:t>6. 在儒家思想中，"孝"的根本目的是：</w:t>
        <w:br/>
        <w:br/>
        <w:t>A.光宗耀祖</w:t>
        <w:br/>
        <w:br/>
        <w:t>B.维护社会秩序</w:t>
        <w:br/>
        <w:br/>
        <w:t>C.个人道德修养</w:t>
        <w:br/>
        <w:br/>
        <w:t>D.获得社会认可</w:t>
        <w:br/>
        <w:br/>
        <w:t>7. 下列哪项不属于现代孝道的表现形式？</w:t>
        <w:br/>
        <w:br/>
        <w:t>A.定期回家探望父母</w:t>
        <w:br/>
        <w:br/>
        <w:t>B.关心父母健康</w:t>
        <w:br/>
        <w:br/>
        <w:t>C.完全听从父母意见</w:t>
        <w:br/>
        <w:br/>
        <w:t>D.尊重父母生活方式</w:t>
        <w:br/>
        <w:br/>
        <w:t>8. 在中国传统孝道文化中，"孝"的最高境界是：</w:t>
        <w:br/>
        <w:br/>
        <w:t>A.物质供养丰富</w:t>
        <w:br/>
        <w:br/>
        <w:t>B.光宗耀祖</w:t>
        <w:br/>
        <w:br/>
        <w:t>C.色难</w:t>
        <w:br/>
        <w:br/>
        <w:t>D.顺从父母</w:t>
        <w:br/>
        <w:br/>
        <w:t>9. 下列哪位思想家对孝道思想有重要贡献？</w:t>
        <w:br/>
        <w:br/>
        <w:t>A.老子</w:t>
        <w:br/>
        <w:br/>
        <w:t>B.庄子</w:t>
        <w:br/>
        <w:br/>
        <w:t>C.荀子</w:t>
        <w:br/>
        <w:br/>
        <w:t>D.墨子</w:t>
        <w:br/>
        <w:br/>
        <w:t>10. 在当代中国，孝道文化的主要价值体现在：</w:t>
        <w:br/>
        <w:br/>
        <w:t>A.家庭和谐</w:t>
        <w:br/>
        <w:br/>
        <w:t>B.社会稳定</w:t>
        <w:br/>
        <w:br/>
        <w:t>C.个人品德培养</w:t>
        <w:br/>
        <w:br/>
        <w:t>D.以上都是</w:t>
        <w:br/>
        <w:br/>
        <w:t xml:space="preserve"> 二、填空题（共5题，每题2分）</w:t>
        <w:br/>
        <w:br/>
        <w:t>1. "百善孝为先"这句话出自《______》。</w:t>
        <w:br/>
        <w:br/>
        <w:t>2. 《孝经》是中国古代专门论述孝道的经典著作，相传由______所作。</w:t>
        <w:br/>
        <w:br/>
        <w:t>3. 在传统孝道文化中，"______"指的是子女在父母面前保持和悦的神色，是孝道的重要表现。</w:t>
        <w:br/>
        <w:br/>
        <w:t>4. 现代孝道强调在尊重父母独立人格的基础上，实现______与______的统一。</w:t>
        <w:br/>
        <w:br/>
        <w:t>5. 孝道文化作为中华优秀传统文化的重要组成部分，在当代中国被纳入了______和______建设的重要内容。</w:t>
        <w:br/>
        <w:br/>
        <w:t xml:space="preserve"> 三、判断题（共5题，每题2分）</w:t>
        <w:br/>
        <w:br/>
        <w:t>1. 孝道文化只强调子女对父母的单向义务，不涉及父母对子女的责任。（ ）</w:t>
        <w:br/>
        <w:br/>
        <w:t>2. 在现代社会，孝道已经过时，不再具有现实意义。（ ）</w:t>
        <w:br/>
        <w:br/>
        <w:t>3. 孝道文化中的"顺"是指无条件服从父母的一切决定。（ ）</w:t>
        <w:br/>
        <w:br/>
        <w:t>4. 孝道文化强调"不辱其身"，即子女要注意自身修养，不做有损父母声誉的事情。（ ）</w:t>
        <w:br/>
        <w:br/>
        <w:t>5. 孝道文化只关注物质层面的供养，不重视精神层面的关怀。（ ）</w:t>
        <w:br/>
        <w:br/>
        <w:t xml:space="preserve"> 四、多项选择题（共2题，每题2分）</w:t>
        <w:br/>
        <w:br/>
        <w:t>1. 下列哪些属于传统孝道文化的基本内容？（ ）</w:t>
        <w:br/>
        <w:br/>
        <w:t>A.尊敬父母</w:t>
        <w:br/>
        <w:br/>
        <w:t>B.顺从父母</w:t>
        <w:br/>
        <w:br/>
        <w:t>C.赡养父母</w:t>
        <w:br/>
        <w:br/>
        <w:t>D.祭祀祖先</w:t>
        <w:br/>
        <w:br/>
        <w:t>2. 在当代社会，践行孝道的方式包括哪些？（ ）</w:t>
        <w:br/>
        <w:br/>
        <w:t>A.经济上供养父母</w:t>
        <w:br/>
        <w:br/>
        <w:t>B.生活上照顾父母</w:t>
        <w:br/>
        <w:br/>
        <w:t>C.精神上慰藉父母</w:t>
        <w:br/>
        <w:br/>
        <w:t>D.尊重父母的选择和生活方式</w:t>
        <w:br/>
        <w:br/>
        <w:t xml:space="preserve"> 五、简答题（共2题，每题5分）</w:t>
        <w:br/>
        <w:br/>
        <w:t>1. 简述孝道文化在中国传统文化中的地位和作用。</w:t>
        <w:br/>
        <w:br/>
        <w:t>2. 结合当代社会实际，谈谈如何在现代社会中践行孝道。</w:t>
        <w:br/>
        <w:br/>
        <w:t xml:space="preserve"> 参考答案及解析</w:t>
        <w:br/>
        <w:br/>
        <w:t xml:space="preserve"> 一、单项选择题</w:t>
        <w:br/>
        <w:br/>
        <w:t>1. 答案：A.《论语》</w:t>
        <w:br/>
        <w:br/>
        <w:t>解析：虽然《孝经》是专门论述孝道的经典，但"孝"的概念最早出现在《论语》中。孔子在《论语》中多次提到孝道，如"孝悌也者，其为仁之本与"，奠定了儒家孝道思想的基础。</w:t>
        <w:br/>
        <w:br/>
        <w:t>2. 答案：C.顺从父母</w:t>
        <w:br/>
        <w:br/>
        <w:t>解析："二十四孝"故事主要体现了传统孝道中的"顺从"观念，如"卧冰求鲤"、"郭巨埋儿"等故事都强调了子女对父母的绝对顺从和牺牲精神。</w:t>
        <w:br/>
        <w:br/>
        <w:t>3. 答案：D.平民之孝</w:t>
        <w:br/>
        <w:br/>
        <w:t>解析：《孝经》中提出的"五孝"包括：天子之孝、诸侯之孝、卿大夫之孝、士之孝和庶人之孝，没有"平民之孝"这一说法。</w:t>
        <w:br/>
        <w:br/>
        <w:t>4. 答案：C.批判继承，创新发展</w:t>
        <w:br/>
        <w:br/>
        <w:t>解析：在现代社会，孝道观念应该采取批判继承、创新发展的态度，既要继承传统孝道中的合理成分，如尊敬父母、关爱父母等，也要摒弃其中不适应现代社会的内容，如绝对顺从、男尊女卑等。</w:t>
        <w:br/>
        <w:br/>
        <w:t>5. 答案：D.独立自主</w:t>
        <w:br/>
        <w:br/>
        <w:t>解析：中国传统孝道文化的基本内容包括尊敬父母、顺从父母、赡养父母等，而"独立自主"是现代价值观，与传统孝道中的"顺从"有一定冲突。</w:t>
        <w:br/>
        <w:br/>
        <w:t>6. 答案：B.维护社会秩序</w:t>
        <w:br/>
        <w:br/>
        <w:t>解析：在儒家思想中，"孝"的根本目的是通过家庭伦理的构建来维护社会秩序，实现"修身、齐家、治国、平天下"的理想。孝道被视为社会和谐稳定的基础。</w:t>
        <w:br/>
        <w:br/>
        <w:t>7. 答案：C.完全听从父母意见</w:t>
        <w:br/>
        <w:br/>
        <w:t>解析：现代孝道强调尊重父母的意见，但不意味着完全听从。现代孝道更注重在尊重父母独立人格的基础上，进行平等沟通和相互理解。</w:t>
        <w:br/>
        <w:br/>
        <w:t>8. 答案：C.色难</w:t>
        <w:br/>
        <w:br/>
        <w:t>解析：在传统孝道文化中，"色难"指的是在父母面前保持和悦的神色，被认为是孝道的最高境界。孔子曾说："至于犬马，皆能有养；不敬，何以别乎？"强调了精神层面的孝比物质供养更为重要。</w:t>
        <w:br/>
        <w:br/>
        <w:t>9. 答案：C.荀子</w:t>
        <w:br/>
        <w:br/>
        <w:t>解析：荀子对孝道思想有重要贡献，他在《荀子》中专篇论述孝道，强调孝道的社会功能，认为孝道是维护社会秩序的重要手段。</w:t>
        <w:br/>
        <w:br/>
        <w:t>10. 答案：D.以上都是</w:t>
        <w:br/>
        <w:br/>
        <w:t>解析：在当代中国，孝道文化的价值体现在多个方面：促进家庭和谐、维护社会稳定、培养个人品德等，都是孝道文化的重要价值体现。</w:t>
        <w:br/>
        <w:br/>
        <w:t xml:space="preserve"> 二、填空题</w:t>
        <w:br/>
        <w:br/>
        <w:t>1. 答案：围炉夜话</w:t>
        <w:br/>
        <w:br/>
        <w:t>解析："百善孝为先"这句话出自清代王永彬的《围炉夜话》，是中国传统孝道文化中的一句名言，强调了孝在各种美德中的首要地位。</w:t>
        <w:br/>
        <w:br/>
        <w:t>2. 答案：孔子</w:t>
        <w:br/>
        <w:br/>
        <w:t>解析：《孝经》相传由孔子所作，但实际上可能是汉代学者整理编撰的。该书系统地阐述了孝道的理论和实践，是中国古代专门论述孝道的经典著作。</w:t>
        <w:br/>
        <w:br/>
        <w:t>3. 答案：色难</w:t>
        <w:br/>
        <w:br/>
        <w:t>解析："色难"指的是子女在父母面前保持和悦的神色，是孝道的重要表现。孔子认为，仅仅在物质上供养父母是不够的，更重要的是在精神上对父母保持恭敬和愉悦的态度。</w:t>
        <w:br/>
        <w:br/>
        <w:t>4. 答案：传统美德、现代价值</w:t>
        <w:br/>
        <w:br/>
        <w:t>解析：现代孝道强调在尊重父母独立人格的基础上，实现传统美德与现代价值的统一。这意味着既要继承孝道的核心精神，又要适应现代社会的发展需求。</w:t>
        <w:br/>
        <w:br/>
        <w:t>5. 答案：社会主义核心价值观、精神文明</w:t>
        <w:br/>
        <w:br/>
        <w:t>解析：孝道文化作为中华优秀传统文化的重要组成部分，在当代中国被纳入了社会主义核心价值观和精神文明建设的重要内容，体现了对传统文化的创造性转化和创新性发展。</w:t>
        <w:br/>
        <w:br/>
        <w:t xml:space="preserve"> 三、判断题</w:t>
        <w:br/>
        <w:br/>
        <w:t>1. 答案：×</w:t>
        <w:br/>
        <w:br/>
        <w:t>解析：孝道文化不仅强调子女对父母的义务，也包含父母对子女的责任，如慈爱、教育等。孝道是一种双向的伦理关系，而非单向的义务。</w:t>
        <w:br/>
        <w:br/>
        <w:t>2. 答案：×</w:t>
        <w:br/>
        <w:br/>
        <w:t>解析：孝道文化虽然在形式上有所变化，但其核心价值如尊敬父母、关爱家人等在现代社会仍然具有重要意义，是构建和谐社会的重要基础。</w:t>
        <w:br/>
        <w:br/>
        <w:t>3. 答案：×</w:t>
        <w:br/>
        <w:br/>
        <w:t>解析：传统孝道中的"顺"不是指无条件服从父母的一切决定，而是指在合理范围内的顺从，并且要以"敬"为基础。孔子曾说："事父母几谏，见志不从，又敬不违，劳而不怨。"表明子女可以对父母的过错进行委婉劝谏。</w:t>
        <w:br/>
        <w:br/>
        <w:t>4. 答案：√</w:t>
        <w:br/>
        <w:br/>
        <w:t>解析："不辱其身"是孝道文化的重要内容，强调子女要注意自身修养，不做有损父母声誉的事情，这是对父母养育之恩的回报，也是孝道的体现。</w:t>
        <w:br/>
        <w:br/>
        <w:t>5. 答案：×</w:t>
        <w:br/>
        <w:br/>
        <w:t>解析：孝道文化既重视物质层面的供养，也重视精神层面的关怀。孔子曾说："今之孝者，是谓能养。至于犬马，皆能有养；不敬，何以别乎？"强调了精神层面的孝比物质供养更为重要。</w:t>
        <w:br/>
        <w:br/>
        <w:t xml:space="preserve"> 四、多项选择题</w:t>
        <w:br/>
        <w:br/>
        <w:t>1. 答案：A、B、C、D</w:t>
        <w:br/>
        <w:br/>
        <w:t>解析：传统孝道文化的基本内容包括：尊敬父母（孝）、顺从父母（顺）、赡养父母（养）、祭祀祖先（祭）等。这些都是传统孝道文化的重要组成部分。</w:t>
        <w:br/>
        <w:br/>
        <w:t>2. 答案：A、B、C、D</w:t>
        <w:br/>
        <w:br/>
        <w:t>解析：在当代社会，践行孝道的方式多种多样，包括：经济上供养父母、生活上照顾父母、精神上慰藉父母、尊重父母的选择和生活方式等。这些都是现代孝道的重要表现形式。</w:t>
        <w:br/>
        <w:br/>
        <w:t xml:space="preserve"> 五、简答题</w:t>
        <w:br/>
        <w:br/>
        <w:t>1. 答案：</w:t>
        <w:br/>
        <w:br/>
        <w:t>孝道文化在中国传统文化中占据核心地位，是儒家伦理思想的重要组成部分。首先，孝道被视为"仁"的基础，孔子说"孝悌也者，其为仁之本与"，表明孝道是仁爱的起点。其次，孝道是维系家庭和谐的重要纽带，通过孝道可以促进家庭成员之间的相互关爱和理解。再次，孝道被视为社会秩序的基础，通过"修身、齐家、治国、平天下"的逻辑，将家庭伦理扩展到社会伦理，成为维护社会稳定的重要力量。最后，孝道文化还承载着中华民族的文化认同和民族精神，是中华文明的重要标志。</w:t>
        <w:br/>
        <w:br/>
        <w:t>2. 答案：</w:t>
        <w:br/>
        <w:br/>
        <w:t>在现代社会中践行孝道，需要结合当代社会的实际情况，采取以下方式：首先，尊重父母的独立人格和选择，不将自己的意愿强加于父母，实现平等沟通。其次，在经济条件允许的情况下，给予父母适当的经济支持，但更重要的是在精神上给予关怀，如经常与父母沟通交流，关注父母的身心健康。再次，利用现代科技手段，如视频通话、社交媒体等，与父母保持联系，特别是对于异地工作的子女。此外，还要注重以身作则，为子女树立良好榜样，形成良好的家风。最后，要认识到孝道不仅是个人行为，也是社会责任，积极参与孝道文化的传承和创新，推动形成尊老爱老的社会风尚。</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