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2025年护士考试大纲试题及答案</w:t>
      </w:r>
    </w:p>
    <w:p>
      <w:r>
        <w:br/>
        <w:t>一、单项选择题（共10题，每题2分）</w:t>
        <w:br/>
        <w:br/>
        <w:t>1. 护理学的基本理论不包括以下哪一项？</w:t>
        <w:br/>
        <w:br/>
        <w:t>A. 适应模式</w:t>
        <w:br/>
        <w:br/>
        <w:t>B. 系统理论</w:t>
        <w:br/>
        <w:br/>
        <w:t>C. 需求层次理论</w:t>
        <w:br/>
        <w:br/>
        <w:t>D. 进化论</w:t>
        <w:br/>
        <w:br/>
        <w:t>2. 以下哪项不属于护理程序的基本步骤？</w:t>
        <w:br/>
        <w:br/>
        <w:t>A. 评估</w:t>
        <w:br/>
        <w:br/>
        <w:t>B. 诊断</w:t>
        <w:br/>
        <w:br/>
        <w:t>C. 计划</w:t>
        <w:br/>
        <w:br/>
        <w:t>D. 预测</w:t>
        <w:br/>
        <w:br/>
        <w:t>3. 在无菌技术操作中，无菌物品的有效期通常为：</w:t>
        <w:br/>
        <w:br/>
        <w:t>A. 12小时</w:t>
        <w:br/>
        <w:br/>
        <w:t>B. 24小时</w:t>
        <w:br/>
        <w:br/>
        <w:t>C. 36小时</w:t>
        <w:br/>
        <w:br/>
        <w:t>D. 48小时</w:t>
        <w:br/>
        <w:br/>
        <w:t>4. 关于静脉输液，下列说法正确的是：</w:t>
        <w:br/>
        <w:br/>
        <w:t>A. 输液速度应固定不变</w:t>
        <w:br/>
        <w:br/>
        <w:t>B. 输液过程中不需要观察患者反应</w:t>
        <w:br/>
        <w:br/>
        <w:t>C. 输液前必须确认输液器无气泡</w:t>
        <w:br/>
        <w:br/>
        <w:t>D. 输液时患者可以自由活动</w:t>
        <w:br/>
        <w:br/>
        <w:t>5. 下列哪项不是护理记录的基本原则？</w:t>
        <w:br/>
        <w:br/>
        <w:t>A. 及时性</w:t>
        <w:br/>
        <w:br/>
        <w:t>B. 准确性</w:t>
        <w:br/>
        <w:br/>
        <w:t>C. 主观性</w:t>
        <w:br/>
        <w:br/>
        <w:t>D. 完整性</w:t>
        <w:br/>
        <w:br/>
        <w:t>6. 在给患者进行皮下注射时，进针角度应为：</w:t>
        <w:br/>
        <w:br/>
        <w:t>A. 15°</w:t>
        <w:br/>
        <w:br/>
        <w:t>B. 30°</w:t>
        <w:br/>
        <w:br/>
        <w:t>C. 45°</w:t>
        <w:br/>
        <w:br/>
        <w:t>D. 90°</w:t>
        <w:br/>
        <w:br/>
        <w:t>7. 关于医疗废物的分类处理，下列说法错误的是：</w:t>
        <w:br/>
        <w:br/>
        <w:t>A. 感染性废物应使用黄色垃圾袋</w:t>
        <w:br/>
        <w:br/>
        <w:t>B. 损伤性废物应使用锐器盒</w:t>
        <w:br/>
        <w:br/>
        <w:t>C. 药物性废物应使用黑色垃圾袋</w:t>
        <w:br/>
        <w:br/>
        <w:t>D. 化学性废物应使用专用容器</w:t>
        <w:br/>
        <w:br/>
        <w:t>8. 护理伦理的核心原则不包括：</w:t>
        <w:br/>
        <w:br/>
        <w:t>A. 尊重自主原则</w:t>
        <w:br/>
        <w:br/>
        <w:t>B. 不伤害原则</w:t>
        <w:br/>
        <w:br/>
        <w:t>C. 有利原则</w:t>
        <w:br/>
        <w:br/>
        <w:t>D. 效率原则</w:t>
        <w:br/>
        <w:br/>
        <w:t>9. 下列哪项不是常见的不良反应监测指标？</w:t>
        <w:br/>
        <w:br/>
        <w:t>A. 体温</w:t>
        <w:br/>
        <w:br/>
        <w:t>B. 血压</w:t>
        <w:br/>
        <w:br/>
        <w:t>C. 心率</w:t>
        <w:br/>
        <w:br/>
        <w:t>D. 身高</w:t>
        <w:br/>
        <w:br/>
        <w:t>10. 在护理沟通中，积极倾听的特点不包括：</w:t>
        <w:br/>
        <w:br/>
        <w:t>A. 全神贯注</w:t>
        <w:br/>
        <w:br/>
        <w:t>B. 不随意打断</w:t>
        <w:br/>
        <w:br/>
        <w:t>C. 快速给出建议</w:t>
        <w:br/>
        <w:br/>
        <w:t>D. 适当回应</w:t>
        <w:br/>
        <w:br/>
        <w:t>二、填空题（共6题，每题2分）</w:t>
        <w:br/>
        <w:br/>
        <w:t>1. 护理程序的四个基本步骤是评估、诊断、计划和________。</w:t>
        <w:br/>
        <w:br/>
        <w:t>2. 无菌技术操作中，无菌区与有菌区应保持________以上的距离。</w:t>
        <w:br/>
        <w:br/>
        <w:t>3. 静脉输液时，成人一般输液速度为________滴/分钟。</w:t>
        <w:br/>
        <w:br/>
        <w:t>4. 护理记录应遵循"________、准确、完整、简明"的原则。</w:t>
        <w:br/>
        <w:br/>
        <w:t>5. 医疗废物分为感染性废物、病理性废物、损伤性废物、药物性废物和________废物。</w:t>
        <w:br/>
        <w:br/>
        <w:t>6. 护理伦理的四个基本原则是尊重自主原则、不伤害原则、有利原则和________原则。</w:t>
        <w:br/>
        <w:br/>
        <w:t>三、判断题（共6题，每题2分）</w:t>
        <w:br/>
        <w:br/>
        <w:t>1. 护理诊断是医生对患者的健康问题做出的判断。（ ）</w:t>
        <w:br/>
        <w:br/>
        <w:t>2. 在进行肌肉注射时，应选择肌肉丰厚、远离大血管和神经的部位。（ ）</w:t>
        <w:br/>
        <w:br/>
        <w:t>3. 医疗锐器使用后应立即回套针帽，以防刺伤他人。（ ）</w:t>
        <w:br/>
        <w:br/>
        <w:t>4. 护理记录可以使用涂改液进行修改。（ ）</w:t>
        <w:br/>
        <w:br/>
        <w:t>5. 给患者进行口腔护理时，应从内向外擦洗牙齿。（ ）</w:t>
        <w:br/>
        <w:br/>
        <w:t>6. 护理人员应尊重患者的隐私权，即使在紧急情况下也应尽量保护患者隐私。（ ）</w:t>
        <w:br/>
        <w:br/>
        <w:t>四、多项选择题（共2题，每题2分）</w:t>
        <w:br/>
        <w:br/>
        <w:t>1. 下列哪些属于护理评估的内容？（ ）</w:t>
        <w:br/>
        <w:br/>
        <w:t>A. 患者生命体征</w:t>
        <w:br/>
        <w:br/>
        <w:t>B. 患者心理状态</w:t>
        <w:br/>
        <w:br/>
        <w:t>C. 患者社会支持系统</w:t>
        <w:br/>
        <w:br/>
        <w:t>D. 患者经济状况</w:t>
        <w:br/>
        <w:br/>
        <w:t>E. 患者文化背景</w:t>
        <w:br/>
        <w:br/>
        <w:t>2. 下列哪些情况需要立即报告医生？（ ）</w:t>
        <w:br/>
        <w:br/>
        <w:t>A. 患者体温超过39℃</w:t>
        <w:br/>
        <w:br/>
        <w:t>B. 患者血压突然下降</w:t>
        <w:br/>
        <w:br/>
        <w:t>C. 患者出现呼吸困难</w:t>
        <w:br/>
        <w:br/>
        <w:t>D. 患者情绪低落</w:t>
        <w:br/>
        <w:br/>
        <w:t>E. 患者输液部位出现红肿</w:t>
        <w:br/>
        <w:br/>
        <w:t>五、简答题（共2题，每题5分）</w:t>
        <w:br/>
        <w:br/>
        <w:t>1. 简述护理程序的基本步骤及其内容。</w:t>
        <w:br/>
        <w:br/>
        <w:t>2. 简述无菌技术操作的基本原则。</w:t>
        <w:br/>
        <w:br/>
        <w:t>答案及解析</w:t>
        <w:br/>
        <w:br/>
        <w:t>一、单项选择题答案及解析</w:t>
        <w:br/>
        <w:br/>
        <w:t>1. 答案：D</w:t>
        <w:br/>
        <w:br/>
        <w:t>解析：护理学的基本理论包括适应模式、系统理论、需求层次理论等，这些理论为护理实践提供了理论指导。进化论是生物学理论，不属于护理学的基本理论。</w:t>
        <w:br/>
        <w:br/>
        <w:t>2. 答案：D</w:t>
        <w:br/>
        <w:br/>
        <w:t>解析：护理程序的基本步骤包括评估、诊断、计划和实施、评价五个步骤，不包括预测。预测不是护理程序的正式步骤。</w:t>
        <w:br/>
        <w:br/>
        <w:t>3. 答案：B</w:t>
        <w:br/>
        <w:br/>
        <w:t>解析：在无菌技术操作中，无菌物品的有效期通常为24小时。超过24小时的无菌物品可能已被污染，不能再视为无菌物品使用。</w:t>
        <w:br/>
        <w:br/>
        <w:t>4. 答案：C</w:t>
        <w:br/>
        <w:br/>
        <w:t>解析：静脉输液前必须确认输液器无气泡，因为气泡进入血管可能导致空气栓塞，危及患者生命。输液速度应根据患者情况调整，输液过程中应密切观察患者反应，输液时患者应适当限制活动。</w:t>
        <w:br/>
        <w:br/>
        <w:t>5. 答案：C</w:t>
        <w:br/>
        <w:br/>
        <w:t>解析：护理记录的基本原则包括及时性、准确性、完整性和客观性，不包括主观性。护理记录应基于客观事实，避免主观臆断。</w:t>
        <w:br/>
        <w:br/>
        <w:t>6. 答案：C</w:t>
        <w:br/>
        <w:br/>
        <w:t>解析：给患者进行皮下注射时，进针角度通常为45°。对于较瘦的患者或儿童，可使用30°或15°的角度。</w:t>
        <w:br/>
        <w:br/>
        <w:t>7. 答案：C</w:t>
        <w:br/>
        <w:br/>
        <w:t>解析：医疗废物的分类处理中，感染性废物使用黄色垃圾袋，损伤性废物使用锐器盒，药物性废物使用褐色垃圾袋，化学性废物使用专用容器。黑色垃圾袋用于生活垃圾。</w:t>
        <w:br/>
        <w:br/>
        <w:t>8. 答案：D</w:t>
        <w:br/>
        <w:br/>
        <w:t>解析：护理伦理的核心原则包括尊重自主原则、不伤害原则、有利原则和公正原则，不包括效率原则。效率是管理学的概念，不是护理伦理的核心原则。</w:t>
        <w:br/>
        <w:br/>
        <w:t>9. 答案：D</w:t>
        <w:br/>
        <w:br/>
        <w:t>解析：常见的不良反应监测指标包括体温、血压、心率、呼吸频率等生理指标，身高不属于不良反应监测指标。</w:t>
        <w:br/>
        <w:br/>
        <w:t>10. 答案：C</w:t>
        <w:br/>
        <w:br/>
        <w:t>解析：积极倾听的特点包括全神贯注、不随意打断、适当回应等，不包括快速给出建议。积极倾听的重点是理解患者，而不是急于提供建议。</w:t>
        <w:br/>
        <w:br/>
        <w:t>二、填空题答案及解析</w:t>
        <w:br/>
        <w:br/>
        <w:t>1. 答案：实施</w:t>
        <w:br/>
        <w:br/>
        <w:t>解析：护理程序的基本步骤包括评估、诊断、计划、实施和评价。实施是护理程序的第三个基本步骤，即根据计划执行护理措施。</w:t>
        <w:br/>
        <w:br/>
        <w:t>2. 答案：30厘米</w:t>
        <w:br/>
        <w:br/>
        <w:t>解析：在无菌技术操作中，无菌区与有菌区应保持30厘米以上的距离，以避免交叉污染。这是无菌技术操作的基本要求。</w:t>
        <w:br/>
        <w:br/>
        <w:t>3. 答案：40-60</w:t>
        <w:br/>
        <w:br/>
        <w:t>解析：静脉输液时，成人一般输液速度为40-60滴/分钟。根据患者情况和药物性质，输液速度可能需要调整。</w:t>
        <w:br/>
        <w:br/>
        <w:t>4. 答案：及时</w:t>
        <w:br/>
        <w:br/>
        <w:t>解析：护理记录应遵循"及时、准确、完整、简明"的原则。及时记录患者的病情变化和护理措施，有助于保证护理质量和连续性。</w:t>
        <w:br/>
        <w:br/>
        <w:t>5. 答案：化学性</w:t>
        <w:br/>
        <w:br/>
        <w:t>解析：医疗废物分为感染性废物、病理性废物、损伤性废物、药物性废物和化学性废物五类。各类废物应按照规定进行分类处理。</w:t>
        <w:br/>
        <w:br/>
        <w:t>6. 答案：公正</w:t>
        <w:br/>
        <w:br/>
        <w:t>解析：护理伦理的四个基本原则是尊重自主原则、不伤害原则、有利原则和公正原则。公正原则要求护理人员公平对待每一位患者。</w:t>
        <w:br/>
        <w:br/>
        <w:t>三、判断题答案及解析</w:t>
        <w:br/>
        <w:br/>
        <w:t>1. 答案：×</w:t>
        <w:br/>
        <w:br/>
        <w:t>解析：护理诊断是护士对患者的健康问题做出的判断，而不是医生。护理诊断关注的是患者对健康问题的反应，而不仅仅是疾病本身。</w:t>
        <w:br/>
        <w:br/>
        <w:t>2. 答案：√</w:t>
        <w:br/>
        <w:br/>
        <w:t>解析：在进行肌肉注射时，应选择肌肉丰厚、远离大血管和神经的部位，如臀大肌、股外侧肌等。这样可以减少注射并发症的风险。</w:t>
        <w:br/>
        <w:br/>
        <w:t>3. 答案：×</w:t>
        <w:br/>
        <w:br/>
        <w:t>解析：医疗锐器使用后不应回套针帽，因为这样容易导致刺伤。正确的做法是将锐器直接放入锐器盒中。</w:t>
        <w:br/>
        <w:br/>
        <w:t>4. 答案：×</w:t>
        <w:br/>
        <w:br/>
        <w:t>解析：护理记录不应使用涂改液进行修改，如果记录有误，应在错误处划线，在旁边更正并签名，保持记录的原始性和可追溯性。</w:t>
        <w:br/>
        <w:br/>
        <w:t>5. 答案：×</w:t>
        <w:br/>
        <w:br/>
        <w:t>解析：给患者进行口腔护理时，应从外向内擦洗牙齿，即从牙齿外侧向内侧擦洗，这样可以避免将口腔内的细菌带到牙齿表面。</w:t>
        <w:br/>
        <w:br/>
        <w:t>6. 答案：√</w:t>
        <w:br/>
        <w:br/>
        <w:t>解析：护理人员应尊重患者的隐私权，即使在紧急情况下也应尽量保护患者隐私。这是护理伦理的基本要求，也是法律法规的规定。</w:t>
        <w:br/>
        <w:br/>
        <w:t>四、多项选择题答案及解析</w:t>
        <w:br/>
        <w:br/>
        <w:t>1. 答案：ABCDE</w:t>
        <w:br/>
        <w:br/>
        <w:t>解析：护理评估的内容包括患者生命体征、心理状态、社会支持系统、经济状况、文化背景等全面信息。全面的评估是制定个性化护理计划的基础。</w:t>
        <w:br/>
        <w:br/>
        <w:t>2. 答案：ABCE</w:t>
        <w:br/>
        <w:br/>
        <w:t>解析：需要立即报告医生的情况包括：患者体温超过39℃（高热）、血压突然下降（休克征象）、出现呼吸困难（呼吸系统问题）、输液部位出现红肿（可能的感染或渗漏）。患者情绪低落虽然需要关注，但通常不是立即需要医生处理的紧急情况。</w:t>
        <w:br/>
        <w:br/>
        <w:t>五、简答题答案及解析</w:t>
        <w:br/>
        <w:br/>
        <w:t>1. 答案：</w:t>
        <w:br/>
        <w:br/>
        <w:t>护理程序的基本步骤及其内容如下：</w:t>
        <w:br/>
        <w:br/>
        <w:t>（1）评估：收集患者的健康资料，包括主观资料（患者主诉）和客观资料（护士观察和检查所得）。</w:t>
        <w:br/>
        <w:br/>
        <w:t>（2）诊断：根据评估资料，确定患者的健康问题、原因和相关因素，形成护理诊断。</w:t>
        <w:br/>
        <w:br/>
        <w:t>（3）计划：确定护理目标，制定护理措施，并按优先级排序。</w:t>
        <w:br/>
        <w:br/>
        <w:t>（4）实施：执行护理计划中的各项措施，包括直接护理和间接护理。</w:t>
        <w:br/>
        <w:br/>
        <w:t>（5）评价：将患者的实际健康状况与预期目标进行比较，判断护理措施的有效性，并根据需要调整护理计划。</w:t>
        <w:br/>
        <w:br/>
        <w:t>解析：护理程序是一种系统性的、科学的解决问题方法，是护理工作的基本框架。它通过评估、诊断、计划、实施和评价五个步骤，帮助护士为患者提供个体化、连续性的护理服务。</w:t>
        <w:br/>
        <w:br/>
        <w:t>2. 答案：</w:t>
        <w:br/>
        <w:br/>
        <w:t>无菌技术操作的基本原则包括：</w:t>
        <w:br/>
        <w:br/>
        <w:t>（1）操作环境应清洁、宽敞、光线充足，定期进行空气消毒。</w:t>
        <w:br/>
        <w:br/>
        <w:t>（2）操作人员应修剪指甲，洗手，戴帽子、口罩，必要时穿无菌衣、戴无菌手套。</w:t>
        <w:br/>
        <w:br/>
        <w:t>（3）无菌物品与非无菌物品应分开放置，无菌区与有菌区应明确区分。</w:t>
        <w:br/>
        <w:br/>
        <w:t>（4）无菌物品一旦被污染或疑似污染，应立即视为非无菌物品。</w:t>
        <w:br/>
        <w:br/>
        <w:t>（5）无菌物品应放在无菌容器或无菌包内，有效期内使用。</w:t>
        <w:br/>
        <w:br/>
        <w:t>（6）取用无菌物品时，手不能接触无菌物品的非无菌部分。</w:t>
        <w:br/>
        <w:br/>
        <w:t>（7）无菌物品一旦取出，即使未使用，也不能放回无菌容器或包内。</w:t>
        <w:br/>
        <w:br/>
        <w:t>解析：无菌技术是预防感染的重要措施，其核心是防止微生物污染无菌物品和操作区域。遵循无菌技术操作的基本原则，可以有效减少医院感染的发生，保障患者安全。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