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2025年文化考试试题及答案</w:t>
      </w:r>
    </w:p>
    <w:p>
      <w:r>
        <w:br/>
        <w:t xml:space="preserve"> 一、单项选择题（共10题，每题2分，共20分）</w:t>
        <w:br/>
        <w:br/>
        <w:t>1. 下列哪部作品不是曹雪芹所著？</w:t>
        <w:br/>
        <w:br/>
        <w:t>A. 《红楼梦》</w:t>
        <w:br/>
        <w:br/>
        <w:t>B. 《石头记》</w:t>
        <w:br/>
        <w:br/>
        <w:t>C. 《西游记》</w:t>
        <w:br/>
        <w:br/>
        <w:t>D. 《情僧录》</w:t>
        <w:br/>
        <w:br/>
        <w:t>2. 中国古代四大发明不包括以下哪一项？</w:t>
        <w:br/>
        <w:br/>
        <w:t>A. 造纸术</w:t>
        <w:br/>
        <w:br/>
        <w:t>B. 指南针</w:t>
        <w:br/>
        <w:br/>
        <w:t>C. 火药</w:t>
        <w:br/>
        <w:br/>
        <w:t>D. 望远镜</w:t>
        <w:br/>
        <w:br/>
        <w:t>3. 下列哪位不是"唐宋八大家"之一？</w:t>
        <w:br/>
        <w:br/>
        <w:t>A. 韩愈</w:t>
        <w:br/>
        <w:br/>
        <w:t>B. 柳宗元</w:t>
        <w:br/>
        <w:br/>
        <w:t>C. 李白</w:t>
        <w:br/>
        <w:br/>
        <w:t>D. 欧阳修</w:t>
        <w:br/>
        <w:br/>
        <w:t>4. 以下哪个节日不属于中国传统节日？</w:t>
        <w:br/>
        <w:br/>
        <w:t>A. 春节</w:t>
        <w:br/>
        <w:br/>
        <w:t>B. 端午节</w:t>
        <w:br/>
        <w:br/>
        <w:t>C. 感恩节</w:t>
        <w:br/>
        <w:br/>
        <w:t>D. 中秋节</w:t>
        <w:br/>
        <w:br/>
        <w:t>5. "己所不欲，勿施于人"出自哪部儒家经典？</w:t>
        <w:br/>
        <w:br/>
        <w:t>A. 《论语》</w:t>
        <w:br/>
        <w:br/>
        <w:t>B. 《孟子》</w:t>
        <w:br/>
        <w:br/>
        <w:t>C. 《大学》</w:t>
        <w:br/>
        <w:br/>
        <w:t>D. 《中庸》</w:t>
        <w:br/>
        <w:br/>
        <w:t>6. 下列哪位画家不是"扬州八怪"之一？</w:t>
        <w:br/>
        <w:br/>
        <w:t>A. 郑板桥</w:t>
        <w:br/>
        <w:br/>
        <w:t>B. 金农</w:t>
        <w:br/>
        <w:br/>
        <w:t>C. 齐白石</w:t>
        <w:br/>
        <w:br/>
        <w:t>D. 黄慎</w:t>
        <w:br/>
        <w:br/>
        <w:t>7. 以下哪部作品是莎士比亚的四大悲剧之一？</w:t>
        <w:br/>
        <w:br/>
        <w:t>A. 《哈姆雷特》</w:t>
        <w:br/>
        <w:br/>
        <w:t>B. 《傲慢与偏见》</w:t>
        <w:br/>
        <w:br/>
        <w:t>C. 《简·爱》</w:t>
        <w:br/>
        <w:br/>
        <w:t>D. 《呼啸山庄》</w:t>
        <w:br/>
        <w:br/>
        <w:t>8. 中国古代"六艺"不包括以下哪项？</w:t>
        <w:br/>
        <w:br/>
        <w:t>A. 礼</w:t>
        <w:br/>
        <w:br/>
        <w:t>B. 乐</w:t>
        <w:br/>
        <w:br/>
        <w:t>C. 射</w:t>
        <w:br/>
        <w:br/>
        <w:t>D. 数</w:t>
        <w:br/>
        <w:br/>
        <w:t>9. 下列哪位不是中国古代四大美女？</w:t>
        <w:br/>
        <w:br/>
        <w:t>A. 西施</w:t>
        <w:br/>
        <w:br/>
        <w:t>B. 王昭君</w:t>
        <w:br/>
        <w:br/>
        <w:t>C. 杨贵妃</w:t>
        <w:br/>
        <w:br/>
        <w:t>D. 李清照</w:t>
        <w:br/>
        <w:br/>
        <w:t>10. 以下哪位科学家提出了相对论？</w:t>
        <w:br/>
        <w:br/>
        <w:t>A. 牛顿</w:t>
        <w:br/>
        <w:br/>
        <w:t>B. 爱因斯坦</w:t>
        <w:br/>
        <w:br/>
        <w:t>C. 居里夫人</w:t>
        <w:br/>
        <w:br/>
        <w:t>D. 霍金</w:t>
        <w:br/>
        <w:br/>
        <w:t xml:space="preserve"> 二、填空题（共6题，每题2分，共12分）</w:t>
        <w:br/>
        <w:br/>
        <w:t>1. "路漫漫其修远兮，吾将上下而求索"出自屈原的《________》。</w:t>
        <w:br/>
        <w:br/>
        <w:t>2. 中国古代将"琴、棋、书、画"合称为"________"。</w:t>
        <w:br/>
        <w:br/>
        <w:t>3. 《清明上河图》是北宋画家________的代表作。</w:t>
        <w:br/>
        <w:br/>
        <w:t>4. "知识就是力量"这句名言的提出者是英国哲学家________。</w:t>
        <w:br/>
        <w:br/>
        <w:t>5. 中国古代科举制度中，殿试的第一名称为"________"。</w:t>
        <w:br/>
        <w:br/>
        <w:t>6. 《蒙娜丽莎》是文艺复兴时期画家________的代表作。</w:t>
        <w:br/>
        <w:br/>
        <w:t xml:space="preserve"> 三、判断题（共6题，每题2分，共12分）</w:t>
        <w:br/>
        <w:br/>
        <w:t>1. 《红楼梦》原名《石头记》，是中国古典小说的巅峰之作。（ ）</w:t>
        <w:br/>
        <w:br/>
        <w:t>2. "三纲五常"中的"三纲"指的是"君为臣纲、父为子纲、夫为妻纲"。（ ）</w:t>
        <w:br/>
        <w:br/>
        <w:t>3. 《清明》是唐代诗人杜牧描写清明节的名作。（ ）</w:t>
        <w:br/>
        <w:br/>
        <w:t>4. "四大发明"是指造纸术、印刷术、指南针和火药。（ ）</w:t>
        <w:br/>
        <w:br/>
        <w:t>5. 《百年孤独》是法国作家雨果的代表作。（ ）</w:t>
        <w:br/>
        <w:br/>
        <w:t>6. 中国古代将"梅、兰、竹、菊"合称为"四君子"。（ ）</w:t>
        <w:br/>
        <w:br/>
        <w:t xml:space="preserve"> 四、多项选择题（共2题，每题2分，共4分）</w:t>
        <w:br/>
        <w:br/>
        <w:t>1. 下列哪些属于中国古代"四大名著"？</w:t>
        <w:br/>
        <w:br/>
        <w:t>A. 《红楼梦》</w:t>
        <w:br/>
        <w:br/>
        <w:t>B. 《三国演义》</w:t>
        <w:br/>
        <w:br/>
        <w:t>C. 《水浒传》</w:t>
        <w:br/>
        <w:br/>
        <w:t>D. 《西游记》</w:t>
        <w:br/>
        <w:br/>
        <w:t>E. 《金瓶梅》</w:t>
        <w:br/>
        <w:br/>
        <w:t>2. 以下哪些是孔子提出的教育思想？</w:t>
        <w:br/>
        <w:br/>
        <w:t>A. 有教无类</w:t>
        <w:br/>
        <w:br/>
        <w:t>B. 因材施教</w:t>
        <w:br/>
        <w:br/>
        <w:t>C. 温故知新</w:t>
        <w:br/>
        <w:br/>
        <w:t>D. 学而优则仕</w:t>
        <w:br/>
        <w:br/>
        <w:t>E. 知行合一</w:t>
        <w:br/>
        <w:br/>
        <w:t xml:space="preserve"> 五、简答题（共2题，每题5分，共10分）</w:t>
        <w:br/>
        <w:br/>
        <w:t>1. 简述中国传统文化的核心价值观。</w:t>
        <w:br/>
        <w:br/>
        <w:t>2. 请简述文艺复兴运动的历史意义。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解析：《西游记》的作者是明代小说家吴承恩，而《红楼梦》、《石头记》和《情僧录》都是曹雪芹所著的《红楼梦》的不同名称。</w:t>
        <w:br/>
        <w:br/>
        <w:t>2. 答案：D</w:t>
        <w:br/>
        <w:br/>
        <w:t>解析：中国古代四大发明是造纸术、指南针、火药和印刷术，望远镜是近代西方的发明，不属于中国古代四大发明。</w:t>
        <w:br/>
        <w:br/>
        <w:t>3. 答案：C</w:t>
        <w:br/>
        <w:br/>
        <w:t>解析："唐宋八大家"包括韩愈、柳宗元、欧阳修、苏洵、苏轼、苏辙、王安石、曾巩，李白是唐代著名诗人，但不属于"唐宋八大家"。</w:t>
        <w:br/>
        <w:br/>
        <w:t>4. 答案：C</w:t>
        <w:br/>
        <w:br/>
        <w:t>解析：春节、端午节、中秋节都是中国传统节日，而感恩节是西方国家的节日，起源于美国。</w:t>
        <w:br/>
        <w:br/>
        <w:t>5. 答案：A</w:t>
        <w:br/>
        <w:br/>
        <w:t>解析："己所不欲，勿施于人"出自《论语·卫灵公》，是孔子提出的重要道德准则。</w:t>
        <w:br/>
        <w:br/>
        <w:t>6. 答案：C</w:t>
        <w:br/>
        <w:br/>
        <w:t>解析："扬州八怪"包括郑板桥、金农、黄慎等人，齐白石是近代著名画家，不属于"扬州八怪"。</w:t>
        <w:br/>
        <w:br/>
        <w:t>7. 答案：A</w:t>
        <w:br/>
        <w:br/>
        <w:t>解析：莎士比亚的四大悲剧是《哈姆雷特》、《奥赛罗》、《李尔王》和《麦克白》，《傲慢与偏见》是简·奥斯汀的作品，《简·爱》是夏洛蒂·勃朗特的作品，《呼啸山庄》是艾米莉·勃朗特的作品。</w:t>
        <w:br/>
        <w:br/>
        <w:t>8. 答案：D</w:t>
        <w:br/>
        <w:br/>
        <w:t>解析：中国古代"六艺"指的是"礼、乐、射、御、书、数"，不包括"数"（数学）以外的其他学科。</w:t>
        <w:br/>
        <w:br/>
        <w:t>9. 答案：D</w:t>
        <w:br/>
        <w:br/>
        <w:t>解析：中国古代四大美女是西施、王昭君、杨贵妃和貂蝉，李清照是宋代女词人，不属于四大美女。</w:t>
        <w:br/>
        <w:br/>
        <w:t>10. 答案：B</w:t>
        <w:br/>
        <w:br/>
        <w:t>解析：爱因斯坦提出了相对论，包括狭义相对论和广义相对论；牛顿提出了经典力学三大定律；居里夫人发现了镭和钋两种元素；霍金是当代著名物理学家，主要研究黑洞和宇宙学。</w:t>
        <w:br/>
        <w:br/>
        <w:t xml:space="preserve"> 二、填空题</w:t>
        <w:br/>
        <w:br/>
        <w:t>1. 答案：离骚</w:t>
        <w:br/>
        <w:br/>
        <w:t>解析："路漫漫其修远兮，吾将上下而求索"出自屈原的《离骚》，表达了诗人追求理想、坚持不懈的精神。</w:t>
        <w:br/>
        <w:br/>
        <w:t>2. 答案：四艺</w:t>
        <w:br/>
        <w:br/>
        <w:t>解析："琴、棋、书、画"是中国古代文人必备的四项技能，合称为"四艺"，体现了中国古代文人的综合素质。</w:t>
        <w:br/>
        <w:br/>
        <w:t>3. 答案：张择端</w:t>
        <w:br/>
        <w:br/>
        <w:t>解析：《清明上河图》是北宋画家张择端创作的风俗画，描绘了北宋都城汴京（今河南开封）的繁荣景象。</w:t>
        <w:br/>
        <w:br/>
        <w:t>4. 答案：培根</w:t>
        <w:br/>
        <w:br/>
        <w:t>解析："知识就是力量"这句名言出自英国哲学家弗朗西斯·培根，强调了知识在人类社会发展中的重要作用。</w:t>
        <w:br/>
        <w:br/>
        <w:t>5. 答案：状元</w:t>
        <w:br/>
        <w:br/>
        <w:t>解析：中国古代科举制度中，殿试的第一名称为"状元"，第二名称为"榜眼"，第三名称为"探花"。</w:t>
        <w:br/>
        <w:br/>
        <w:t>6. 答案：达芬奇</w:t>
        <w:br/>
        <w:br/>
        <w:t>解析：《蒙娜丽莎》是意大利文艺复兴时期画家列奥纳多·达·芬奇的代表作，以其神秘的微笑闻名于世。</w:t>
        <w:br/>
        <w:br/>
        <w:t xml:space="preserve"> 三、判断题</w:t>
        <w:br/>
        <w:br/>
        <w:t>1. 答案：√</w:t>
        <w:br/>
        <w:br/>
        <w:t>解析：《红楼梦》原名《石头记》，是中国古典小说的巅峰之作，由清代作家曹雪芹所著，后四十回一般认为是高鹗续写。</w:t>
        <w:br/>
        <w:br/>
        <w:t>2. 答案：√</w:t>
        <w:br/>
        <w:br/>
        <w:t>解析："三纲五常"是中国古代儒家伦理道德规范，"三纲"指的是"君为臣纲、父为子纲、夫为妻纲"，"五常"指的是"仁、义、礼、智、信"。</w:t>
        <w:br/>
        <w:br/>
        <w:t>3. 答案：×</w:t>
        <w:br/>
        <w:br/>
        <w:t>解析：《清明》是唐代诗人杜牧描写清明节的名作，全诗为："清明时节雨纷纷，路上行人欲断魂。借问酒家何处有，牧童遥指杏花村。"但题目中说的是"杜牧"，而杜牧是唐代诗人，不是宋代诗人。</w:t>
        <w:br/>
        <w:br/>
        <w:t>4. 答案：√</w:t>
        <w:br/>
        <w:br/>
        <w:t>解析：中国古代四大发明是指造纸术、印刷术、指南针和火药，这些发明对世界文明的发展产生了深远影响。</w:t>
        <w:br/>
        <w:br/>
        <w:t>5. 答案：×</w:t>
        <w:br/>
        <w:br/>
        <w:t>解析：《百年孤独》是哥伦比亚作家加西亚·马尔克斯的代表作，不是法国作家雨果的作品。雨果的代表作有《巴黎圣母院》、《悲惨世界》等。</w:t>
        <w:br/>
        <w:br/>
        <w:t>6. 答案：√</w:t>
        <w:br/>
        <w:br/>
        <w:t>解析：中国传统文人将"梅、兰、竹、菊"合称为"四君子"，分别象征着坚韧、高洁、谦逊和淡泊的品格。</w:t>
        <w:br/>
        <w:br/>
        <w:t xml:space="preserve"> 四、多项选择题</w:t>
        <w:br/>
        <w:br/>
        <w:t>1. 答案：ABCD</w:t>
        <w:br/>
        <w:br/>
        <w:t>解析：中国古代四大名著是《红楼梦》、《三国演义》、《水浒传》和《西游记》，这四部代表了中国古典小说的最高成就。《金瓶梅》虽然也是古典小说名著，但不属于"四大名著"之列。</w:t>
        <w:br/>
        <w:br/>
        <w:t>2. 答案：ABCD</w:t>
        <w:br/>
        <w:br/>
        <w:t>解析：孔子提出的教育思想包括"有教无类"（不分贵贱，人人都有受教育的权利）、"因材施教"（根据学生的特点进行教育）、"温故知新"（复习旧知识，学习新知识）和"学而优则仕"（学习优秀的人可以做官）。"知行合一"是明代思想家王阳明提出的教育思想，不是孔子的主张。</w:t>
        <w:br/>
        <w:br/>
        <w:t xml:space="preserve"> 五、简答题</w:t>
        <w:br/>
        <w:br/>
        <w:t>1. 答案：中国传统文化的核心价值观主要包括：</w:t>
        <w:br/>
        <w:br/>
        <w:t>- "仁"：强调人与人之间的关爱和同情</w:t>
        <w:br/>
        <w:br/>
        <w:t>- "义"：强调行为的正当性和道德准则</w:t>
        <w:br/>
        <w:br/>
        <w:t>- "礼"：强调社会秩序和行为规范</w:t>
        <w:br/>
        <w:br/>
        <w:t>- "智"：强调知识和智慧的重要性</w:t>
        <w:br/>
        <w:br/>
        <w:t>- "信"：强调诚实守信的品德</w:t>
        <w:br/>
        <w:br/>
        <w:t>- "和"：强调和谐、中庸的处世哲学</w:t>
        <w:br/>
        <w:br/>
        <w:t>- "孝"：强调尊敬长辈、孝顺父母的传统美德</w:t>
        <w:br/>
        <w:br/>
        <w:t>- "忠"：强调忠诚、尽责的品格</w:t>
        <w:br/>
        <w:br/>
        <w:t>解析：中国传统文化的核心价值观源于儒家思想，经过几千年的发展演变，形成了以"仁义礼智信"为基础，以"和孝忠"等为补充的价值体系。这些价值观不仅影响了中国人的思维方式和行为准则，也对东亚文化圈产生了深远影响。在现代社会，这些价值观仍然具有重要的现实意义，为构建和谐社会提供了思想资源。</w:t>
        <w:br/>
        <w:br/>
        <w:t>2. 答案：文艺复兴运动的历史意义主要体现在以下几个方面：</w:t>
        <w:br/>
        <w:br/>
        <w:t>- 思想解放：打破了中世纪神学思想的束缚，提倡人文主义，强调人的价值和尊严</w:t>
        <w:br/>
        <w:br/>
        <w:t>- 科学进步：推动了近代自然科学的发展，如哥白尼的日心说、伽利略的实验方法等</w:t>
        <w:br/>
        <w:br/>
        <w:t>- 艺术繁荣：产生了达芬奇、米开朗基罗、拉斐尔等艺术大师，创作了大量不朽的艺术作品</w:t>
        <w:br/>
        <w:br/>
        <w:t>- 文化交流：促进了不同地区、不同民族之间的文化交流和融合</w:t>
        <w:br/>
        <w:br/>
        <w:t>- 社会影响：为后来的宗教改革、启蒙运动和资产阶级革命奠定了思想基础</w:t>
        <w:br/>
        <w:br/>
        <w:t>解析：文艺复兴运动是14-17世纪在欧洲兴起的一场思想文化运动，起源于意大利，后扩展到整个欧洲。它标志着中世纪的结束和近代的开始，是欧洲从封建社会向资本主义社会过渡的重要历史阶段。文艺复兴运动不仅带来了艺术和文学的繁荣，更重要的是它所倡导的人文主义思想，改变了人们对世界和自身的认识，为近代科学和民主政治的发展开辟了道路。这场运动的影响远远超出了欧洲，对世界文明进程产生了深远影响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