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36"/>
        </w:rPr>
        <w:t>私人借贷 合同范本</w:t>
      </w:r>
    </w:p>
    <w:p/>
    <w:p>
      <w:pPr>
        <w:spacing w:before="0" w:after="0" w:line="360" w:lineRule="auto"/>
        <w:ind w:firstLine="480"/>
        <w:jc w:val="left"/>
      </w:pPr>
      <w:r>
        <w:t>第一篇范文：合同编号：[填写合同编号]</w:t>
      </w:r>
    </w:p>
    <w:p>
      <w:pPr>
        <w:spacing w:before="0" w:after="0" w:line="360" w:lineRule="auto"/>
        <w:jc w:val="left"/>
      </w:pPr>
      <w:r>
        <w:t>借款人（以下简称“甲方”）：</w:t>
      </w:r>
    </w:p>
    <w:p>
      <w:pPr>
        <w:spacing w:before="0" w:after="0" w:line="360" w:lineRule="auto"/>
        <w:jc w:val="left"/>
      </w:pPr>
      <w:r>
        <w:t>- 姓名：[填写甲方姓名]</w:t>
      </w:r>
    </w:p>
    <w:p>
      <w:pPr>
        <w:spacing w:before="0" w:after="0" w:line="360" w:lineRule="auto"/>
        <w:jc w:val="left"/>
      </w:pPr>
      <w:r>
        <w:t>- 地址：[填写甲方地址]</w:t>
      </w:r>
    </w:p>
    <w:p>
      <w:pPr>
        <w:spacing w:before="0" w:after="0" w:line="360" w:lineRule="auto"/>
        <w:ind w:firstLine="480"/>
        <w:jc w:val="left"/>
      </w:pPr>
      <w:r>
        <w:t>- 身份证号码：[填写甲方身份证号码]</w:t>
      </w:r>
    </w:p>
    <w:p>
      <w:pPr>
        <w:spacing w:before="0" w:after="0" w:line="360" w:lineRule="auto"/>
        <w:jc w:val="left"/>
      </w:pPr>
      <w:r>
        <w:t>出借人（以下简称“乙方”）：</w:t>
      </w:r>
    </w:p>
    <w:p>
      <w:pPr>
        <w:spacing w:before="0" w:after="0" w:line="360" w:lineRule="auto"/>
        <w:jc w:val="left"/>
      </w:pPr>
      <w:r>
        <w:t>- 姓名：[填写乙方姓名]</w:t>
      </w:r>
    </w:p>
    <w:p>
      <w:pPr>
        <w:spacing w:before="0" w:after="0" w:line="360" w:lineRule="auto"/>
        <w:jc w:val="left"/>
      </w:pPr>
      <w:r>
        <w:t>- 地址：[填写乙方地址]</w:t>
      </w:r>
    </w:p>
    <w:p>
      <w:pPr>
        <w:spacing w:before="0" w:after="0" w:line="360" w:lineRule="auto"/>
        <w:ind w:firstLine="480"/>
        <w:jc w:val="left"/>
      </w:pPr>
      <w:r>
        <w:t>- 身份证号码：[填写乙方身份证号码]</w:t>
      </w:r>
    </w:p>
    <w:p>
      <w:pPr>
        <w:spacing w:before="0" w:after="0" w:line="360" w:lineRule="auto"/>
        <w:ind w:firstLine="480"/>
        <w:jc w:val="left"/>
      </w:pPr>
      <w:r>
        <w:t>鉴于甲方因资金需要，向乙方提出借款，经双方友好协商，特订立本合同，共同遵照执行。</w:t>
      </w:r>
    </w:p>
    <w:p>
      <w:pPr>
        <w:spacing w:before="0" w:after="0" w:line="360" w:lineRule="auto"/>
        <w:jc w:val="left"/>
      </w:pPr>
      <w:r>
        <w:t>第一条 借款金额</w:t>
      </w:r>
    </w:p>
    <w:p>
      <w:pPr>
        <w:spacing w:before="0" w:after="0" w:line="360" w:lineRule="auto"/>
        <w:ind w:firstLine="480"/>
        <w:jc w:val="left"/>
      </w:pPr>
      <w:r>
        <w:t>甲方借款金额为人民币[填写金额]元整（大写：[填写金额大写]元整）。</w:t>
      </w:r>
    </w:p>
    <w:p>
      <w:pPr>
        <w:spacing w:before="0" w:after="0" w:line="360" w:lineRule="auto"/>
        <w:jc w:val="left"/>
      </w:pPr>
      <w:r>
        <w:t>第二条 借款期限</w:t>
      </w:r>
    </w:p>
    <w:p>
      <w:pPr>
        <w:spacing w:before="0" w:after="0" w:line="360" w:lineRule="auto"/>
        <w:ind w:firstLine="480"/>
        <w:jc w:val="left"/>
      </w:pPr>
      <w:r>
        <w:t>1. 本借款合同的借款期限为[填写期限]年，自借款金额实际支付之日起计算。</w:t>
      </w:r>
    </w:p>
    <w:p>
      <w:pPr>
        <w:spacing w:before="0" w:after="0" w:line="360" w:lineRule="auto"/>
        <w:ind w:firstLine="480"/>
        <w:jc w:val="left"/>
      </w:pPr>
      <w:r>
        <w:t>2. 经双方协商一致，可以提前还款或延长借款期限，但需书面协议。</w:t>
      </w:r>
    </w:p>
    <w:p>
      <w:pPr>
        <w:spacing w:before="0" w:after="0" w:line="360" w:lineRule="auto"/>
        <w:jc w:val="left"/>
      </w:pPr>
      <w:r>
        <w:t>第三条 借款利息</w:t>
      </w:r>
    </w:p>
    <w:p>
      <w:pPr>
        <w:spacing w:before="0" w:after="0" w:line="360" w:lineRule="auto"/>
        <w:ind w:firstLine="480"/>
        <w:jc w:val="left"/>
      </w:pPr>
      <w:r>
        <w:t>1. 本借款的月利率为[填写月利率]%。</w:t>
      </w:r>
    </w:p>
    <w:p>
      <w:pPr>
        <w:spacing w:before="0" w:after="0" w:line="360" w:lineRule="auto"/>
        <w:ind w:firstLine="480"/>
        <w:jc w:val="left"/>
      </w:pPr>
      <w:r>
        <w:t>2. 甲方应按月支付利息，利息支付时间为每月的[填写日期]日前。</w:t>
      </w:r>
    </w:p>
    <w:p>
      <w:pPr>
        <w:spacing w:before="0" w:after="0" w:line="360" w:lineRule="auto"/>
        <w:jc w:val="left"/>
      </w:pPr>
      <w:r>
        <w:t>第四条 借款用途</w:t>
      </w:r>
    </w:p>
    <w:p>
      <w:pPr>
        <w:spacing w:before="0" w:after="0" w:line="360" w:lineRule="auto"/>
        <w:ind w:firstLine="480"/>
        <w:jc w:val="left"/>
      </w:pPr>
      <w:r>
        <w:t>甲方保证所借资金用于[填写用途]，不得用于违法活动或其他不符合约定用途的费用支出。</w:t>
      </w:r>
    </w:p>
    <w:p>
      <w:pPr>
        <w:spacing w:before="0" w:after="0" w:line="360" w:lineRule="auto"/>
        <w:jc w:val="left"/>
      </w:pPr>
      <w:r>
        <w:t>第五条 还款方式</w:t>
      </w:r>
    </w:p>
    <w:p>
      <w:pPr>
        <w:spacing w:before="0" w:after="0" w:line="360" w:lineRule="auto"/>
        <w:ind w:firstLine="480"/>
        <w:jc w:val="left"/>
      </w:pPr>
      <w:r>
        <w:t>1. 本借款采用分期还款方式，具体还款计划由双方协商确定，并以书面形式附在本合同后。</w:t>
      </w:r>
    </w:p>
    <w:p>
      <w:pPr>
        <w:spacing w:before="0" w:after="0" w:line="360" w:lineRule="auto"/>
        <w:ind w:firstLine="480"/>
        <w:jc w:val="left"/>
      </w:pPr>
      <w:r>
        <w:t>2. 甲方应按约定的还款计划和还款方式按时还款。</w:t>
      </w:r>
    </w:p>
    <w:p>
      <w:pPr>
        <w:spacing w:before="0" w:after="0" w:line="360" w:lineRule="auto"/>
        <w:jc w:val="left"/>
      </w:pPr>
      <w:r>
        <w:t>第六条 违约责任</w:t>
      </w:r>
    </w:p>
    <w:p>
      <w:pPr>
        <w:spacing w:before="0" w:after="0" w:line="360" w:lineRule="auto"/>
        <w:ind w:firstLine="480"/>
        <w:jc w:val="left"/>
      </w:pPr>
      <w:r>
        <w:t>1. 甲方未按约定用途使用借款或未按时还款的，应承担违约责任，向乙方支付违约金，违约金为本借款金额的[填写比例]%。</w:t>
      </w:r>
    </w:p>
    <w:p>
      <w:pPr>
        <w:spacing w:before="0" w:after="0" w:line="360" w:lineRule="auto"/>
        <w:ind w:firstLine="480"/>
        <w:jc w:val="left"/>
      </w:pPr>
      <w:r>
        <w:t>2. 乙方未按约定时间提供借款的，应向甲方支付违约金，违约金为借款金额的[填写比例]%。</w:t>
      </w:r>
    </w:p>
    <w:p>
      <w:pPr>
        <w:spacing w:before="0" w:after="0" w:line="360" w:lineRule="auto"/>
        <w:jc w:val="left"/>
      </w:pPr>
      <w:r>
        <w:t>第七条 争议解决</w:t>
      </w:r>
    </w:p>
    <w:p>
      <w:pPr>
        <w:spacing w:before="0" w:after="0" w:line="360" w:lineRule="auto"/>
        <w:ind w:firstLine="480"/>
        <w:jc w:val="left"/>
      </w:pPr>
      <w:r>
        <w:t>本合同履行过程中发生争议，双方应友好协商解决；协商不成的，可以向合同签订地的人民法院提起诉讼。</w:t>
      </w:r>
    </w:p>
    <w:p>
      <w:pPr>
        <w:spacing w:before="0" w:after="0" w:line="360" w:lineRule="auto"/>
        <w:jc w:val="left"/>
      </w:pPr>
      <w:r>
        <w:t>第八条 合同附件</w:t>
      </w:r>
    </w:p>
    <w:p>
      <w:pPr>
        <w:spacing w:before="0" w:after="0" w:line="360" w:lineRule="auto"/>
        <w:jc w:val="left"/>
      </w:pPr>
      <w:r>
        <w:t>本合同附件包括：</w:t>
      </w:r>
    </w:p>
    <w:p>
      <w:pPr>
        <w:spacing w:before="0" w:after="0" w:line="360" w:lineRule="auto"/>
        <w:jc w:val="left"/>
      </w:pPr>
      <w:r>
        <w:t>1. 借款用途说明</w:t>
      </w:r>
    </w:p>
    <w:p>
      <w:pPr>
        <w:spacing w:before="0" w:after="0" w:line="360" w:lineRule="auto"/>
        <w:jc w:val="left"/>
      </w:pPr>
      <w:r>
        <w:t>2. 还款计划表</w:t>
      </w:r>
    </w:p>
    <w:p>
      <w:pPr>
        <w:spacing w:before="0" w:after="0" w:line="360" w:lineRule="auto"/>
        <w:jc w:val="left"/>
      </w:pPr>
      <w:r>
        <w:t>3. 相关身份证件复印件</w:t>
      </w:r>
    </w:p>
    <w:p>
      <w:pPr>
        <w:spacing w:before="0" w:after="0" w:line="360" w:lineRule="auto"/>
        <w:jc w:val="left"/>
      </w:pPr>
      <w:r>
        <w:t>第九条 其他约定</w:t>
      </w:r>
    </w:p>
    <w:p>
      <w:pPr>
        <w:spacing w:before="0" w:after="0" w:line="360" w:lineRule="auto"/>
        <w:ind w:firstLine="480"/>
        <w:jc w:val="left"/>
      </w:pPr>
      <w:r>
        <w:t>1. 本合同一式两份，甲乙双方各执一份。</w:t>
      </w:r>
    </w:p>
    <w:p>
      <w:pPr>
        <w:spacing w:before="0" w:after="0" w:line="360" w:lineRule="auto"/>
        <w:ind w:firstLine="480"/>
        <w:jc w:val="left"/>
      </w:pPr>
      <w:r>
        <w:t>2. 本合同自双方签字（或盖章）之日起生效。</w:t>
      </w:r>
    </w:p>
    <w:p>
      <w:pPr>
        <w:spacing w:before="0" w:after="0" w:line="360" w:lineRule="auto"/>
        <w:ind w:firstLine="480"/>
        <w:jc w:val="left"/>
      </w:pPr>
      <w:r>
        <w:t>甲方（借款人）：[填写甲方签名或盖章]</w:t>
      </w:r>
    </w:p>
    <w:p>
      <w:pPr>
        <w:spacing w:before="0" w:after="0" w:line="360" w:lineRule="auto"/>
        <w:ind w:firstLine="480"/>
        <w:jc w:val="left"/>
      </w:pPr>
      <w:r>
        <w:t>乙方（出借人）：[填写乙方签名或盖章]</w:t>
      </w:r>
    </w:p>
    <w:p>
      <w:pPr>
        <w:spacing w:before="0" w:after="0" w:line="360" w:lineRule="auto"/>
        <w:jc w:val="left"/>
      </w:pPr>
      <w:r>
        <w:t>签订日期：[填写签订日期]</w:t>
      </w:r>
    </w:p>
    <w:p>
      <w:pPr>
        <w:spacing w:before="0" w:after="0" w:line="360" w:lineRule="auto"/>
        <w:ind w:firstLine="480"/>
        <w:jc w:val="left"/>
      </w:pPr>
      <w:r>
        <w:t>注意：以上合同仅供参考，具体条款请根据实际情况和法律法规进行修改和完善。在签订正式合同前，请务必咨询专业律师意见。</w:t>
      </w:r>
    </w:p>
    <w:p>
      <w:pPr>
        <w:spacing w:before="0" w:after="0" w:line="360" w:lineRule="auto"/>
        <w:jc w:val="left"/>
      </w:pPr>
      <w:r>
        <w:t>第二篇范文：第三方主体+甲方权益主导</w:t>
      </w:r>
    </w:p>
    <w:p>
      <w:pPr>
        <w:spacing w:before="0" w:after="0" w:line="360" w:lineRule="auto"/>
        <w:jc w:val="left"/>
      </w:pPr>
      <w:r>
        <w:t>合同编号：[填写合同编号]</w:t>
      </w:r>
    </w:p>
    <w:p>
      <w:pPr>
        <w:spacing w:before="0" w:after="0" w:line="360" w:lineRule="auto"/>
        <w:jc w:val="left"/>
      </w:pPr>
      <w:r>
        <w:t>借款人（以下简称“甲方”）：</w:t>
      </w:r>
    </w:p>
    <w:p>
      <w:pPr>
        <w:spacing w:before="0" w:after="0" w:line="360" w:lineRule="auto"/>
        <w:jc w:val="left"/>
      </w:pPr>
      <w:r>
        <w:t>- 姓名：[填写甲方姓名]</w:t>
      </w:r>
    </w:p>
    <w:p>
      <w:pPr>
        <w:spacing w:before="0" w:after="0" w:line="360" w:lineRule="auto"/>
        <w:jc w:val="left"/>
      </w:pPr>
      <w:r>
        <w:t>- 地址：[填写甲方地址]</w:t>
      </w:r>
    </w:p>
    <w:p>
      <w:pPr>
        <w:spacing w:before="0" w:after="0" w:line="360" w:lineRule="auto"/>
        <w:ind w:firstLine="480"/>
        <w:jc w:val="left"/>
      </w:pPr>
      <w:r>
        <w:t>- 身份证号码：[填写甲方身份证号码]</w:t>
      </w:r>
    </w:p>
    <w:p>
      <w:pPr>
        <w:spacing w:before="0" w:after="0" w:line="360" w:lineRule="auto"/>
        <w:jc w:val="left"/>
      </w:pPr>
      <w:r>
        <w:t>出借人（以下简称“乙方”）：</w:t>
      </w:r>
    </w:p>
    <w:p>
      <w:pPr>
        <w:spacing w:before="0" w:after="0" w:line="360" w:lineRule="auto"/>
        <w:jc w:val="left"/>
      </w:pPr>
      <w:r>
        <w:t>- 姓名：[填写乙方姓名]</w:t>
      </w:r>
    </w:p>
    <w:p>
      <w:pPr>
        <w:spacing w:before="0" w:after="0" w:line="360" w:lineRule="auto"/>
        <w:jc w:val="left"/>
      </w:pPr>
      <w:r>
        <w:t>- 地址：[填写乙方地址]</w:t>
      </w:r>
    </w:p>
    <w:p>
      <w:pPr>
        <w:spacing w:before="0" w:after="0" w:line="360" w:lineRule="auto"/>
        <w:ind w:firstLine="480"/>
        <w:jc w:val="left"/>
      </w:pPr>
      <w:r>
        <w:t>- 身份证号码：[填写乙方身份证号码]</w:t>
      </w:r>
    </w:p>
    <w:p>
      <w:pPr>
        <w:spacing w:before="0" w:after="0" w:line="360" w:lineRule="auto"/>
        <w:jc w:val="left"/>
      </w:pPr>
      <w:r>
        <w:t>第三方担保人（以下简称“丙方”）：</w:t>
      </w:r>
    </w:p>
    <w:p>
      <w:pPr>
        <w:spacing w:before="0" w:after="0" w:line="360" w:lineRule="auto"/>
        <w:jc w:val="left"/>
      </w:pPr>
      <w:r>
        <w:t>- 名称：[填写丙方名称]</w:t>
      </w:r>
    </w:p>
    <w:p>
      <w:pPr>
        <w:spacing w:before="0" w:after="0" w:line="360" w:lineRule="auto"/>
        <w:jc w:val="left"/>
      </w:pPr>
      <w:r>
        <w:t>- 地址：[填写丙方地址]</w:t>
      </w:r>
    </w:p>
    <w:p>
      <w:pPr>
        <w:spacing w:before="0" w:after="0" w:line="360" w:lineRule="auto"/>
        <w:jc w:val="left"/>
      </w:pPr>
      <w:r>
        <w:t>- 法人代表：[填写丙方法人代表]</w:t>
      </w:r>
    </w:p>
    <w:p>
      <w:pPr>
        <w:spacing w:before="0" w:after="0" w:line="360" w:lineRule="auto"/>
        <w:ind w:firstLine="480"/>
        <w:jc w:val="left"/>
      </w:pPr>
      <w:r>
        <w:t>- 营业执照号码：[填写丙方营业执照号码]</w:t>
      </w:r>
    </w:p>
    <w:p>
      <w:pPr>
        <w:spacing w:before="0" w:after="0" w:line="360" w:lineRule="auto"/>
        <w:ind w:firstLine="480"/>
        <w:jc w:val="left"/>
      </w:pPr>
      <w:r>
        <w:t>鉴于甲方因资金需要，向乙方提出借款，经双方友好协商，特订立本合同，共同遵照执行。同时，为确保甲方权益，甲方指定丙方作为第三方担保人，承担连带保证责任。</w:t>
      </w:r>
    </w:p>
    <w:p>
      <w:pPr>
        <w:spacing w:before="0" w:after="0" w:line="360" w:lineRule="auto"/>
        <w:jc w:val="left"/>
      </w:pPr>
      <w:r>
        <w:t>第一条 借款金额</w:t>
      </w:r>
    </w:p>
    <w:p>
      <w:pPr>
        <w:spacing w:before="0" w:after="0" w:line="360" w:lineRule="auto"/>
        <w:ind w:firstLine="480"/>
        <w:jc w:val="left"/>
      </w:pPr>
      <w:r>
        <w:t>甲方借款金额为人民币[填写金额]元整（大写：[填写金额大写]元整）。</w:t>
      </w:r>
    </w:p>
    <w:p>
      <w:pPr>
        <w:spacing w:before="0" w:after="0" w:line="360" w:lineRule="auto"/>
        <w:jc w:val="left"/>
      </w:pPr>
      <w:r>
        <w:t>第二条 借款期限</w:t>
      </w:r>
    </w:p>
    <w:p>
      <w:pPr>
        <w:spacing w:before="0" w:after="0" w:line="360" w:lineRule="auto"/>
        <w:ind w:firstLine="480"/>
        <w:jc w:val="left"/>
      </w:pPr>
      <w:r>
        <w:t>1. 本借款合同的借款期限为[填写期限]年，自借款金额实际支付之日起计算。</w:t>
      </w:r>
    </w:p>
    <w:p>
      <w:pPr>
        <w:spacing w:before="0" w:after="0" w:line="360" w:lineRule="auto"/>
        <w:ind w:firstLine="480"/>
        <w:jc w:val="left"/>
      </w:pPr>
      <w:r>
        <w:t>2. 经双方协商一致，可以提前还款或延长借款期限，但需书面协议。</w:t>
      </w:r>
    </w:p>
    <w:p>
      <w:pPr>
        <w:spacing w:before="0" w:after="0" w:line="360" w:lineRule="auto"/>
        <w:jc w:val="left"/>
      </w:pPr>
      <w:r>
        <w:t>第三条 借款利息</w:t>
      </w:r>
    </w:p>
    <w:p>
      <w:pPr>
        <w:spacing w:before="0" w:after="0" w:line="360" w:lineRule="auto"/>
        <w:ind w:firstLine="480"/>
        <w:jc w:val="left"/>
      </w:pPr>
      <w:r>
        <w:t>1. 本借款的月利率为[填写月利率]%。</w:t>
      </w:r>
    </w:p>
    <w:p>
      <w:pPr>
        <w:spacing w:before="0" w:after="0" w:line="360" w:lineRule="auto"/>
        <w:ind w:firstLine="480"/>
        <w:jc w:val="left"/>
      </w:pPr>
      <w:r>
        <w:t>2. 甲方应按月支付利息，利息支付时间为每月的[填写日期]日前。</w:t>
      </w:r>
    </w:p>
    <w:p>
      <w:pPr>
        <w:spacing w:before="0" w:after="0" w:line="360" w:lineRule="auto"/>
        <w:jc w:val="left"/>
      </w:pPr>
      <w:r>
        <w:t>第四条 借款用途</w:t>
      </w:r>
    </w:p>
    <w:p>
      <w:pPr>
        <w:spacing w:before="0" w:after="0" w:line="360" w:lineRule="auto"/>
        <w:ind w:firstLine="480"/>
        <w:jc w:val="left"/>
      </w:pPr>
      <w:r>
        <w:t>甲方保证所借资金用于[填写用途]，不得用于违法活动或其他不符合约定用途的费用支出。</w:t>
      </w:r>
    </w:p>
    <w:p>
      <w:pPr>
        <w:spacing w:before="0" w:after="0" w:line="360" w:lineRule="auto"/>
        <w:jc w:val="left"/>
      </w:pPr>
      <w:r>
        <w:t>第五条 还款方式</w:t>
      </w:r>
    </w:p>
    <w:p>
      <w:pPr>
        <w:spacing w:before="0" w:after="0" w:line="360" w:lineRule="auto"/>
        <w:ind w:firstLine="480"/>
        <w:jc w:val="left"/>
      </w:pPr>
      <w:r>
        <w:t>1. 本借款采用分期还款方式，具体还款计划由双方协商确定，并以书面形式附在本合同后。</w:t>
      </w:r>
    </w:p>
    <w:p>
      <w:pPr>
        <w:spacing w:before="0" w:after="0" w:line="360" w:lineRule="auto"/>
        <w:ind w:firstLine="480"/>
        <w:jc w:val="left"/>
      </w:pPr>
      <w:r>
        <w:t>2. 甲方应按约定的还款计划和还款方式按时还款。</w:t>
      </w:r>
    </w:p>
    <w:p>
      <w:pPr>
        <w:spacing w:before="0" w:after="0" w:line="360" w:lineRule="auto"/>
        <w:jc w:val="left"/>
      </w:pPr>
      <w:r>
        <w:t>第六条 甲方权益保障</w:t>
      </w:r>
    </w:p>
    <w:p>
      <w:pPr>
        <w:spacing w:before="0" w:after="0" w:line="360" w:lineRule="auto"/>
        <w:ind w:firstLine="480"/>
        <w:jc w:val="left"/>
      </w:pPr>
      <w:r>
        <w:t>1. 丙方作为第三方担保人，为甲方提供连带责任保证。在甲方未按约定还款或发生违约情况时，丙方应承担还款责任。</w:t>
      </w:r>
    </w:p>
    <w:p>
      <w:pPr>
        <w:spacing w:before="0" w:after="0" w:line="360" w:lineRule="auto"/>
        <w:ind w:firstLine="480"/>
        <w:jc w:val="left"/>
      </w:pPr>
      <w:r>
        <w:t>2. 乙方应将借款支付至甲方指定的账户，并确保甲方在借款期限内按时获得资金。</w:t>
      </w:r>
    </w:p>
    <w:p>
      <w:pPr>
        <w:spacing w:before="0" w:after="0" w:line="360" w:lineRule="auto"/>
        <w:ind w:firstLine="480"/>
        <w:jc w:val="left"/>
      </w:pPr>
      <w:r>
        <w:t>3. 甲方有权要求乙方提供借款用途的证明文件，以确保借款用于约定用途。</w:t>
      </w:r>
    </w:p>
    <w:p>
      <w:pPr>
        <w:spacing w:before="0" w:after="0" w:line="360" w:lineRule="auto"/>
        <w:ind w:firstLine="480"/>
        <w:jc w:val="left"/>
      </w:pPr>
      <w:r>
        <w:t>4. 甲方在借款期限内享有资金使用的自主权，乙方无权干涉。</w:t>
      </w:r>
    </w:p>
    <w:p>
      <w:pPr>
        <w:spacing w:before="0" w:after="0" w:line="360" w:lineRule="auto"/>
        <w:jc w:val="left"/>
      </w:pPr>
      <w:r>
        <w:t>第七条 乙方违约及限制条款</w:t>
      </w:r>
    </w:p>
    <w:p>
      <w:pPr>
        <w:spacing w:before="0" w:after="0" w:line="360" w:lineRule="auto"/>
        <w:ind w:firstLine="480"/>
        <w:jc w:val="left"/>
      </w:pPr>
      <w:r>
        <w:t>1. 乙方未按约定时间提供借款的，应向甲方支付违约金，违约金为借款金额的[填写比例]%。</w:t>
      </w:r>
    </w:p>
    <w:p>
      <w:pPr>
        <w:spacing w:before="0" w:after="0" w:line="360" w:lineRule="auto"/>
        <w:ind w:firstLine="480"/>
        <w:jc w:val="left"/>
      </w:pPr>
      <w:r>
        <w:t>2. 乙方未按约定用途提供借款的，甲方有权拒绝还款，并要求乙方承担违约责任。</w:t>
      </w:r>
    </w:p>
    <w:p>
      <w:pPr>
        <w:spacing w:before="0" w:after="0" w:line="360" w:lineRule="auto"/>
        <w:ind w:firstLine="480"/>
        <w:jc w:val="left"/>
      </w:pPr>
      <w:r>
        <w:t>3. 乙方不得以任何理由侵犯甲方的合法权益，包括但不限于泄露甲方隐私、干涉甲方经营等。</w:t>
      </w:r>
    </w:p>
    <w:p>
      <w:pPr>
        <w:spacing w:before="0" w:after="0" w:line="360" w:lineRule="auto"/>
        <w:jc w:val="left"/>
      </w:pPr>
      <w:r>
        <w:t>第八条 丙方权益和责任</w:t>
      </w:r>
    </w:p>
    <w:p>
      <w:pPr>
        <w:spacing w:before="0" w:after="0" w:line="360" w:lineRule="auto"/>
        <w:ind w:firstLine="480"/>
        <w:jc w:val="left"/>
      </w:pPr>
      <w:r>
        <w:t>1. 丙方作为第三方担保人，应确保甲方的权益得到保障。</w:t>
      </w:r>
    </w:p>
    <w:p>
      <w:pPr>
        <w:spacing w:before="0" w:after="0" w:line="360" w:lineRule="auto"/>
        <w:ind w:firstLine="480"/>
        <w:jc w:val="left"/>
      </w:pPr>
      <w:r>
        <w:t>2. 丙方在甲方违约时承担连带还款责任，但有权向甲方追偿。</w:t>
      </w:r>
    </w:p>
    <w:p>
      <w:pPr>
        <w:spacing w:before="0" w:after="0" w:line="360" w:lineRule="auto"/>
        <w:ind w:firstLine="480"/>
        <w:jc w:val="left"/>
      </w:pPr>
      <w:r>
        <w:t>3. 丙方有权监督甲方的借款用途，以确保借款用于约定用途。</w:t>
      </w:r>
    </w:p>
    <w:p>
      <w:pPr>
        <w:spacing w:before="0" w:after="0" w:line="360" w:lineRule="auto"/>
        <w:jc w:val="left"/>
      </w:pPr>
      <w:r>
        <w:t>第九条 争议解决</w:t>
      </w:r>
    </w:p>
    <w:p>
      <w:pPr>
        <w:spacing w:before="0" w:after="0" w:line="360" w:lineRule="auto"/>
        <w:ind w:firstLine="480"/>
        <w:jc w:val="left"/>
      </w:pPr>
      <w:r>
        <w:t>本合同履行过程中发生争议，双方应友好协商解决；协商不成的，可以向合同签订地的人民法院提起诉讼。</w:t>
      </w:r>
    </w:p>
    <w:p>
      <w:pPr>
        <w:spacing w:before="0" w:after="0" w:line="360" w:lineRule="auto"/>
        <w:jc w:val="left"/>
      </w:pPr>
      <w:r>
        <w:t>第十条 合同附件</w:t>
      </w:r>
    </w:p>
    <w:p>
      <w:pPr>
        <w:spacing w:before="0" w:after="0" w:line="360" w:lineRule="auto"/>
        <w:jc w:val="left"/>
      </w:pPr>
      <w:r>
        <w:t>本合同附件包括：</w:t>
      </w:r>
    </w:p>
    <w:p>
      <w:pPr>
        <w:spacing w:before="0" w:after="0" w:line="360" w:lineRule="auto"/>
        <w:jc w:val="left"/>
      </w:pPr>
      <w:r>
        <w:t>1. 借款用途说明</w:t>
      </w:r>
    </w:p>
    <w:p>
      <w:pPr>
        <w:spacing w:before="0" w:after="0" w:line="360" w:lineRule="auto"/>
        <w:jc w:val="left"/>
      </w:pPr>
      <w:r>
        <w:t>2. 还款计划表</w:t>
      </w:r>
    </w:p>
    <w:p>
      <w:pPr>
        <w:spacing w:before="0" w:after="0" w:line="360" w:lineRule="auto"/>
        <w:jc w:val="left"/>
      </w:pPr>
      <w:r>
        <w:t>3. 丙方营业执照复印件</w:t>
      </w:r>
    </w:p>
    <w:p>
      <w:pPr>
        <w:spacing w:before="0" w:after="0" w:line="360" w:lineRule="auto"/>
        <w:jc w:val="left"/>
      </w:pPr>
      <w:r>
        <w:t>4. 丙方法人代表身份证明复印件</w:t>
      </w:r>
    </w:p>
    <w:p>
      <w:pPr>
        <w:spacing w:before="0" w:after="0" w:line="360" w:lineRule="auto"/>
        <w:jc w:val="left"/>
      </w:pPr>
      <w:r>
        <w:t>第十一条 其他约定</w:t>
      </w:r>
    </w:p>
    <w:p>
      <w:pPr>
        <w:spacing w:before="0" w:after="0" w:line="360" w:lineRule="auto"/>
        <w:ind w:firstLine="480"/>
        <w:jc w:val="left"/>
      </w:pPr>
      <w:r>
        <w:t>1. 本合同一式三份，甲乙双方各执一份，丙方执一份。</w:t>
      </w:r>
    </w:p>
    <w:p>
      <w:pPr>
        <w:spacing w:before="0" w:after="0" w:line="360" w:lineRule="auto"/>
        <w:ind w:firstLine="480"/>
        <w:jc w:val="left"/>
      </w:pPr>
      <w:r>
        <w:t>2. 本合同自双方签字（或盖章）之日起生效。</w:t>
      </w:r>
    </w:p>
    <w:p>
      <w:pPr>
        <w:spacing w:before="0" w:after="0" w:line="360" w:lineRule="auto"/>
        <w:ind w:firstLine="480"/>
        <w:jc w:val="left"/>
      </w:pPr>
      <w:r>
        <w:t>甲方（借款人）：[填写甲方签名或盖章]</w:t>
      </w:r>
    </w:p>
    <w:p>
      <w:pPr>
        <w:spacing w:before="0" w:after="0" w:line="360" w:lineRule="auto"/>
        <w:ind w:firstLine="480"/>
        <w:jc w:val="left"/>
      </w:pPr>
      <w:r>
        <w:t>乙方（出借人）：[填写乙方签名或盖章]</w:t>
      </w:r>
    </w:p>
    <w:p>
      <w:pPr>
        <w:spacing w:before="0" w:after="0" w:line="360" w:lineRule="auto"/>
        <w:ind w:firstLine="480"/>
        <w:jc w:val="left"/>
      </w:pPr>
      <w:r>
        <w:t>丙方（第三方担保人）：[填写丙方签名或盖章]</w:t>
      </w:r>
    </w:p>
    <w:p>
      <w:pPr>
        <w:spacing w:before="0" w:after="0" w:line="360" w:lineRule="auto"/>
        <w:jc w:val="left"/>
      </w:pPr>
      <w:r>
        <w:t>签订日期：[填写签订日期]</w:t>
      </w:r>
    </w:p>
    <w:p>
      <w:pPr>
        <w:spacing w:before="0" w:after="0" w:line="360" w:lineRule="auto"/>
        <w:ind w:firstLine="480"/>
        <w:jc w:val="left"/>
      </w:pPr>
      <w:r>
        <w:t>第三方介入的意义和目的在于为甲方提供更多的保障和权益，确保甲方在借款过程中得到充分的支持和保护。丙方作为第三方担保人，承担连带保证责任，增加了甲方还款的可靠性。同时，丙方的监督权力和追偿权也有助于确保甲方的借款用途符合约定，避免乙方违约行为对甲方造成损失。</w:t>
      </w:r>
    </w:p>
    <w:p>
      <w:pPr>
        <w:spacing w:before="0" w:after="0" w:line="360" w:lineRule="auto"/>
        <w:ind w:firstLine="480"/>
        <w:jc w:val="left"/>
      </w:pPr>
      <w:r>
        <w:t>甲方为主导的目的和意义在于确保甲方的权益得到最大化的保障和实现。通过增加甲方的权利条款和多种利益条款，甲方在借款过程中拥有更多的自主权和控制权。同时，通过设定乙方的违约及限制条款，甲方可以更好地保护自己的利益，避免乙方违约行为对自己的影响。</w:t>
      </w:r>
    </w:p>
    <w:p>
      <w:pPr>
        <w:spacing w:before="0" w:after="0" w:line="360" w:lineRule="auto"/>
        <w:jc w:val="left"/>
      </w:pPr>
      <w:r>
        <w:t>注意：以上合同仅供参考，具体</w:t>
      </w:r>
    </w:p>
    <w:p>
      <w:pPr>
        <w:spacing w:before="0" w:after="0" w:line="360" w:lineRule="auto"/>
        <w:jc w:val="left"/>
      </w:pPr>
      <w:r>
        <w:t>第三篇范文：第三方主体+甲方权益主导</w:t>
      </w:r>
    </w:p>
    <w:p>
      <w:pPr>
        <w:spacing w:before="0" w:after="0" w:line="360" w:lineRule="auto"/>
        <w:jc w:val="left"/>
      </w:pPr>
      <w:r>
        <w:t>合同编号：[填写合同编号]</w:t>
      </w:r>
    </w:p>
    <w:p>
      <w:pPr>
        <w:spacing w:before="0" w:after="0" w:line="360" w:lineRule="auto"/>
        <w:jc w:val="left"/>
      </w:pPr>
      <w:r>
        <w:t>借款人（以下简称“乙方”）：</w:t>
      </w:r>
    </w:p>
    <w:p>
      <w:pPr>
        <w:spacing w:before="0" w:after="0" w:line="360" w:lineRule="auto"/>
        <w:jc w:val="left"/>
      </w:pPr>
      <w:r>
        <w:t>- 姓名：[填写乙方姓名]</w:t>
      </w:r>
    </w:p>
    <w:p>
      <w:pPr>
        <w:spacing w:before="0" w:after="0" w:line="360" w:lineRule="auto"/>
        <w:jc w:val="left"/>
      </w:pPr>
      <w:r>
        <w:t>- 地址：[填写乙方地址]</w:t>
      </w:r>
    </w:p>
    <w:p>
      <w:pPr>
        <w:spacing w:before="0" w:after="0" w:line="360" w:lineRule="auto"/>
        <w:ind w:firstLine="480"/>
        <w:jc w:val="left"/>
      </w:pPr>
      <w:r>
        <w:t>- 身份证号码：[填写乙方身份证号码]</w:t>
      </w:r>
    </w:p>
    <w:p>
      <w:pPr>
        <w:spacing w:before="0" w:after="0" w:line="360" w:lineRule="auto"/>
        <w:jc w:val="left"/>
      </w:pPr>
      <w:r>
        <w:t>出借人（以下简称“甲方”）：</w:t>
      </w:r>
    </w:p>
    <w:p>
      <w:pPr>
        <w:spacing w:before="0" w:after="0" w:line="360" w:lineRule="auto"/>
        <w:jc w:val="left"/>
      </w:pPr>
      <w:r>
        <w:t>- 姓名：[填写甲方姓名]</w:t>
      </w:r>
    </w:p>
    <w:p>
      <w:pPr>
        <w:spacing w:before="0" w:after="0" w:line="360" w:lineRule="auto"/>
        <w:jc w:val="left"/>
      </w:pPr>
      <w:r>
        <w:t>- 地址：[填写甲方地址]</w:t>
      </w:r>
    </w:p>
    <w:p>
      <w:pPr>
        <w:spacing w:before="0" w:after="0" w:line="360" w:lineRule="auto"/>
        <w:ind w:firstLine="480"/>
        <w:jc w:val="left"/>
      </w:pPr>
      <w:r>
        <w:t>- 身份证号码：[填写甲方身份证号码]</w:t>
      </w:r>
    </w:p>
    <w:p>
      <w:pPr>
        <w:spacing w:before="0" w:after="0" w:line="360" w:lineRule="auto"/>
        <w:jc w:val="left"/>
      </w:pPr>
      <w:r>
        <w:t>第三方担保人（以下简称“丙方”）：</w:t>
      </w:r>
    </w:p>
    <w:p>
      <w:pPr>
        <w:spacing w:before="0" w:after="0" w:line="360" w:lineRule="auto"/>
        <w:jc w:val="left"/>
      </w:pPr>
      <w:r>
        <w:t>- 名称：[填写丙方名称]</w:t>
      </w:r>
    </w:p>
    <w:p>
      <w:pPr>
        <w:spacing w:before="0" w:after="0" w:line="360" w:lineRule="auto"/>
        <w:jc w:val="left"/>
      </w:pPr>
      <w:r>
        <w:t>- 地址：[填写丙方地址]</w:t>
      </w:r>
    </w:p>
    <w:p>
      <w:pPr>
        <w:spacing w:before="0" w:after="0" w:line="360" w:lineRule="auto"/>
        <w:jc w:val="left"/>
      </w:pPr>
      <w:r>
        <w:t>- 法人代表：[填写丙方法人代表]</w:t>
      </w:r>
    </w:p>
    <w:p>
      <w:pPr>
        <w:spacing w:before="0" w:after="0" w:line="360" w:lineRule="auto"/>
        <w:ind w:firstLine="480"/>
        <w:jc w:val="left"/>
      </w:pPr>
      <w:r>
        <w:t>- 营业执照号码：[填写丙方营业执照号码]</w:t>
      </w:r>
    </w:p>
    <w:p>
      <w:pPr>
        <w:spacing w:before="0" w:after="0" w:line="360" w:lineRule="auto"/>
        <w:ind w:firstLine="480"/>
        <w:jc w:val="left"/>
      </w:pPr>
      <w:r>
        <w:t>鉴于乙方因资金需要，向甲方提出借款，经双方友好协商，特订立本合同，共同遵照执行。同时，为确保乙方权益，乙方指定丙方作为第三方担保人，承担连带保证责任。</w:t>
      </w:r>
    </w:p>
    <w:p>
      <w:pPr>
        <w:spacing w:before="0" w:after="0" w:line="360" w:lineRule="auto"/>
        <w:jc w:val="left"/>
      </w:pPr>
      <w:r>
        <w:t>第一条 借款金额</w:t>
      </w:r>
    </w:p>
    <w:p>
      <w:pPr>
        <w:spacing w:before="0" w:after="0" w:line="360" w:lineRule="auto"/>
        <w:ind w:firstLine="480"/>
        <w:jc w:val="left"/>
      </w:pPr>
      <w:r>
        <w:t>乙方借款金额为人民币[填写金额]元整（大写：[填写金额大写]元整）。</w:t>
      </w:r>
    </w:p>
    <w:p>
      <w:pPr>
        <w:spacing w:before="0" w:after="0" w:line="360" w:lineRule="auto"/>
        <w:jc w:val="left"/>
      </w:pPr>
      <w:r>
        <w:t>第二条 借款期限</w:t>
      </w:r>
    </w:p>
    <w:p>
      <w:pPr>
        <w:spacing w:before="0" w:after="0" w:line="360" w:lineRule="auto"/>
        <w:ind w:firstLine="480"/>
        <w:jc w:val="left"/>
      </w:pPr>
      <w:r>
        <w:t>1. 本借款合同的借款期限为[填写期限]年，自借款金额实际支付之日起计算。</w:t>
      </w:r>
    </w:p>
    <w:p>
      <w:pPr>
        <w:spacing w:before="0" w:after="0" w:line="360" w:lineRule="auto"/>
        <w:ind w:firstLine="480"/>
        <w:jc w:val="left"/>
      </w:pPr>
      <w:r>
        <w:t>2. 经双方协商一致，可以提前还款或延长借款期限，但需书面协议。</w:t>
      </w:r>
    </w:p>
    <w:p>
      <w:pPr>
        <w:spacing w:before="0" w:after="0" w:line="360" w:lineRule="auto"/>
        <w:jc w:val="left"/>
      </w:pPr>
      <w:r>
        <w:t>第三条 借款利息</w:t>
      </w:r>
    </w:p>
    <w:p>
      <w:pPr>
        <w:spacing w:before="0" w:after="0" w:line="360" w:lineRule="auto"/>
        <w:ind w:firstLine="480"/>
        <w:jc w:val="left"/>
      </w:pPr>
      <w:r>
        <w:t>1. 本借款的月利率为[填写月利率]%。</w:t>
      </w:r>
    </w:p>
    <w:p>
      <w:pPr>
        <w:spacing w:before="0" w:after="0" w:line="360" w:lineRule="auto"/>
        <w:ind w:firstLine="480"/>
        <w:jc w:val="left"/>
      </w:pPr>
      <w:r>
        <w:t>2. 乙方应按月支付利息，利息支付时间为每月的[填写日期]日前。</w:t>
      </w:r>
    </w:p>
    <w:p>
      <w:pPr>
        <w:spacing w:before="0" w:after="0" w:line="360" w:lineRule="auto"/>
        <w:jc w:val="left"/>
      </w:pPr>
      <w:r>
        <w:t>第四条 借款用途</w:t>
      </w:r>
    </w:p>
    <w:p>
      <w:pPr>
        <w:spacing w:before="0" w:after="0" w:line="360" w:lineRule="auto"/>
        <w:ind w:firstLine="480"/>
        <w:jc w:val="left"/>
      </w:pPr>
      <w:r>
        <w:t>乙方保证所借资金用于[填写用途]，不得用于违法活动或其他不符合约定用途的费用支出。</w:t>
      </w:r>
    </w:p>
    <w:p>
      <w:pPr>
        <w:spacing w:before="0" w:after="0" w:line="360" w:lineRule="auto"/>
        <w:jc w:val="left"/>
      </w:pPr>
      <w:r>
        <w:t>第五条 还款方式</w:t>
      </w:r>
    </w:p>
    <w:p>
      <w:pPr>
        <w:spacing w:before="0" w:after="0" w:line="360" w:lineRule="auto"/>
        <w:ind w:firstLine="480"/>
        <w:jc w:val="left"/>
      </w:pPr>
      <w:r>
        <w:t>1. 本借款采用分期还款方式，具体还款计划由双方协商确定，并以书面形式附在本合同后。</w:t>
      </w:r>
    </w:p>
    <w:p>
      <w:pPr>
        <w:spacing w:before="0" w:after="0" w:line="360" w:lineRule="auto"/>
        <w:ind w:firstLine="480"/>
        <w:jc w:val="left"/>
      </w:pPr>
      <w:r>
        <w:t>2. 乙方应按约定的还款计划和还款方式按时还款。</w:t>
      </w:r>
    </w:p>
    <w:p>
      <w:pPr>
        <w:spacing w:before="0" w:after="0" w:line="360" w:lineRule="auto"/>
        <w:jc w:val="left"/>
      </w:pPr>
      <w:r>
        <w:t>第六条 乙方权益保障</w:t>
      </w:r>
    </w:p>
    <w:p>
      <w:pPr>
        <w:spacing w:before="0" w:after="0" w:line="360" w:lineRule="auto"/>
        <w:ind w:firstLine="480"/>
        <w:jc w:val="left"/>
      </w:pPr>
      <w:r>
        <w:t>1. 丙方作为第三方担保人，为乙方提供连带责任保证。在乙方未按约定还款或发生违约情况时，丙方应承担还款责任。</w:t>
      </w:r>
    </w:p>
    <w:p>
      <w:pPr>
        <w:spacing w:before="0" w:after="0" w:line="360" w:lineRule="auto"/>
        <w:ind w:firstLine="480"/>
        <w:jc w:val="left"/>
      </w:pPr>
      <w:r>
        <w:t>2. 甲方应将借款支付至乙方指定的账户，并确保乙方在借款期限内按时获得资金。</w:t>
      </w:r>
    </w:p>
    <w:p>
      <w:pPr>
        <w:spacing w:before="0" w:after="0" w:line="360" w:lineRule="auto"/>
        <w:ind w:firstLine="480"/>
        <w:jc w:val="left"/>
      </w:pPr>
      <w:r>
        <w:t>3. 乙方有权要求甲方提供借款用途的证明文件，以确保借款用于约定用途。</w:t>
      </w:r>
    </w:p>
    <w:p>
      <w:pPr>
        <w:spacing w:before="0" w:after="0" w:line="360" w:lineRule="auto"/>
        <w:ind w:firstLine="480"/>
        <w:jc w:val="left"/>
      </w:pPr>
      <w:r>
        <w:t>4. 乙方在借款期限内享有资金使用的自主权，甲方无权干涉。</w:t>
      </w:r>
    </w:p>
    <w:p>
      <w:pPr>
        <w:spacing w:before="0" w:after="0" w:line="360" w:lineRule="auto"/>
        <w:jc w:val="left"/>
      </w:pPr>
      <w:r>
        <w:t>第七条 甲方违约及限制条款</w:t>
      </w:r>
    </w:p>
    <w:p>
      <w:pPr>
        <w:spacing w:before="0" w:after="0" w:line="360" w:lineRule="auto"/>
        <w:ind w:firstLine="480"/>
        <w:jc w:val="left"/>
      </w:pPr>
      <w:r>
        <w:t>1. 甲方未按约定时间提供借款的，应向乙方支付违约金，违约金为借款金额的[填写比例]%。</w:t>
      </w:r>
    </w:p>
    <w:p>
      <w:pPr>
        <w:spacing w:before="0" w:after="0" w:line="360" w:lineRule="auto"/>
        <w:ind w:firstLine="480"/>
        <w:jc w:val="left"/>
      </w:pPr>
      <w:r>
        <w:t>2. 甲方未按约定用途提供借款的，乙方有权拒绝还款，并要求甲方承担违约责任。</w:t>
      </w:r>
    </w:p>
    <w:p>
      <w:pPr>
        <w:spacing w:before="0" w:after="0" w:line="360" w:lineRule="auto"/>
        <w:ind w:firstLine="480"/>
        <w:jc w:val="left"/>
      </w:pPr>
      <w:r>
        <w:t>3. 甲方不得以任何理由侵犯乙方的合法权益，包括但不限于泄露乙方隐私、干涉乙方经营等。</w:t>
      </w:r>
    </w:p>
    <w:p>
      <w:pPr>
        <w:spacing w:before="0" w:after="0" w:line="360" w:lineRule="auto"/>
        <w:jc w:val="left"/>
      </w:pPr>
      <w:r>
        <w:t>第八条 丙方权益和责任</w:t>
      </w:r>
    </w:p>
    <w:p>
      <w:pPr>
        <w:spacing w:before="0" w:after="0" w:line="360" w:lineRule="auto"/>
        <w:ind w:firstLine="480"/>
        <w:jc w:val="left"/>
      </w:pPr>
      <w:r>
        <w:t>1. 丙方作为第三方担保人，应确保乙方的权益得到保障。</w:t>
      </w:r>
    </w:p>
    <w:p>
      <w:pPr>
        <w:spacing w:before="0" w:after="0" w:line="360" w:lineRule="auto"/>
        <w:ind w:firstLine="480"/>
        <w:jc w:val="left"/>
      </w:pPr>
      <w:r>
        <w:t>2. 丙方在乙方违约时承担连带还款责任，但有权向乙方追偿。</w:t>
      </w:r>
    </w:p>
    <w:p>
      <w:pPr>
        <w:spacing w:before="0" w:after="0" w:line="360" w:lineRule="auto"/>
        <w:ind w:firstLine="480"/>
        <w:jc w:val="left"/>
      </w:pPr>
      <w:r>
        <w:t>3. 丙方有权监督乙方的借款用途，以确保借款用于约定用途。</w:t>
      </w:r>
    </w:p>
    <w:p>
      <w:pPr>
        <w:spacing w:before="0" w:after="0" w:line="360" w:lineRule="auto"/>
        <w:jc w:val="left"/>
      </w:pPr>
      <w:r>
        <w:t>第九条 争议解决</w:t>
      </w:r>
    </w:p>
    <w:p>
      <w:pPr>
        <w:spacing w:before="0" w:after="0" w:line="360" w:lineRule="auto"/>
        <w:ind w:firstLine="480"/>
        <w:jc w:val="left"/>
      </w:pPr>
      <w:r>
        <w:t>本合同履行过程中发生争议，双方应友好协商解决；协商不成的，可以向合同签订地的人民法院提起诉讼。</w:t>
      </w:r>
    </w:p>
    <w:p>
      <w:pPr>
        <w:spacing w:before="0" w:after="0" w:line="360" w:lineRule="auto"/>
        <w:jc w:val="left"/>
      </w:pPr>
      <w:r>
        <w:t>第十条 合同附件</w:t>
      </w:r>
    </w:p>
    <w:p>
      <w:pPr>
        <w:spacing w:before="0" w:after="0" w:line="360" w:lineRule="auto"/>
        <w:jc w:val="left"/>
      </w:pPr>
      <w:r>
        <w:t>本合同附件包括：</w:t>
      </w:r>
    </w:p>
    <w:p>
      <w:pPr>
        <w:spacing w:before="0" w:after="0" w:line="360" w:lineRule="auto"/>
        <w:jc w:val="left"/>
      </w:pPr>
      <w:r>
        <w:t>1. 借款用途说明</w:t>
      </w:r>
    </w:p>
    <w:p>
      <w:pPr>
        <w:spacing w:before="0" w:after="0" w:line="360" w:lineRule="auto"/>
        <w:jc w:val="left"/>
      </w:pPr>
      <w:r>
        <w:t>2. 还款计划表</w:t>
      </w:r>
    </w:p>
    <w:p>
      <w:pPr>
        <w:spacing w:before="0" w:after="0" w:line="360" w:lineRule="auto"/>
        <w:jc w:val="left"/>
      </w:pPr>
      <w:r>
        <w:t>3. 丙方营业执照复印件</w:t>
      </w:r>
    </w:p>
    <w:p>
      <w:pPr>
        <w:spacing w:before="0" w:after="0" w:line="360" w:lineRule="auto"/>
        <w:jc w:val="left"/>
      </w:pPr>
      <w:r>
        <w:t>4. 丙方法人代表身份证明复印件</w:t>
      </w:r>
    </w:p>
    <w:p>
      <w:pPr>
        <w:spacing w:before="0" w:after="0" w:line="360" w:lineRule="auto"/>
        <w:jc w:val="left"/>
      </w:pPr>
      <w:r>
        <w:t>第十一条 其他约定</w:t>
      </w:r>
    </w:p>
    <w:p>
      <w:pPr>
        <w:spacing w:before="0" w:after="0" w:line="360" w:lineRule="auto"/>
        <w:ind w:firstLine="480"/>
        <w:jc w:val="left"/>
      </w:pPr>
      <w:r>
        <w:t>1. 本合同一式三份，甲乙双方各执一份，丙方执一份。</w:t>
      </w:r>
    </w:p>
    <w:p>
      <w:pPr>
        <w:spacing w:before="0" w:after="0" w:line="360" w:lineRule="auto"/>
        <w:ind w:firstLine="480"/>
        <w:jc w:val="left"/>
      </w:pPr>
      <w:r>
        <w:t>2. 本合同自双方签字（或盖章）之日起生效。</w:t>
      </w:r>
    </w:p>
    <w:p>
      <w:pPr>
        <w:spacing w:before="0" w:after="0" w:line="360" w:lineRule="auto"/>
        <w:ind w:firstLine="480"/>
        <w:jc w:val="left"/>
      </w:pPr>
      <w:r>
        <w:t>乙方（借款人）：[填写乙方签名或盖章]</w:t>
      </w:r>
    </w:p>
    <w:p>
      <w:pPr>
        <w:spacing w:before="0" w:after="0" w:line="360" w:lineRule="auto"/>
        <w:ind w:firstLine="480"/>
        <w:jc w:val="left"/>
      </w:pPr>
      <w:r>
        <w:t>甲方（出借人）：[填写甲方签名或盖章]</w:t>
      </w:r>
    </w:p>
    <w:p>
      <w:pPr>
        <w:spacing w:before="0" w:after="0" w:line="360" w:lineRule="auto"/>
        <w:ind w:firstLine="480"/>
        <w:jc w:val="left"/>
      </w:pPr>
      <w:r>
        <w:t>丙方（第三方担保人）：[填写丙方签名或盖章]</w:t>
      </w:r>
    </w:p>
    <w:p>
      <w:pPr>
        <w:spacing w:before="0" w:after="0" w:line="360" w:lineRule="auto"/>
        <w:jc w:val="left"/>
      </w:pPr>
      <w:r>
        <w:t>签订日期：[填写签订日期]</w:t>
      </w:r>
    </w:p>
    <w:p>
      <w:pPr>
        <w:spacing w:before="0" w:after="0" w:line="360" w:lineRule="auto"/>
        <w:ind w:firstLine="480"/>
        <w:jc w:val="left"/>
      </w:pPr>
      <w:r>
        <w:t>乙方为主导的目的和意义在于确保乙方的权益得到最大化的保障和实现。通过增加乙方的权利条款和多种利益条款，乙方在借款过程中拥有更多的自主权和控制权。同时，通过设定甲方的违约及限制条款，乙方可以更好地保护自己的利益，避免甲方违约行为对自己的影响。</w:t>
      </w:r>
    </w:p>
    <w:p>
      <w:pPr>
        <w:spacing w:before="0" w:after="0" w:line="360" w:lineRule="auto"/>
        <w:ind w:firstLine="480"/>
        <w:jc w:val="left"/>
      </w:pPr>
      <w:r>
        <w:t>弱化甲方为主导的意义和目的在于强调乙方在合同中的地位和权益，确保乙方在借款过程中的利益得到充分保障。通过设定甲方的违约及限制条款，可以限制甲方的行为，保护乙方的权益。同时，通过第三方担保人的介入，增加了一份保障，确保乙方的还款安全。</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color w:val="000000"/>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