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2025年家畜繁殖技师试题及答案</w:t>
      </w:r>
    </w:p>
    <w:p>
      <w:r>
        <w:br/>
        <w:t xml:space="preserve"> 一、单项选择题（每题2分，共20分）</w:t>
        <w:br/>
        <w:br/>
        <w:t>1. 下列哪种激素主要负责促进卵泡发育和排卵？</w:t>
        <w:br/>
        <w:br/>
        <w:t>A. 孕酮</w:t>
        <w:br/>
        <w:br/>
        <w:t>B. 雌激素</w:t>
        <w:br/>
        <w:br/>
        <w:t>C. 促卵泡素(FSH)</w:t>
        <w:br/>
        <w:br/>
        <w:t>D. 黄体生成素(LH)</w:t>
        <w:br/>
        <w:br/>
        <w:t>2. 家畜人工授精技术中，精液保存的最佳温度是：</w:t>
        <w:br/>
        <w:br/>
        <w:t>A. 4-10℃</w:t>
        <w:br/>
        <w:br/>
        <w:t>B. 15-20℃</w:t>
        <w:br/>
        <w:br/>
        <w:t>C. 0-4℃</w:t>
        <w:br/>
        <w:br/>
        <w:t>D. 20-25℃</w:t>
        <w:br/>
        <w:br/>
        <w:t>3. 牛的妊娠期平均为：</w:t>
        <w:br/>
        <w:br/>
        <w:t>A. 280天</w:t>
        <w:br/>
        <w:br/>
        <w:t>B. 310天</w:t>
        <w:br/>
        <w:br/>
        <w:t>C. 340天</w:t>
        <w:br/>
        <w:br/>
        <w:t>D. 365天</w:t>
        <w:br/>
        <w:br/>
        <w:t>4. 下列哪种方法最适合用于早期妊娠诊断？</w:t>
        <w:br/>
        <w:br/>
        <w:t>A. 直肠检查法</w:t>
        <w:br/>
        <w:br/>
        <w:t>B. 超声波检查法</w:t>
        <w:br/>
        <w:br/>
        <w:t>C. 阴道检查法</w:t>
        <w:br/>
        <w:br/>
        <w:t>D. 外部观察法</w:t>
        <w:br/>
        <w:br/>
        <w:t>5. 家畜胚胎移植中，受体母畜与供体母畜的最佳同期发情时间差为：</w:t>
        <w:br/>
        <w:br/>
        <w:t>A. 0-12小时</w:t>
        <w:br/>
        <w:br/>
        <w:t>B. 12-24小时</w:t>
        <w:br/>
        <w:br/>
        <w:t>C. 24-48小时</w:t>
        <w:br/>
        <w:br/>
        <w:t>D. 48-72小时</w:t>
        <w:br/>
        <w:br/>
        <w:t>6. 下列哪种疾病不会导致家畜不孕？</w:t>
        <w:br/>
        <w:br/>
        <w:t>A. 布氏杆菌病</w:t>
        <w:br/>
        <w:br/>
        <w:t>B. 子宫内膜炎</w:t>
        <w:br/>
        <w:br/>
        <w:t>C. 卵巢囊肿</w:t>
        <w:br/>
        <w:br/>
        <w:t>D. 肺炎</w:t>
        <w:br/>
        <w:br/>
        <w:t>7. 猪的人工授精最佳时间是在：</w:t>
        <w:br/>
        <w:br/>
        <w:t>A. 发情开始后12-24小时</w:t>
        <w:br/>
        <w:br/>
        <w:t>B. 发情开始后24-36小时</w:t>
        <w:br/>
        <w:br/>
        <w:t>C. 发情开始后36-48小时</w:t>
        <w:br/>
        <w:br/>
        <w:t>D. 发情开始后48-60小时</w:t>
        <w:br/>
        <w:br/>
        <w:t>8. 下列哪种激素主要用于诱导母畜发情？</w:t>
        <w:br/>
        <w:br/>
        <w:t>A. 促卵泡素(FSH)</w:t>
        <w:br/>
        <w:br/>
        <w:t>B. 促黄体素(LH)</w:t>
        <w:br/>
        <w:br/>
        <w:t>C. 孕酮</w:t>
        <w:br/>
        <w:br/>
        <w:t>D. 前列腺素</w:t>
        <w:br/>
        <w:br/>
        <w:t>9. 家畜精液品质检查中，精子活力低于多少时不宜用于人工授精？</w:t>
        <w:br/>
        <w:br/>
        <w:t>A. 30%</w:t>
        <w:br/>
        <w:br/>
        <w:t>B. 50%</w:t>
        <w:br/>
        <w:br/>
        <w:t>C. 70%</w:t>
        <w:br/>
        <w:br/>
        <w:t>D. 90%</w:t>
        <w:br/>
        <w:br/>
        <w:t>10. 下列哪种动物属于季节性发情动物？</w:t>
        <w:br/>
        <w:br/>
        <w:t>A. 猪</w:t>
        <w:br/>
        <w:br/>
        <w:t>B. 牛</w:t>
        <w:br/>
        <w:br/>
        <w:t>C. 绵羊</w:t>
        <w:br/>
        <w:br/>
        <w:t>D. 鸡</w:t>
        <w:br/>
        <w:br/>
        <w:t xml:space="preserve"> 二、填空题（每题2分，共10分）</w:t>
        <w:br/>
        <w:br/>
        <w:t>1. 家畜人工授精技术中，精液稀释的目的是________________和________________。</w:t>
        <w:br/>
        <w:br/>
        <w:t>2. 牛的排卵一般发生在发情开始后的________________小时左右。</w:t>
        <w:br/>
        <w:br/>
        <w:t>3. 家畜妊娠诊断中，直肠检查法主要检查________________和________________的变化。</w:t>
        <w:br/>
        <w:br/>
        <w:t>4. 胚胎移植技术中，胚胎发育到________________阶段时移植成功率最高。</w:t>
        <w:br/>
        <w:br/>
        <w:t>5. 家畜繁殖障碍中，________________是最常见的母畜不孕原因之一。</w:t>
        <w:br/>
        <w:br/>
        <w:t xml:space="preserve"> 三、判断题（每题2分，共10分）</w:t>
        <w:br/>
        <w:br/>
        <w:t>1. 精子在母畜生殖道内的存活时间通常为24-48小时。（ ）</w:t>
        <w:br/>
        <w:br/>
        <w:t>2. 家畜发情周期是指一次发情开始到下一次发情开始的时间间隔。（ ）</w:t>
        <w:br/>
        <w:br/>
        <w:t>3. 所有家畜都是自发排卵动物。（ ）</w:t>
        <w:br/>
        <w:br/>
        <w:t>4. 超声波检查法可用于家畜早期妊娠诊断，一般在配种后20天左右可检测到胎心。（ ）</w:t>
        <w:br/>
        <w:br/>
        <w:t>5. 家畜精液冷冻保存时，通常使用液氮作为制冷剂，温度为-196℃。（ ）</w:t>
        <w:br/>
        <w:br/>
        <w:t xml:space="preserve"> 四、多项选择题（每题2分，共4分）</w:t>
        <w:br/>
        <w:br/>
        <w:t>1. 下列哪些因素会影响家畜的繁殖性能？（ ）</w:t>
        <w:br/>
        <w:br/>
        <w:t>A. 遗传因素</w:t>
        <w:br/>
        <w:br/>
        <w:t>B. 营养状况</w:t>
        <w:br/>
        <w:br/>
        <w:t>C. 环境条件</w:t>
        <w:br/>
        <w:br/>
        <w:t>D. 管理水平</w:t>
        <w:br/>
        <w:br/>
        <w:t>2. 下列哪些方法可用于家畜发情鉴定？（ ）</w:t>
        <w:br/>
        <w:br/>
        <w:t>A. 外部观察法</w:t>
        <w:br/>
        <w:br/>
        <w:t>B. 试情法</w:t>
        <w:br/>
        <w:br/>
        <w:t>C. 直肠检查法</w:t>
        <w:br/>
        <w:br/>
        <w:t>D. 激素测定法</w:t>
        <w:br/>
        <w:br/>
        <w:t xml:space="preserve"> 五、简答题（每题5分，共10分）</w:t>
        <w:br/>
        <w:br/>
        <w:t>1. 简述家畜人工授精的主要技术环节及其注意事项。</w:t>
        <w:br/>
        <w:br/>
        <w:t>2. 试述家畜胚胎移植的基本步骤及其关键点。</w:t>
        <w:br/>
        <w:br/>
        <w:t xml:space="preserve"> 参考答案</w:t>
        <w:br/>
        <w:br/>
        <w:t xml:space="preserve"> 一、单项选择题（每题2分，共20分）</w:t>
        <w:br/>
        <w:br/>
        <w:t>1. 答案：C</w:t>
        <w:br/>
        <w:br/>
        <w:t>解析：促卵泡素(FSH)主要由垂体前叶分泌，主要功能是促进卵泡发育和成熟。雌激素由发育中的卵泡分泌，主要功能是促进发情表现。孕酮主要由黄体分泌，主要功能是维持妊娠。黄体生成素(LH)主要功能是促进排卵和形成黄体。</w:t>
        <w:br/>
        <w:br/>
        <w:t>2. 答案：C</w:t>
        <w:br/>
        <w:br/>
        <w:t>解析：精液保存的最佳温度是0-4℃，这是低温保存法，可以降低精子代谢活动，延长精子存活时间。15-20℃是常温保存法，适用于短期保存。4-10℃是亚低温保存法，介于两者之间。20-25℃接近体温，精子代谢活跃，不宜保存。</w:t>
        <w:br/>
        <w:br/>
        <w:t>3. 答案：C</w:t>
        <w:br/>
        <w:br/>
        <w:t>解析：牛的妊娠期平均为340天，范围在270-290天之间。马的妊娠期最长，约340天。猪的妊娠期平均为114天。羊的妊娠期平均为150天。</w:t>
        <w:br/>
        <w:br/>
        <w:t>4. 答案：B</w:t>
        <w:br/>
        <w:br/>
        <w:t>解析：超声波检查法是目前最准确、最常用的早期妊娠诊断方法，可在配种后20-30天检测到胎心或孕囊。直肠检查法需要一定的经验，一般在配种后30-40天才能确诊。阴道检查法准确性较低。外部观察法无法用于早期妊娠诊断。</w:t>
        <w:br/>
        <w:br/>
        <w:t>5. 答案：C</w:t>
        <w:br/>
        <w:br/>
        <w:t>解析：胚胎移植中，受体母畜与供体母畜需要保持良好的同期发情状态，最佳时间差为24-48小时，这样可以确保子宫内膜处于相同的发育阶段，有利于胚胎着床。时间差过短或过长都会影响移植成功率。</w:t>
        <w:br/>
        <w:br/>
        <w:t>6. 答案：D</w:t>
        <w:br/>
        <w:br/>
        <w:t>解析：肺炎主要影响呼吸系统，一般不会直接导致不孕。布氏杆菌病可引起流产和不孕。子宫内膜炎是导致母畜不孕的常见原因。卵巢囊肿会导致排卵障碍，引起不孕。</w:t>
        <w:br/>
        <w:br/>
        <w:t>7. 答案：C</w:t>
        <w:br/>
        <w:br/>
        <w:t>解析：猪的人工授精最佳时间是在发情开始后36-48小时，此时母猪已进入发情中期，排卵即将开始或刚开始，受胎率最高。过早或过晚授精都会降低受胎率。</w:t>
        <w:br/>
        <w:br/>
        <w:t>8. 答案：D</w:t>
        <w:br/>
        <w:br/>
        <w:t>解析：前列腺素主要用于溶解黄体，诱导母畜发情，尤其适用于功能性黄体存在的动物。促卵泡素(FSH)主要促进卵泡发育。促黄体素(LH)主要促进排卵和形成黄体。孕酮主要用于维持妊娠，抑制发情。</w:t>
        <w:br/>
        <w:br/>
        <w:t>9. 答案：C</w:t>
        <w:br/>
        <w:br/>
        <w:t>解析：精子活力是评价精液品质的重要指标，当精子活力低于70%时，受胎率会显著下降，不宜用于人工授精。活力低于30%的精液基本没有受精能力。</w:t>
        <w:br/>
        <w:br/>
        <w:t>10. 答案：C</w:t>
        <w:br/>
        <w:br/>
        <w:t>解析：绵羊属于季节性发情动物，主要在春秋两季发情。猪和牛属于常年发情动物，全年均可发情。鸡虽然是禽类，但也属于常年发情动物。</w:t>
        <w:br/>
        <w:br/>
        <w:t xml:space="preserve"> 二、填空题（每题2分，共10分）</w:t>
        <w:br/>
        <w:br/>
        <w:t>1. 答案：延长精子存活时间；增加精液用量</w:t>
        <w:br/>
        <w:br/>
        <w:t>解析：精液稀释的目的是延长精子存活时间，提供营养物质和保护剂，同时增加精液用量，提高一头公畜的利用率，降低成本。</w:t>
        <w:br/>
        <w:br/>
        <w:t>2. 答案：24-36</w:t>
        <w:br/>
        <w:br/>
        <w:t>解析：牛的排卵一般发生在发情开始后的24-36小时，掌握这一规律对于确定人工授精的最佳时间非常重要。</w:t>
        <w:br/>
        <w:br/>
        <w:t>3. 答案：子宫；卵巢</w:t>
        <w:br/>
        <w:br/>
        <w:t>解析：直肠检查法是妊娠诊断的传统方法，通过直肠触摸子宫和卵巢的变化来判断是否妊娠。妊娠后子宫会增大、变软，卵巢上有黄体存在。</w:t>
        <w:br/>
        <w:br/>
        <w:t>4. 答案：桑葚胚或早期囊胚</w:t>
        <w:br/>
        <w:br/>
        <w:t>解析：胚胎发育到桑葚胚或早期囊胚阶段时，细胞分化程度适中，对外界环境的适应能力强，移植成功率最高。发育过早或过晚的胚胎移植成功率都会降低。</w:t>
        <w:br/>
        <w:br/>
        <w:t>5. 答案：子宫内膜炎</w:t>
        <w:br/>
        <w:br/>
        <w:t>解析：子宫内膜炎是母畜不孕的常见原因之一，可导致子宫内环境不利于受精卵着床和发育，引起不孕或流产。</w:t>
        <w:br/>
        <w:br/>
        <w:t xml:space="preserve"> 三、判断题（每题2分，共10分）</w:t>
        <w:br/>
        <w:br/>
        <w:t>1. 答案：√</w:t>
        <w:br/>
        <w:br/>
        <w:t>解析：精子在母畜生殖道内的存活时间通常为24-48小时，这一时间范围对于确定人工授精的最佳间隔非常重要。</w:t>
        <w:br/>
        <w:br/>
        <w:t>2. 答案：√</w:t>
        <w:br/>
        <w:br/>
        <w:t>解析：家畜发情周期是指一次发情开始到下一次发情开始的时间间隔，不同家畜的发情周期长度不同，如牛约为21天，猪约为21天，绵羊约为17天。</w:t>
        <w:br/>
        <w:br/>
        <w:t>3. 答案：×</w:t>
        <w:br/>
        <w:br/>
        <w:t>解析：不是所有家畜都是自发排卵动物，有些家畜属于诱导排卵动物，如兔、猫等，需要交刺激才能排卵。</w:t>
        <w:br/>
        <w:br/>
        <w:t>4. 答案：√</w:t>
        <w:br/>
        <w:br/>
        <w:t>解析：超声波检查法可用于家畜早期妊娠诊断，一般在配种后20-30天可检测到胎心或孕囊，是目前最准确、最常用的早期妊娠诊断方法。</w:t>
        <w:br/>
        <w:br/>
        <w:t>5. 答案：√</w:t>
        <w:br/>
        <w:br/>
        <w:t>解析：家畜精液冷冻保存时，通常使用液氮作为制冷剂，温度为-196℃，可以长期保存精子活力，用于建立精液库。</w:t>
        <w:br/>
        <w:br/>
        <w:t xml:space="preserve"> 四、多项选择题（每题2分，共4分）</w:t>
        <w:br/>
        <w:br/>
        <w:t>1. 答案：ABCD</w:t>
        <w:br/>
        <w:br/>
        <w:t>解析：家畜的繁殖性能受多种因素影响，包括遗传因素（品种、个体差异）、营养状况（能量、蛋白质、维生素等摄入）、环境条件（温度、湿度、光照等）和管理水平（饲养方式、疾病防控等）。</w:t>
        <w:br/>
        <w:br/>
        <w:t>2. 答案：ABCD</w:t>
        <w:br/>
        <w:br/>
        <w:t>解析：家畜发情鉴定有多种方法，包括外部观察法（观察行为变化、外阴肿胀等）、试情法（用公畜刺激观察母畜反应）、直肠检查法（触摸卵巢和子宫变化）和激素测定法（检测血液或阴道分泌物中激素水平）。</w:t>
        <w:br/>
        <w:br/>
        <w:t xml:space="preserve"> 五、简答题（每题5分，共10分）</w:t>
        <w:br/>
        <w:br/>
        <w:t>1. 答案：</w:t>
        <w:br/>
        <w:br/>
        <w:t>家畜人工授精的主要技术环节包括：</w:t>
        <w:br/>
        <w:br/>
        <w:t>(1) 采精：使用假阴道法或其他方法采集公畜精液。</w:t>
        <w:br/>
        <w:br/>
        <w:t>(2) 精液检查：检查精液量、颜色、气味、pH值、精子密度、活力等指标。</w:t>
        <w:br/>
        <w:br/>
        <w:t>(3) 精液稀释：使用适宜的稀释液稀释精液，延长精子存活时间。</w:t>
        <w:br/>
        <w:br/>
        <w:t>(4) 精液保存：根据需要选择常温、低温或冷冻保存方法。</w:t>
        <w:br/>
        <w:br/>
        <w:t>(5) 输精：确定最佳输精时间，使用输精器将精液输入母畜生殖道适当位置。</w:t>
        <w:br/>
        <w:br/>
        <w:t>注意事项：</w:t>
        <w:br/>
        <w:br/>
        <w:t>- 严格消毒：采精、稀释、输精等环节必须严格消毒，防止污染。</w:t>
        <w:br/>
        <w:br/>
        <w:t>- 精液品质：确保使用活力良好的精液，活力低于70%的精液不宜使用。</w:t>
        <w:br/>
        <w:br/>
        <w:t>- 输精时间：根据不同家畜的发情规律确定最佳输精时间。</w:t>
        <w:br/>
        <w:br/>
        <w:t>- 输精部位：确保精液输入到适当位置，如子宫颈深部或子宫体。</w:t>
        <w:br/>
        <w:br/>
        <w:t>- 记录完整：详细记录采精、稀释、输精等信息，便于追溯和分析。</w:t>
        <w:br/>
        <w:br/>
        <w:t>2. 答案：</w:t>
        <w:br/>
        <w:br/>
        <w:t>家畜胚胎移植的基本步骤：</w:t>
        <w:br/>
        <w:br/>
        <w:t>(1) 供体选择与超数排卵：选择优良母畜作为供体，使用激素处理使其排出多个卵子。</w:t>
        <w:br/>
        <w:br/>
        <w:t>(2) 配种：在超数排卵后，让供体与优良公畜自然交配或人工授精。</w:t>
        <w:br/>
        <w:br/>
        <w:t>(3) 胚胎收集：在配种后适当时间（一般为6-7天），通过手术法或非手术法从供体子宫内收集胚胎。</w:t>
        <w:br/>
        <w:br/>
        <w:t>(4) 胚胎鉴定与分级：在显微镜下检查胚胎质量，进行分级，选择优质胚胎。</w:t>
        <w:br/>
        <w:br/>
        <w:t>(5) 受体选择与同期化：选择健康母畜作为受体，并与供体保持良好的同期发情状态。</w:t>
        <w:br/>
        <w:br/>
        <w:t>(6) 胚胎移植：将优质胚胎移植到受体母畜的子宫内。</w:t>
        <w:br/>
        <w:br/>
        <w:t>(7) 妊娠诊断与饲养管理：移植后进行妊娠诊断，加强受体饲养管理，确保妊娠成功。</w:t>
        <w:br/>
        <w:br/>
        <w:t>关键点：</w:t>
        <w:br/>
        <w:br/>
        <w:t>- 供体和受体必须保持良好的同期发情状态，时间差控制在24-48小时内。</w:t>
        <w:br/>
        <w:br/>
        <w:t>- 胚胎质量是移植成功的关键，应选择发育正常、形态良好的胚胎。</w:t>
        <w:br/>
        <w:br/>
        <w:t>- 移植操作要轻柔、准确，避免损伤胚胎和受体生殖道。</w:t>
        <w:br/>
        <w:br/>
        <w:t>- 受体体质要好，营养状况良好，为胚胎着床和发育提供良好条件。</w:t>
        <w:br/>
        <w:br/>
        <w:t>- 移植后要加强饲养管理，避免应激，确保妊娠成功。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