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2025年牛羊养殖试题及答案详解</w:t>
      </w:r>
    </w:p>
    <w:p>
      <w:r>
        <w:br/>
        <w:t xml:space="preserve"> 一、单项选择题（每题2分，共20分）</w:t>
        <w:br/>
        <w:br/>
        <w:t>1. 下列牛品种中，产肉性能最好的是：</w:t>
        <w:br/>
        <w:br/>
        <w:t>A. 荷斯坦牛</w:t>
        <w:br/>
        <w:br/>
        <w:t>B. 夏洛莱牛</w:t>
        <w:br/>
        <w:br/>
        <w:t>C. 娟姗牛</w:t>
        <w:br/>
        <w:br/>
        <w:t>D. 瑞士褐牛</w:t>
        <w:br/>
        <w:br/>
        <w:t>2. 羊的妊娠期大约为：</w:t>
        <w:br/>
        <w:br/>
        <w:t>A. 90天</w:t>
        <w:br/>
        <w:br/>
        <w:t>B. 120天</w:t>
        <w:br/>
        <w:br/>
        <w:t>C. 150天</w:t>
        <w:br/>
        <w:br/>
        <w:t>D. 180天</w:t>
        <w:br/>
        <w:br/>
        <w:t>3. 牛羊养殖中，青贮饲料的制作最佳含水量为：</w:t>
        <w:br/>
        <w:br/>
        <w:t>A. 30%-40%</w:t>
        <w:br/>
        <w:br/>
        <w:t>B. 40%-50%</w:t>
        <w:br/>
        <w:br/>
        <w:t>C. 50%-60%</w:t>
        <w:br/>
        <w:br/>
        <w:t>D. 60%-70%</w:t>
        <w:br/>
        <w:br/>
        <w:t>4. 牛羊发生口蹄疫时，最典型的症状是：</w:t>
        <w:br/>
        <w:br/>
        <w:t>A. 呼吸困难</w:t>
        <w:br/>
        <w:br/>
        <w:t>B. 体温升高</w:t>
        <w:br/>
        <w:br/>
        <w:t>C. 口腔和蹄部出现水疱</w:t>
        <w:br/>
        <w:br/>
        <w:t>D. 腹泻</w:t>
        <w:br/>
        <w:br/>
        <w:t>5. 提高牛羊繁殖率的关键技术是：</w:t>
        <w:br/>
        <w:br/>
        <w:t>A. 增加饲料投喂量</w:t>
        <w:br/>
        <w:br/>
        <w:t>B. 实施人工授精技术</w:t>
        <w:br/>
        <w:br/>
        <w:t>C. 延长光照时间</w:t>
        <w:br/>
        <w:br/>
        <w:t>D. 增加运动量</w:t>
        <w:br/>
        <w:br/>
        <w:t>6. 牛羊养殖场选址时，应考虑的首要因素是：</w:t>
        <w:br/>
        <w:br/>
        <w:t>A. 交通便利</w:t>
        <w:br/>
        <w:br/>
        <w:t>B. 地势高燥</w:t>
        <w:br/>
        <w:br/>
        <w:t>C. 水源充足</w:t>
        <w:br/>
        <w:br/>
        <w:t>D. 靠近市场</w:t>
        <w:br/>
        <w:br/>
        <w:t>7. 下列哪种矿物质元素对牛羊骨骼发育至关重要：</w:t>
        <w:br/>
        <w:br/>
        <w:t>A. 铁</w:t>
        <w:br/>
        <w:br/>
        <w:t>B. 锌</w:t>
        <w:br/>
        <w:br/>
        <w:t>C. 钙</w:t>
        <w:br/>
        <w:br/>
        <w:t>D. 硒</w:t>
        <w:br/>
        <w:br/>
        <w:t>8. 牛羊养殖中，预防寄生虫病最有效的方法是：</w:t>
        <w:br/>
        <w:br/>
        <w:t>A. 定期消毒</w:t>
        <w:br/>
        <w:br/>
        <w:t>B. 接种疫苗</w:t>
        <w:br/>
        <w:br/>
        <w:t>C. 定期驱虫</w:t>
        <w:br/>
        <w:br/>
        <w:t>D. 隔离病畜</w:t>
        <w:br/>
        <w:br/>
        <w:t>9. 羔羊断奶的最佳时期是：</w:t>
        <w:br/>
        <w:br/>
        <w:t>A. 1-2周龄</w:t>
        <w:br/>
        <w:br/>
        <w:t>B. 4-6周龄</w:t>
        <w:br/>
        <w:br/>
        <w:t>C. 8-10周龄</w:t>
        <w:br/>
        <w:br/>
        <w:t>D. 12-14周龄</w:t>
        <w:br/>
        <w:br/>
        <w:t>10. 牛羊养殖中，提高乳肉品质的关键是：</w:t>
        <w:br/>
        <w:br/>
        <w:t>A. 品种选择</w:t>
        <w:br/>
        <w:br/>
        <w:t>B. 饲料营养</w:t>
        <w:br/>
        <w:br/>
        <w:t>C. 环境控制</w:t>
        <w:br/>
        <w:br/>
        <w:t>D. 疾病预防</w:t>
        <w:br/>
        <w:br/>
        <w:t xml:space="preserve"> 二、填空题（每题2分，共10分）</w:t>
        <w:br/>
        <w:br/>
        <w:t>1. 牛羊养殖中，常用的粗饲料包括青贮饲料、干草和________。</w:t>
        <w:br/>
        <w:br/>
        <w:t>2. 牛羊的消化系统特点是具有________胃，能够有效消化纤维素。</w:t>
        <w:br/>
        <w:br/>
        <w:t>3. 牛羊养殖中，记录个体生产性能的重要工具是________。</w:t>
        <w:br/>
        <w:br/>
        <w:t>4. 牛羊养殖场应建立完善的________制度，定期进行健康检查。</w:t>
        <w:br/>
        <w:br/>
        <w:t>5. 提高牛羊繁殖力的关键技术之一是实施________技术，准确掌握发情期。</w:t>
        <w:br/>
        <w:br/>
        <w:t xml:space="preserve"> 三、判断题（每题2分，共10分）</w:t>
        <w:br/>
        <w:br/>
        <w:t>1. 牛羊是反刍动物，具有四个胃室，能够有效消化粗纤维。（ ）</w:t>
        <w:br/>
        <w:br/>
        <w:t>2. 牛羊养殖中，精饲料可以完全替代粗饲料，满足其营养需求。（ ）</w:t>
        <w:br/>
        <w:br/>
        <w:t>3. 牛羊发生传染病时，应立即隔离病畜，并对全场进行消毒。（ ）</w:t>
        <w:br/>
        <w:br/>
        <w:t>4. 羔羊出生后应及时吃到初乳，这对提高成活率至关重要。（ ）</w:t>
        <w:br/>
        <w:br/>
        <w:t>5. 牛羊养殖中，密度越大，单位面积产量越高，经济效益越好。（ ）</w:t>
        <w:br/>
        <w:br/>
        <w:t xml:space="preserve"> 四、多项选择题（每题2分，共4分）</w:t>
        <w:br/>
        <w:br/>
        <w:t>1. 下列哪些因素会影响牛羊的生长发育？（ ）</w:t>
        <w:br/>
        <w:br/>
        <w:t>A. 饲料营养</w:t>
        <w:br/>
        <w:br/>
        <w:t>B. 环境温度</w:t>
        <w:br/>
        <w:br/>
        <w:t>C. 饲养密度</w:t>
        <w:br/>
        <w:br/>
        <w:t>D. 品种特性</w:t>
        <w:br/>
        <w:br/>
        <w:t>2. 牛羊养殖中，常见的传染病包括（ ）</w:t>
        <w:br/>
        <w:br/>
        <w:t>A. 口蹄疫</w:t>
        <w:br/>
        <w:br/>
        <w:t>B. 布氏杆菌病</w:t>
        <w:br/>
        <w:br/>
        <w:t>C. 羊痘</w:t>
        <w:br/>
        <w:br/>
        <w:t>D. 球虫病</w:t>
        <w:br/>
        <w:br/>
        <w:t xml:space="preserve"> 五、简答题（每题5分，共10分）</w:t>
        <w:br/>
        <w:br/>
        <w:t>1. 简述牛羊养殖中青贮饲料的制作要点及其优点。</w:t>
        <w:br/>
        <w:br/>
        <w:t>2. 牛羊养殖场应如何进行生物安全防控？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解析：夏洛莱牛是著名的肉用品种，产肉性能最好。荷斯坦牛以产奶为主，娟姗牛也是乳用品种，瑞士褐牛兼用型但产肉性能不如夏洛莱牛。</w:t>
        <w:br/>
        <w:br/>
        <w:t>2. 答案：C</w:t>
        <w:br/>
        <w:br/>
        <w:t>解析：羊的妊娠期约为150天，不同品种略有差异。牛的妊娠期约为280天，比羊长得多。</w:t>
        <w:br/>
        <w:br/>
        <w:t>3. 答案：D</w:t>
        <w:br/>
        <w:br/>
        <w:t>解析：青贮饲料制作的最佳含水量为60%-70%，这样的含水量有利于乳酸菌发酵，抑制有害微生物生长，保证青贮质量。</w:t>
        <w:br/>
        <w:br/>
        <w:t>4. 答案：C</w:t>
        <w:br/>
        <w:br/>
        <w:t>解析：口蹄疫是牛羊常见的传染病，典型症状是口腔和蹄部出现水疱，伴有发热、流涎等症状。其他选项是其他疾病的典型症状。</w:t>
        <w:br/>
        <w:br/>
        <w:t>5. 答案：B</w:t>
        <w:br/>
        <w:br/>
        <w:t>解析：实施人工授精技术可以准确把握母畜的最佳配种时间，提高受胎率，是提高牛羊繁殖率的关键技术。其他选项虽然重要，但不如人工授精技术直接有效。</w:t>
        <w:br/>
        <w:br/>
        <w:t>6. 答案：C</w:t>
        <w:br/>
        <w:br/>
        <w:t>解析：水源充足是牛羊养殖场选址的首要因素，因为牛羊每天需要大量饮水。其他因素也很重要，但水源是基本生存条件。</w:t>
        <w:br/>
        <w:br/>
        <w:t>7. 答案：C</w:t>
        <w:br/>
        <w:br/>
        <w:t>解析：钙是构成骨骼和牙齿的主要矿物质元素，对牛羊骨骼发育至关重要。铁参与造血，锌与多种酶活性有关，硒是重要的抗氧化元素。</w:t>
        <w:br/>
        <w:br/>
        <w:t>8. 答案：C</w:t>
        <w:br/>
        <w:br/>
        <w:t>解析：定期驱虫是预防寄生虫病最有效的方法，可以减少寄生虫感染风险。定期消毒和隔离病畜也很重要，接种疫苗主要针对病毒和细菌性疾病。</w:t>
        <w:br/>
        <w:br/>
        <w:t>9. 答案：C</w:t>
        <w:br/>
        <w:br/>
        <w:t>解析：羔羊断奶的最佳时期是8-10周龄，此时羔羊已能较好地消化固体饲料，且母羊泌乳量开始下降。过早断奶影响羔羊发育，过晚断奶影响母羊体况恢复。</w:t>
        <w:br/>
        <w:br/>
        <w:t>10. 答案：B</w:t>
        <w:br/>
        <w:br/>
        <w:t>解析：饲料营养是决定乳肉品质的关键因素，合理的营养配方可以提高乳肉品质和产量。品种选择是基础，环境控制和疾病预防也很重要，但饲料营养直接影响产品品质。</w:t>
        <w:br/>
        <w:br/>
        <w:t xml:space="preserve"> 二、填空题</w:t>
        <w:br/>
        <w:br/>
        <w:t>1. 答案：秸秆</w:t>
        <w:br/>
        <w:br/>
        <w:t>解析：牛羊养殖中，常用的粗饲料包括青贮饲料、干草和秸秆。秸秆是农作物收获后的剩余部分，如玉米秸、麦秸等，经过适当处理可作为牛羊的粗饲料来源。</w:t>
        <w:br/>
        <w:br/>
        <w:t>2. 答案：多室</w:t>
        <w:br/>
        <w:br/>
        <w:t>解析：牛羊的消化系统特点是具有多室胃（具体为四个胃室：瘤胃、网胃、瓣胃和皱胃），其中瘤胃最大，含有大量微生物，能够有效消化纤维素。</w:t>
        <w:br/>
        <w:br/>
        <w:t>3. 答案：谱系记录</w:t>
        <w:br/>
        <w:br/>
        <w:t>解析：记录个体生产性能的重要工具是谱系记录，包括品种、出生日期、体重、产奶量、产肉量等数据，有助于选育优良个体，提高生产性能。</w:t>
        <w:br/>
        <w:br/>
        <w:t>4. 答案：防疫</w:t>
        <w:br/>
        <w:br/>
        <w:t>解析：牛羊养殖场应建立完善的防疫制度，定期进行健康检查，预防疾病发生，保障养殖效益。防疫制度包括消毒、免疫、隔离等措施。</w:t>
        <w:br/>
        <w:br/>
        <w:t>5. 答案：发情鉴定</w:t>
        <w:br/>
        <w:br/>
        <w:t>解析：提高牛羊繁殖力的关键技术之一是实施发情鉴定技术，准确掌握发情期，适时配种，提高受胎率。发情鉴定方法包括外部观察、直肠检查和B超检查等。</w:t>
        <w:br/>
        <w:br/>
        <w:t xml:space="preserve"> 三、判断题</w:t>
        <w:br/>
        <w:br/>
        <w:t>1. 答案：√</w:t>
        <w:br/>
        <w:br/>
        <w:t>解析：牛羊是反刍动物，具有四个胃室（瘤胃、网胃、瓣胃和皱胃），其中瘤胃含有大量微生物，能够分解纤维素，有效消化粗饲料。</w:t>
        <w:br/>
        <w:br/>
        <w:t>2. 答案：×</w:t>
        <w:br/>
        <w:br/>
        <w:t>解析：牛羊是反刍动物，需要一定量的粗饲料来维持瘤胃健康和正常功能。完全用精饲料替代粗饲料会导致消化紊乱、酸中毒等疾病，不利于健康。</w:t>
        <w:br/>
        <w:br/>
        <w:t>3. 答案：√</w:t>
        <w:br/>
        <w:br/>
        <w:t>解析：牛羊发生传染病时，应立即隔离病畜，防止疾病传播，并对全场进行消毒，杀灭环境中的病原体，控制疫情扩散。</w:t>
        <w:br/>
        <w:br/>
        <w:t>4. 答案：√</w:t>
        <w:br/>
        <w:br/>
        <w:t>解析：羔羊出生后应及时吃到初乳，初乳中含有丰富的抗体、营养物质和生长因子，能够提高羔羊的免疫力，促进生长发育，对提高成活率至关重要。</w:t>
        <w:br/>
        <w:br/>
        <w:t>5. 答案：×</w:t>
        <w:br/>
        <w:br/>
        <w:t>解析：牛羊养殖中，饲养密度过大会导致应激反应增加，采食不均，疾病传播风险提高，反而影响生产性能和经济效益。应保持合理的饲养密度。</w:t>
        <w:br/>
        <w:br/>
        <w:t xml:space="preserve"> 四、多项选择题</w:t>
        <w:br/>
        <w:br/>
        <w:t>1. 答案：ABCD</w:t>
        <w:br/>
        <w:br/>
        <w:t>解析：饲料营养、环境温度、饲养密度和品种特性都会影响牛羊的生长发育。饲料营养提供生长所需物质，环境温度影响代谢和采食量，饲养密度影响应激和疾病发生，品种特性决定生长潜力和适应性。</w:t>
        <w:br/>
        <w:br/>
        <w:t>2. 答案：ABC</w:t>
        <w:br/>
        <w:br/>
        <w:t>解析：口蹄疫、布氏杆菌病和羊痘都是牛羊常见的传染病。口蹄疫是病毒性传染病，布氏杆菌病是细菌性传染病，羊痘是病毒性传染病。球虫病是寄生虫病，不属于传染病范畴。</w:t>
        <w:br/>
        <w:br/>
        <w:t xml:space="preserve"> 五、简答题</w:t>
        <w:br/>
        <w:br/>
        <w:t>1. 答案：青贮饲料的制作要点：</w:t>
        <w:br/>
        <w:br/>
        <w:t>- 适时收割：在植物营养价值最高时收割</w:t>
        <w:br/>
        <w:br/>
        <w:t>- 适当切碎：便于压实和发酵</w:t>
        <w:br/>
        <w:br/>
        <w:t>- 控制含水量：保持在60%-70%</w:t>
        <w:br/>
        <w:br/>
        <w:t>- 快速装填：减少氧气接触</w:t>
        <w:br/>
        <w:br/>
        <w:t>- 压实密封：排出空气，创造厌氧环境</w:t>
        <w:br/>
        <w:br/>
        <w:t>- 适当发酵时间：一般需要30-60天</w:t>
        <w:br/>
        <w:br/>
        <w:t>优点：</w:t>
        <w:br/>
        <w:br/>
        <w:t>- 保存饲料的营养价值，减少养分损失</w:t>
        <w:br/>
        <w:br/>
        <w:t>- 可长期保存，保证全年饲料供应</w:t>
        <w:br/>
        <w:br/>
        <w:t>- 提高饲料的适口性和消化率</w:t>
        <w:br/>
        <w:br/>
        <w:t>- 减少饲料浪费</w:t>
        <w:br/>
        <w:br/>
        <w:t>- 降低饲养成本</w:t>
        <w:br/>
        <w:br/>
        <w:t>解析：青贮饲料是牛羊养殖中的重要粗饲料来源，制作过程的关键是创造厌氧环境，促进乳酸菌发酵，抑制有害微生物生长。正确的青贮制作可以最大限度地保存饲料的营养价值，提高利用率，是牛羊养殖中重要的饲料保存技术。</w:t>
        <w:br/>
        <w:br/>
        <w:t>2. 答案：牛羊养殖场的生物安全防控措施：</w:t>
        <w:br/>
        <w:br/>
        <w:t>- 场区选址与布局：远离居民区、交通要道和其他养殖场，场内生活区与生产区分开</w:t>
        <w:br/>
        <w:br/>
        <w:t>- 人员管理：严格控制外来人员进入，工作人员进入生产区需更衣、消毒</w:t>
        <w:br/>
        <w:br/>
        <w:t>- 车辆管理：外来车辆不得进入场区，饲料、粪便等运输车辆严格消毒</w:t>
        <w:br/>
        <w:br/>
        <w:t>- 动物管理：坚持自繁自养，确需引种时需隔离观察，确认健康后方可混群</w:t>
        <w:br/>
        <w:br/>
        <w:t>- 饲料管理：不从疫区购买饲料，饲料储存防止霉变</w:t>
        <w:br/>
        <w:br/>
        <w:t>- 粪便处理：建立完善的粪便处理系统，防止环境污染和疾病传播</w:t>
        <w:br/>
        <w:br/>
        <w:t>- 消毒制度：定期对场区、环境、设备进行消毒</w:t>
        <w:br/>
        <w:br/>
        <w:t>- 免疫接种：制定科学的免疫程序，按时接种疫苗</w:t>
        <w:br/>
        <w:br/>
        <w:t>- 疫病监测：定期进行疫病检测，及时发现和处理问题</w:t>
        <w:br/>
        <w:br/>
        <w:t>- 应急预案：制定重大动物疫情应急预案，一旦发生疫情能及时有效处置</w:t>
        <w:br/>
        <w:br/>
        <w:t>解析：生物安全防控是牛羊养殖场疫病防控的核心措施，通过建立完善的生物安全体系，可以有效防止外来病原体传入，控制场内疫病传播，保障养殖安全和生产效益。生物安全防控需要从场区建设、人员管理、动物管理、饲料管理等多方面入手，形成系统化的防控体系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