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2025年外护期末试题及答案</w:t>
      </w:r>
    </w:p>
    <w:p>
      <w:r>
        <w:br/>
        <w:t xml:space="preserve"> 一、单项选择题（每题2分，共20分）</w:t>
        <w:br/>
        <w:br/>
        <w:t>1. 外科手术后最常见的并发症是：</w:t>
        <w:br/>
        <w:br/>
        <w:t>A. 切口感染</w:t>
        <w:br/>
        <w:br/>
        <w:t>B. 肺部感染</w:t>
        <w:br/>
        <w:br/>
        <w:t>C. 深静脉血栓</w:t>
        <w:br/>
        <w:br/>
        <w:t>D. 尿路感染</w:t>
        <w:br/>
        <w:br/>
        <w:t>E. 应激性溃疡</w:t>
        <w:br/>
        <w:br/>
        <w:t>2. 术后患者首次进食的时间通常是：</w:t>
        <w:br/>
        <w:br/>
        <w:t>A. 术后立即</w:t>
        <w:br/>
        <w:br/>
        <w:t>B. 术后4-6小时</w:t>
        <w:br/>
        <w:br/>
        <w:t>C. 术后12小时</w:t>
        <w:br/>
        <w:br/>
        <w:t>D. 术后24小时</w:t>
        <w:br/>
        <w:br/>
        <w:t>E. 术后48小时</w:t>
        <w:br/>
        <w:br/>
        <w:t>3. 外科手术后疼痛评估最常用的工具是：</w:t>
        <w:br/>
        <w:br/>
        <w:t>A. 视觉模拟评分法</w:t>
        <w:br/>
        <w:br/>
        <w:t>B. 数字评分法</w:t>
        <w:br/>
        <w:br/>
        <w:t>C. 面部表情疼痛量表</w:t>
        <w:br/>
        <w:br/>
        <w:t>D. 语言描述评分法</w:t>
        <w:br/>
        <w:br/>
        <w:t>E. 以上都是</w:t>
        <w:br/>
        <w:br/>
        <w:t>4. 术后患者深呼吸和咳嗽的主要目的是：</w:t>
        <w:br/>
        <w:br/>
        <w:t>A. 促进伤口愈合</w:t>
        <w:br/>
        <w:br/>
        <w:t>B. 预防肺部并发症</w:t>
        <w:br/>
        <w:br/>
        <w:t>C. 减轻疼痛</w:t>
        <w:br/>
        <w:br/>
        <w:t>D. 促进胃肠蠕动</w:t>
        <w:br/>
        <w:br/>
        <w:t>E. 预防压疮</w:t>
        <w:br/>
        <w:br/>
        <w:t>5. 外科手术后引流管的护理，下列哪项是错误的：</w:t>
        <w:br/>
        <w:br/>
        <w:t>A. 保持引流管通畅</w:t>
        <w:br/>
        <w:br/>
        <w:t>B. 观察引流液的颜色、性质和量</w:t>
        <w:br/>
        <w:br/>
        <w:t>C. 引流瓶应低于伤口平面</w:t>
        <w:br/>
        <w:br/>
        <w:t>D. 引流管可随意扭曲</w:t>
        <w:br/>
        <w:br/>
        <w:t>E. 定时更换引流装置</w:t>
        <w:br/>
        <w:br/>
        <w:t>6. 术后患者早期活动的意义不包括：</w:t>
        <w:br/>
        <w:br/>
        <w:t>A. 促进血液循环</w:t>
        <w:br/>
        <w:br/>
        <w:t>B. 预防深静脉血栓</w:t>
        <w:br/>
        <w:br/>
        <w:t>C. 促进胃肠功能恢复</w:t>
        <w:br/>
        <w:br/>
        <w:t>D. 减少切口张力</w:t>
        <w:br/>
        <w:br/>
        <w:t>E. 减少疼痛</w:t>
        <w:br/>
        <w:br/>
        <w:t>7. 外科手术前禁食禁水的目的是：</w:t>
        <w:br/>
        <w:br/>
        <w:t>A. 减轻患者紧张情绪</w:t>
        <w:br/>
        <w:br/>
        <w:t>B. 防止麻醉中呕吐和误吸</w:t>
        <w:br/>
        <w:br/>
        <w:t>C. 减少术中出血</w:t>
        <w:br/>
        <w:br/>
        <w:t>D. 降低手术风险</w:t>
        <w:br/>
        <w:br/>
        <w:t>E. 以上都是</w:t>
        <w:br/>
        <w:br/>
        <w:t>8. 术后患者体温38.5℃，最可能的原因是：</w:t>
        <w:br/>
        <w:br/>
        <w:t>A. 切口感染</w:t>
        <w:br/>
        <w:br/>
        <w:t>B. 肺部感染</w:t>
        <w:br/>
        <w:br/>
        <w:t>C. 吸收热</w:t>
        <w:br/>
        <w:br/>
        <w:t>D. 药物热</w:t>
        <w:br/>
        <w:br/>
        <w:t>E. 以上都有可能</w:t>
        <w:br/>
        <w:br/>
        <w:t>9. 外科手术后拆线时间，一般缝合伤口为：</w:t>
        <w:br/>
        <w:br/>
        <w:t>A. 3-5天</w:t>
        <w:br/>
        <w:br/>
        <w:t>B. 5-7天</w:t>
        <w:br/>
        <w:br/>
        <w:t>C. 7-10天</w:t>
        <w:br/>
        <w:br/>
        <w:t>D. 10-14天</w:t>
        <w:br/>
        <w:br/>
        <w:t>E. 14-21天</w:t>
        <w:br/>
        <w:br/>
        <w:t>10. 术后患者出现下肢肿胀、疼痛，最可能的情况是：</w:t>
        <w:br/>
        <w:br/>
        <w:t>A. 切口感染</w:t>
        <w:br/>
        <w:br/>
        <w:t>B. 肺栓塞</w:t>
        <w:br/>
        <w:br/>
        <w:t>C. 深静脉血栓</w:t>
        <w:br/>
        <w:br/>
        <w:t>D. 脂肪栓塞</w:t>
        <w:br/>
        <w:br/>
        <w:t>E. 筋膜室综合征</w:t>
        <w:br/>
        <w:br/>
        <w:t xml:space="preserve"> 二、填空题（每题2分，共10分）</w:t>
        <w:br/>
        <w:br/>
        <w:t>1. 外科手术后疼痛管理遵循的原则是______、______和______。</w:t>
        <w:br/>
        <w:br/>
        <w:t>2. 术后患者活动应遵循的原则是______、______和______。</w:t>
        <w:br/>
        <w:br/>
        <w:t>3. 外科手术后常见的并发症包括______、______、______和______。</w:t>
        <w:br/>
        <w:br/>
        <w:t>4. 术后引流管的护理要点包括保持______、观察______、保持______和定期______。</w:t>
        <w:br/>
        <w:br/>
        <w:t>5. 外科手术后饮食恢复的原则是______、______和______。</w:t>
        <w:br/>
        <w:br/>
        <w:t xml:space="preserve"> 三、判断题（每题2分，共10分）</w:t>
        <w:br/>
        <w:br/>
        <w:t>1. 术后患者应绝对卧床休息，直到拆线为止。（ ）</w:t>
        <w:br/>
        <w:br/>
        <w:t>2. 术后引流液出现鲜红色血液量多时，应立即通知医生。（ ）</w:t>
        <w:br/>
        <w:br/>
        <w:t>3. 术后患者体温持续超过38.5℃超过3天，应考虑切口感染的可能。（ ）</w:t>
        <w:br/>
        <w:br/>
        <w:t>4. 术后患者出现恶心呕吐时，应立即给予止吐药物。（ ）</w:t>
        <w:br/>
        <w:br/>
        <w:t>5. 术后患者早期活动会增加切口裂开的风险。（ ）</w:t>
        <w:br/>
        <w:br/>
        <w:t xml:space="preserve"> 四、多项选择题（每题2分，共4分）</w:t>
        <w:br/>
        <w:br/>
        <w:t>1. 术后患者深静脉血栓的预防措施包括：</w:t>
        <w:br/>
        <w:br/>
        <w:t>A. 早期活动</w:t>
        <w:br/>
        <w:br/>
        <w:t>B. 使用弹力袜</w:t>
        <w:br/>
        <w:br/>
        <w:t>C. 药物预防</w:t>
        <w:br/>
        <w:br/>
        <w:t>D. 避免下肢静脉输液</w:t>
        <w:br/>
        <w:br/>
        <w:t>E. 抬高患肢</w:t>
        <w:br/>
        <w:br/>
        <w:t>2. 术后切口感染的预防措施包括：</w:t>
        <w:br/>
        <w:br/>
        <w:t>A. 严格无菌操作</w:t>
        <w:br/>
        <w:br/>
        <w:t>B. 合理使用抗生素</w:t>
        <w:br/>
        <w:br/>
        <w:t>C. 控制血糖</w:t>
        <w:br/>
        <w:br/>
        <w:t>D. 加强营养支持</w:t>
        <w:br/>
        <w:br/>
        <w:t>E. 保持切口敷料清洁干燥</w:t>
        <w:br/>
        <w:br/>
        <w:t xml:space="preserve"> 五、简答题（每题5分，共10分）</w:t>
        <w:br/>
        <w:br/>
        <w:t>1. 简述术后患者疼痛评估的内容和方法。</w:t>
        <w:br/>
        <w:br/>
        <w:t>2. 列举术后患者常见的并发症及其预防措施。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解析：切口感染是外科手术后最常见的并发症，发生率约为2-5%。其他选项虽然也是术后常见并发症，但发生率相对较低。</w:t>
        <w:br/>
        <w:br/>
        <w:t>2. 答案：B</w:t>
        <w:br/>
        <w:br/>
        <w:t>解析：对于非胃肠道手术患者，术后4-6小时可少量饮水，无呕吐后可逐渐恢复饮食；胃肠道手术患者需待肠蠕动恢复后（通常24-48小时）方可进食。</w:t>
        <w:br/>
        <w:br/>
        <w:t>3. 答案：E</w:t>
        <w:br/>
        <w:br/>
        <w:t>解析：视觉模拟评分法(VAS)、数字评分法(NRS)、面部表情疼痛量表(FPS)和语言描述评分法(VDS)都是临床上常用的疼痛评估工具，可根据患者年龄、认知状态等选择使用。</w:t>
        <w:br/>
        <w:br/>
        <w:t>4. 答案：B</w:t>
        <w:br/>
        <w:br/>
        <w:t>解析：术后深呼吸和咳嗽是预防肺部并发症（如肺不张、肺炎）的重要措施，可促进肺扩张，减少肺部分泌物积聚。</w:t>
        <w:br/>
        <w:br/>
        <w:t>5. 答案：D</w:t>
        <w:br/>
        <w:br/>
        <w:t>解析：引流管应保持通畅，避免扭曲、受压或阻塞，以确保有效引流。其他选项都是引流管护理的正确措施。</w:t>
        <w:br/>
        <w:br/>
        <w:t>6. 答案：E</w:t>
        <w:br/>
        <w:br/>
        <w:t>解析：早期活动虽然可能暂时增加切口疼痛，但从长远看有利于减少疼痛，促进血液循环，预防深静脉血栓，促进胃肠功能恢复，减少切口张力等。</w:t>
        <w:br/>
        <w:br/>
        <w:t>7. 答案：B</w:t>
        <w:br/>
        <w:br/>
        <w:t>解析：手术前禁食禁水的主要目的是防止麻醉过程中呕吐和误吸，导致吸入性肺炎，这是术前准备的常规要求。</w:t>
        <w:br/>
        <w:br/>
        <w:t>8. 答案：E</w:t>
        <w:br/>
        <w:br/>
        <w:t>解析：术后发热可能由多种原因引起，包括吸收热（术后24-48小时内，不超过38.5℃）、切口感染、肺部感染、药物热等，需结合临床表现和其他检查综合判断。</w:t>
        <w:br/>
        <w:br/>
        <w:t>9. 答案：C</w:t>
        <w:br/>
        <w:br/>
        <w:t>解析：一般缝合伤口拆线时间为7-10天，头面部、关节处等血供丰富的部位可适当缩短，而背部、下肢等部位可适当延长。</w:t>
        <w:br/>
        <w:br/>
        <w:t>10. 答案：C</w:t>
        <w:br/>
        <w:br/>
        <w:t>解析：术后患者出现下肢肿胀、疼痛是深静脉血栓的典型表现，需及时诊断和处理，以防血栓脱落导致肺栓塞等严重并发症。</w:t>
        <w:br/>
        <w:br/>
        <w:t xml:space="preserve"> 二、填空题</w:t>
        <w:br/>
        <w:br/>
        <w:t>1. 答案：个体化、多模式、及时性</w:t>
        <w:br/>
        <w:br/>
        <w:t>解析：术后疼痛管理应遵循个体化原则，根据患者具体情况制定方案；采用多模式镇痛，联合不同作用机制的药物和方法；强调及时性，在疼痛发生前或疼痛较轻时给予干预。</w:t>
        <w:br/>
        <w:br/>
        <w:t>2. 答案：循序渐进、量力而行、避免疲劳</w:t>
        <w:br/>
        <w:br/>
        <w:t>解析：术后活动应循序渐进，从床上活动到床边活动再到下床活动；量力而行，根据患者耐受程度调整活动量；避免过度疲劳，防止因疲劳导致其他并发症。</w:t>
        <w:br/>
        <w:br/>
        <w:t>3. 答案：切口感染、肺部感染、深静脉血栓、尿路感染</w:t>
        <w:br/>
        <w:br/>
        <w:t>解析：这四种是外科手术后最常见的并发症，切口感染约占所有手术并发症的40%，肺部感染约占15%，深静脉血栓约占10%，尿路感染约占8%。</w:t>
        <w:br/>
        <w:br/>
        <w:t>4. 答案：引流管通畅、引流液的颜色性质和量、引流瓶低于伤口平面、更换引流装置</w:t>
        <w:br/>
        <w:br/>
        <w:t>解析：引流管护理的核心是保持通畅，观察引流液情况，确保有效引流，防止逆行感染，并定期更换引流装置。</w:t>
        <w:br/>
        <w:br/>
        <w:t>5. 答案：由少到多、由稀到稠、循序渐进</w:t>
        <w:br/>
        <w:br/>
        <w:t>解析：术后饮食恢复应遵循从少量开始，逐渐增加量；从流质、半流质到软食、普食的过渡过程，循序渐进，避免突然大量进食导致胃肠不适。</w:t>
        <w:br/>
        <w:br/>
        <w:t xml:space="preserve"> 三、判断题</w:t>
        <w:br/>
        <w:br/>
        <w:t>1. 答案：×</w:t>
        <w:br/>
        <w:br/>
        <w:t>解析：术后患者应在医生指导下尽早活动，长期卧床会增加深静脉血栓、肺部感染、压疮等并发症风险。早期活动有利于促进血液循环，预防并发症。</w:t>
        <w:br/>
        <w:br/>
        <w:t>2. 答案：√</w:t>
        <w:br/>
        <w:br/>
        <w:t>解析：术后引流液出现鲜红色血液且量多，可能是活动性出血的表现，应立即通知医生处理，以免发生失血性休克等严重后果。</w:t>
        <w:br/>
        <w:br/>
        <w:t>3. 答案：√</w:t>
        <w:br/>
        <w:br/>
        <w:t>解析：术后体温持续超过38.5℃超过3天，提示可能存在感染，尤其是切口感染。术后吸收热通常在术后24-48小时内出现，不超过38.5℃。</w:t>
        <w:br/>
        <w:br/>
        <w:t>4. 答案：×</w:t>
        <w:br/>
        <w:br/>
        <w:t>解析：术后恶心呕吐首先应评估原因，如麻醉反应、镇痛药物副作用、肠麻痹等，可采取体位调整、饮食调整等非药物措施，必要时才使用止吐药物。</w:t>
        <w:br/>
        <w:br/>
        <w:t>5. 答案：×</w:t>
        <w:br/>
        <w:br/>
        <w:t>解析：早期活动虽然可能暂时增加切口疼痛，但不会增加切口裂开的风险，反而有利于促进血液循环，减少切口张力，促进切口愈合。</w:t>
        <w:br/>
        <w:br/>
        <w:t xml:space="preserve"> 四、多项选择题</w:t>
        <w:br/>
        <w:br/>
        <w:t>1. 答案：ABCDE</w:t>
        <w:br/>
        <w:br/>
        <w:t>解析：深静脉血栓的预防措施包括：早期活动促进血液循环；使用弹力袜增加静脉回流；必要时使用抗凝药物预防；避免下肢静脉输液减少静脉壁损伤；抬高患肢促进静脉回流。这些措施可单独或联合使用。</w:t>
        <w:br/>
        <w:br/>
        <w:t>2. 答案：ABCDE</w:t>
        <w:br/>
        <w:br/>
        <w:t>解析：切口感染的预防是多方面的：手术过程中严格无菌操作；合理使用抗生素预防感染；控制患者血糖水平；加强营养支持提高患者抵抗力；保持切口敷料清洁干燥防止外源性感染。这些措施共同作用可有效降低切口感染风险。</w:t>
        <w:br/>
        <w:br/>
        <w:t xml:space="preserve"> 五、简答题</w:t>
        <w:br/>
        <w:br/>
        <w:t>1. 答案：</w:t>
        <w:br/>
        <w:br/>
        <w:t>术后疼痛评估内容包括：</w:t>
        <w:br/>
        <w:br/>
        <w:t>- 疼痛的部位、性质、程度</w:t>
        <w:br/>
        <w:br/>
        <w:t>- 疼痛的时间规律和持续时间</w:t>
        <w:br/>
        <w:br/>
        <w:t>- 疼痛的影响因素和缓解因素</w:t>
        <w:br/>
        <w:br/>
        <w:t>- 疼痛对患者生理和心理的影响</w:t>
        <w:br/>
        <w:br/>
        <w:t>疼痛评估方法：</w:t>
        <w:br/>
        <w:br/>
        <w:t>- 视觉模拟评分法(VAS)：0-10分，0表示无痛，10表示最剧烈疼痛</w:t>
        <w:br/>
        <w:br/>
        <w:t>- 数字评分法(NRS)：0-10分，让患者选择数字表示疼痛程度</w:t>
        <w:br/>
        <w:br/>
        <w:t>- 面部表情疼痛量表(FPS)：适用于儿童、老年人或认知障碍患者</w:t>
        <w:br/>
        <w:br/>
        <w:t>- 语言描述评分法(VDS)：将疼痛分为无痛、轻微疼痛、中度疼痛、重度疼痛、剧烈疼痛等</w:t>
        <w:br/>
        <w:br/>
        <w:t>- 生理指标观察：心率、血压、呼吸频率、表情、体位等</w:t>
        <w:br/>
        <w:br/>
        <w:t>解析：疼痛评估是术后疼痛管理的基础，应全面、动态、个体化评估。不同评估方法适用于不同人群，护士应掌握多种评估方法，并根据患者情况选择合适的工具。疼痛评估应在术前、术后不同时间点进行，以便及时调整镇痛方案。</w:t>
        <w:br/>
        <w:br/>
        <w:t>2. 答案：</w:t>
        <w:br/>
        <w:br/>
        <w:t>术后常见并发症及预防措施：</w:t>
        <w:br/>
        <w:br/>
        <w:t>(1)切口感染：</w:t>
        <w:br/>
        <w:br/>
        <w:t>- 严格无菌操作</w:t>
        <w:br/>
        <w:br/>
        <w:t>- 合理使用抗生素</w:t>
        <w:br/>
        <w:br/>
        <w:t>- 保持切口敷料清洁干燥</w:t>
        <w:br/>
        <w:br/>
        <w:t>- 加强营养支持</w:t>
        <w:br/>
        <w:br/>
        <w:t>- 控制血糖</w:t>
        <w:br/>
        <w:br/>
        <w:t>(2)肺部感染：</w:t>
        <w:br/>
        <w:br/>
        <w:t>- 鼓励深呼吸和有效咳嗽</w:t>
        <w:br/>
        <w:br/>
        <w:t>- 早期活动</w:t>
        <w:br/>
        <w:br/>
        <w:t>- 雾化吸入</w:t>
        <w:br/>
        <w:br/>
        <w:t>- 抬高床头</w:t>
        <w:br/>
        <w:br/>
        <w:t>- 必要时吸痰</w:t>
        <w:br/>
        <w:br/>
        <w:t>(3)深静脉血栓：</w:t>
        <w:br/>
        <w:br/>
        <w:t>- 早期活动</w:t>
        <w:br/>
        <w:br/>
        <w:t>- 使用弹力袜</w:t>
        <w:br/>
        <w:br/>
        <w:t>- 药物预防</w:t>
        <w:br/>
        <w:br/>
        <w:t>- 避免下肢静脉输液</w:t>
        <w:br/>
        <w:br/>
        <w:t>- 抬高患肢</w:t>
        <w:br/>
        <w:br/>
        <w:t>(4)尿路感染：</w:t>
        <w:br/>
        <w:br/>
        <w:t>- 尽早拔除尿管</w:t>
        <w:br/>
        <w:br/>
        <w:t>- 保持尿管通畅和无菌</w:t>
        <w:br/>
        <w:br/>
        <w:t>- 多饮水</w:t>
        <w:br/>
        <w:br/>
        <w:t>- 会阴部清洁护理</w:t>
        <w:br/>
        <w:br/>
        <w:t>解析：术后并发症的预防是外科护理的重要内容，护士应熟悉各种并发症的危险因素和临床表现，采取针对性预防措施。同时，应密切观察患者病情变化，早期发现并发症迹象，及时处理，以减轻患者痛苦，促进康复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