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2025年数控车试题及答案初级</w:t>
      </w:r>
    </w:p>
    <w:p>
      <w:r>
        <w:br/>
        <w:t>一、单项选择题（共10题，每题2分）</w:t>
        <w:br/>
        <w:br/>
        <w:t>1. 数控车床的"数控"是指：</w:t>
        <w:br/>
        <w:br/>
        <w:t>A. 数字控制</w:t>
        <w:br/>
        <w:br/>
        <w:t>B. 数值计算</w:t>
        <w:br/>
        <w:br/>
        <w:t>C. 数据处理</w:t>
        <w:br/>
        <w:br/>
        <w:t>D. 数字编程</w:t>
        <w:br/>
        <w:br/>
        <w:t>2. G00指令的功能是：</w:t>
        <w:br/>
        <w:br/>
        <w:t>A. 直线插补</w:t>
        <w:br/>
        <w:br/>
        <w:t>B. 快速点定位</w:t>
        <w:br/>
        <w:br/>
        <w:t>C. 圆弧插补</w:t>
        <w:br/>
        <w:br/>
        <w:t>D. 暂停</w:t>
        <w:br/>
        <w:br/>
        <w:t>3. 在数控编程中，M03指令表示：</w:t>
        <w:br/>
        <w:br/>
        <w:t>A. 主轴停止</w:t>
        <w:br/>
        <w:br/>
        <w:t>B. 主轴正转</w:t>
        <w:br/>
        <w:br/>
        <w:t>C. 主轴反转</w:t>
        <w:br/>
        <w:br/>
        <w:t>D. 程序结束</w:t>
        <w:br/>
        <w:br/>
        <w:t>4. 数控车床的坐标系中，Z轴通常表示：</w:t>
        <w:br/>
        <w:br/>
        <w:t>A. 横向进给轴</w:t>
        <w:br/>
        <w:br/>
        <w:t>B. 纵向进给轴</w:t>
        <w:br/>
        <w:br/>
        <w:t>C. 垂直进给轴</w:t>
        <w:br/>
        <w:br/>
        <w:t>D. 旋转轴</w:t>
        <w:br/>
        <w:br/>
        <w:t>5. 下列哪个代码用于设置进给速度：</w:t>
        <w:br/>
        <w:br/>
        <w:t>A. G01</w:t>
        <w:br/>
        <w:br/>
        <w:t>B. G02</w:t>
        <w:br/>
        <w:br/>
        <w:t>C. F</w:t>
        <w:br/>
        <w:br/>
        <w:t>D. S</w:t>
        <w:br/>
        <w:br/>
        <w:t>6. 在数控车床操作中，"对刀"的主要目的是：</w:t>
        <w:br/>
        <w:br/>
        <w:t>A. 确定工件坐标系原点</w:t>
        <w:br/>
        <w:br/>
        <w:t>B. 提高加工精度</w:t>
        <w:br/>
        <w:br/>
        <w:t>C. 延长刀具寿命</w:t>
        <w:br/>
        <w:br/>
        <w:t>D. 减少加工时间</w:t>
        <w:br/>
        <w:br/>
        <w:t>7. 数控车床加工时，"背吃刀量"是指：</w:t>
        <w:br/>
        <w:br/>
        <w:t>A. 刀具在进给方向上切过的金属层厚度</w:t>
        <w:br/>
        <w:br/>
        <w:t>B. 刀具与工件接触的长度</w:t>
        <w:br/>
        <w:br/>
        <w:t>C. 刀具的直径</w:t>
        <w:br/>
        <w:br/>
        <w:t>D. 工件的直径</w:t>
        <w:br/>
        <w:br/>
        <w:t>8. 在数控编程中，G01指令表示：</w:t>
        <w:br/>
        <w:br/>
        <w:t>A. 快速点定位</w:t>
        <w:br/>
        <w:br/>
        <w:t>B. 直线插补</w:t>
        <w:br/>
        <w:br/>
        <w:t>C. 圆弧插补</w:t>
        <w:br/>
        <w:br/>
        <w:t>D. 暂停</w:t>
        <w:br/>
        <w:br/>
        <w:t>9. 数控车床的"伺服系统"主要作用是：</w:t>
        <w:br/>
        <w:br/>
        <w:t>A. 控制主轴转速</w:t>
        <w:br/>
        <w:br/>
        <w:t>B. 控制进给运动</w:t>
        <w:br/>
        <w:br/>
        <w:t>C. 控制冷却系统</w:t>
        <w:br/>
        <w:br/>
        <w:t>D. 控制换刀系统</w:t>
        <w:br/>
        <w:br/>
        <w:t>10. 在数控车床加工中，"表面粗糙度"主要受以下哪个因素影响：</w:t>
        <w:br/>
        <w:br/>
        <w:t>A. 切削速度</w:t>
        <w:br/>
        <w:br/>
        <w:t>B. 进给量</w:t>
        <w:br/>
        <w:br/>
        <w:t>C. 背吃刀量</w:t>
        <w:br/>
        <w:br/>
        <w:t>D. 以上都是</w:t>
        <w:br/>
        <w:br/>
        <w:t>二、填空题（共6题，每题2分）</w:t>
        <w:br/>
        <w:br/>
        <w:t>1. 数控车床的基本组成部分包括：主机、数控装置、________和辅助装置。</w:t>
        <w:br/>
        <w:br/>
        <w:t>2. 在数控编程中，G代码称为________代码，用于建立机床坐标系或刀具补偿等功能。</w:t>
        <w:br/>
        <w:br/>
        <w:t>3. 数控车床加工时，工件旋转的运动称为________运动。</w:t>
        <w:br/>
        <w:br/>
        <w:t>4. 数控车床的"刀位点"是指刀具的________位置。</w:t>
        <w:br/>
        <w:br/>
        <w:t>5. 在数控编程中，M代码称为________代码，用于控制机床的辅助功能。</w:t>
        <w:br/>
        <w:br/>
        <w:t>6. 数控车床加工中，常用的切削液分为________和切削油两大类。</w:t>
        <w:br/>
        <w:br/>
        <w:t>三、判断题（共6题，每题2分）</w:t>
        <w:br/>
        <w:br/>
        <w:t>1. 数控车床的G00指令执行时，刀具的运动轨迹一定是直线。（ ）</w:t>
        <w:br/>
        <w:br/>
        <w:t>2. 在数控编程中，同一程序段中可以同时出现多个G代码。（ ）</w:t>
        <w:br/>
        <w:br/>
        <w:t>3. 数控车床的"对刀"操作只需要进行一次，不需要重复进行。（ ）</w:t>
        <w:br/>
        <w:br/>
        <w:t>4. 数控车床加工时，进给速度越快，加工效率越高，表面质量越好。（ ）</w:t>
        <w:br/>
        <w:br/>
        <w:t>5. 数控车床的"机床原点"和"工件原点"一定是同一个点。（ ）</w:t>
        <w:br/>
        <w:br/>
        <w:t>6. 在数控编程中，G01和G00都可以实现直线运动，但G00的运动速度更快。（ ）</w:t>
        <w:br/>
        <w:br/>
        <w:t>四、多项选择题（共2题，每题2分）</w:t>
        <w:br/>
        <w:br/>
        <w:t>1. 下列哪些因素会影响数控车床的加工精度：</w:t>
        <w:br/>
        <w:br/>
        <w:t>A. 机床的几何精度</w:t>
        <w:br/>
        <w:br/>
        <w:t>B. 伺服系统的响应特性</w:t>
        <w:br/>
        <w:br/>
        <w:t>C. 刀具的磨损程度</w:t>
        <w:br/>
        <w:br/>
        <w:t>D. 工件的装夹方式</w:t>
        <w:br/>
        <w:br/>
        <w:t>E. 车间的温度变化</w:t>
        <w:br/>
        <w:br/>
        <w:t>2. 数控车床加工时，选择切削用量的主要依据包括：</w:t>
        <w:br/>
        <w:br/>
        <w:t>A. 工件材料</w:t>
        <w:br/>
        <w:br/>
        <w:t>B. 刀具材料</w:t>
        <w:br/>
        <w:br/>
        <w:t>C. 机床功率</w:t>
        <w:br/>
        <w:br/>
        <w:t>D. 加工精度要求</w:t>
        <w:br/>
        <w:br/>
        <w:t>E. 生产效率要求</w:t>
        <w:br/>
        <w:br/>
        <w:t>五、简答题（共2题，每题5分）</w:t>
        <w:br/>
        <w:br/>
        <w:t>1. 简述数控车床加工的基本步骤。</w:t>
        <w:br/>
        <w:br/>
        <w:t>2. 解释数控车床中"G90"和"G91"指令的区别及应用场景。</w:t>
        <w:br/>
        <w:br/>
        <w:t>答案及解析</w:t>
        <w:br/>
        <w:br/>
        <w:t>一、单项选择题答案及解析</w:t>
        <w:br/>
        <w:br/>
        <w:t>1. 答案：A</w:t>
        <w:br/>
        <w:br/>
        <w:t>解析：数控是"数字控制"的简称，是指用数字化信号对机床运动及其加工过程进行控制的方法。其他选项虽然与数控有关，但不是"数控"的直接含义。</w:t>
        <w:br/>
        <w:br/>
        <w:t>2. 答案：B</w:t>
        <w:br/>
        <w:br/>
        <w:t>解析：G00是数控系统中的快速点定位指令，用于使刀具从当前位置快速移动到目标位置，不进行切削加工。A选项G01是直线插补，C选项G02是圆弧插补，D选项G04是暂停指令。</w:t>
        <w:br/>
        <w:br/>
        <w:t>3. 答案：B</w:t>
        <w:br/>
        <w:br/>
        <w:t>解析：在数控编程中，M03表示主轴正转，M04表示主轴反转，M05表示主轴停止。M02或M30表示程序结束。</w:t>
        <w:br/>
        <w:br/>
        <w:t>4. 答案：B</w:t>
        <w:br/>
        <w:br/>
        <w:t>解析：数控车床的坐标系中，Z轴通常表示纵向进给轴，即平行于主轴轴线的方向；X轴表示横向进给轴，即垂直于主轴轴线的方向。</w:t>
        <w:br/>
        <w:br/>
        <w:t>5. 答案：C</w:t>
        <w:br/>
        <w:br/>
        <w:t>解析：在数控编程中，F代码用于设置进给速度，单位通常是mm/min或mm/r。G01是直线插补，G02是圆弧插补，S代码用于设置主轴转速。</w:t>
        <w:br/>
        <w:br/>
        <w:t>6. 答案：A</w:t>
        <w:br/>
        <w:br/>
        <w:t>解析：对刀是数控车床操作中的重要环节，主要目的是确定工件坐标系原点，即建立工件坐标系，确保加工位置准确。其他选项虽然也是对刀的目的，但不是主要目的。</w:t>
        <w:br/>
        <w:br/>
        <w:t>7. 答案：A</w:t>
        <w:br/>
        <w:br/>
        <w:t>解析：背吃刀量是指刀具在进给方向上切过的金属层厚度，也称为切削深度。B选项是切削宽度，C和D选项与背吃刀量无关。</w:t>
        <w:br/>
        <w:br/>
        <w:t>8. 答案：B</w:t>
        <w:br/>
        <w:br/>
        <w:t>解析：G01是直线插补指令，用于控制刀具沿直线轨迹移动。G00是快速点定位，G02是圆弧插补，G04是暂停指令。</w:t>
        <w:br/>
        <w:br/>
        <w:t>9. 答案：B</w:t>
        <w:br/>
        <w:br/>
        <w:t>解析：数控车床的伺服系统主要作用是控制进给运动，接收数控装置发出的指令，精确控制机床各坐标轴的运动。其他选项虽然也是数控车床的组成部分，但不是伺服系统的主要作用。</w:t>
        <w:br/>
        <w:br/>
        <w:t>10. 答案：D</w:t>
        <w:br/>
        <w:br/>
        <w:t>解析：表面粗糙度受多种因素影响，包括切削速度、进给量和背吃刀量。切削速度影响切削温度和刀具磨损，进给量直接影响表面粗糙度，背吃刀量影响切削力和切削热。</w:t>
        <w:br/>
        <w:br/>
        <w:t>二、填空题答案及解析</w:t>
        <w:br/>
        <w:br/>
        <w:t>1. 答案：伺服系统</w:t>
        <w:br/>
        <w:br/>
        <w:t>解析：数控车床的基本组成部分包括主机（机床本体）、数控装置（CNC系统）、伺服系统和辅助装置。伺服系统是数控车床的执行机构，负责接收数控装置的指令并驱动机床运动。</w:t>
        <w:br/>
        <w:br/>
        <w:t>2. 答案：准备功能</w:t>
        <w:br/>
        <w:br/>
        <w:t>解析：G代码称为准备功能代码，用于建立机床坐标系或刀具补偿等功能。每个G代码都有特定的功能，如G00表示快速点定位，G01表示直线插补等。</w:t>
        <w:br/>
        <w:br/>
        <w:t>3. 答案：主</w:t>
        <w:br/>
        <w:br/>
        <w:t>解析：数控车床加工时，工件旋转的运动称为主运动，刀具的移动称为进给运动。主运动是实现切削加工的基本运动。</w:t>
        <w:br/>
        <w:br/>
        <w:t>4. 答案：基准</w:t>
        <w:br/>
        <w:br/>
        <w:t>解析：刀位点是指刀具的基准位置，通常是刀具的刀尖或刀刃上的特定点。在数控编程中，通过控制刀位点的运动来实现工件的加工。</w:t>
        <w:br/>
        <w:br/>
        <w:t>5. 答案：辅助功能</w:t>
        <w:br/>
        <w:br/>
        <w:t>解析：M代码称为辅助功能代码，用于控制机床的辅助功能，如主轴启停、换刀、冷却液开关等。每个M代码都有特定的功能，如M03表示主轴正转，M05表示主轴停止等。</w:t>
        <w:br/>
        <w:br/>
        <w:t>6. 答案：乳化液</w:t>
        <w:br/>
        <w:br/>
        <w:t>解析：数控车床加工中，常用的切削液分为乳化液和切削油两大类。乳化液具有良好的冷却和清洗性能，切削油具有良好的润滑性能，根据加工材料和工艺要求选择使用。</w:t>
        <w:br/>
        <w:br/>
        <w:t>三、判断题答案及解析</w:t>
        <w:br/>
        <w:br/>
        <w:t>1. 答案：×</w:t>
        <w:br/>
        <w:br/>
        <w:t>解析：G00指令执行时，刀具的运动轨迹不一定是直线，而是以各轴最快的速度移动到目标点，可能是折线轨迹。只有在X轴和Z轴的移动速度相同时，轨迹才是直线。</w:t>
        <w:br/>
        <w:br/>
        <w:t>2. 答案：×</w:t>
        <w:br/>
        <w:br/>
        <w:t>解析：在数控编程中，同一程序段中不能同时出现多个同组的G代码，但可以出现不同组的G代码。例如，可以同时出现G01（直线插补）和G41（刀具半径左补偿），因为它们不属于同一组。</w:t>
        <w:br/>
        <w:br/>
        <w:t>3. 答案：×</w:t>
        <w:br/>
        <w:br/>
        <w:t>解析：数控车床的"对刀"操作不是只需要进行一次，而是需要根据加工要求定期进行。特别是在加工一批工件或更换刀具后，都需要重新进行对刀操作，以确保加工精度。</w:t>
        <w:br/>
        <w:br/>
        <w:t>4. 答案：×</w:t>
        <w:br/>
        <w:br/>
        <w:t>解析：数控车床加工时，进给速度不是越快越好。进给速度过快会导致切削力增大，可能引起振动、刀具磨损加剧，甚至损坏刀具和工件；进给速度过慢则会降低加工效率。应根据工件材料、刀具材料和加工要求选择合适的进给速度。</w:t>
        <w:br/>
        <w:br/>
        <w:t>5. 答案：×</w:t>
        <w:br/>
        <w:br/>
        <w:t>解析：数控车床的"机床原点"和"工件原点"不是同一个点。机床原点是机床制造商设定的固定点，是机床坐标系的基准点；工件原点是编程时设定的坐标系原点，可以根据加工需要设定在工件上的任意位置。</w:t>
        <w:br/>
        <w:br/>
        <w:t>6. 答案：√</w:t>
        <w:br/>
        <w:br/>
        <w:t>解析：在数控编程中，G01和G00都可以实现直线运动，但G00是快速点定位指令，以系统设定的最快速度移动；而G01是直线插补指令，以设定的进给速度移动。因此，G00的运动速度通常比G01快得多。</w:t>
        <w:br/>
        <w:br/>
        <w:t>四、多项选择题答案及解析</w:t>
        <w:br/>
        <w:br/>
        <w:t>1. 答案：ABCDE</w:t>
        <w:br/>
        <w:br/>
        <w:t>解析：数控车床的加工精度受多种因素影响：A. 机床的几何精度包括机床的定位精度、重复定位精度等；B. 伺服系统的响应特性影响机床的动态性能；C. 刀具的磨损程度直接影响加工尺寸和表面质量；D. 工件的装夹方式影响加工过程中的稳定性和精度；E. 车间的温度变化会导致机床热变形，影响加工精度。因此，所有选项都会影响数控车床的加工精度。</w:t>
        <w:br/>
        <w:br/>
        <w:t>2. 答案：ABCDE</w:t>
        <w:br/>
        <w:br/>
        <w:t>解析：数控车床加工时，选择切削用量的主要依据包括：A. 工件材料的硬度、韧性等特性；B. 刀具材料的耐热性、耐磨性等特性；C. 机床的功率和刚性限制了切削用量的大小；D. 加工精度要求影响切削用量的选择；E. 生产效率要求也是选择切削用量的重要依据。因此，所有选项都是选择切削用量的主要依据。</w:t>
        <w:br/>
        <w:br/>
        <w:t>五、简答题答案及解析</w:t>
        <w:br/>
        <w:br/>
        <w:t>1. 答案：</w:t>
        <w:br/>
        <w:br/>
        <w:t>数控车床加工的基本步骤包括：</w:t>
        <w:br/>
        <w:br/>
        <w:t>(1) 分析零件图纸，确定加工工艺方案；</w:t>
        <w:br/>
        <w:br/>
        <w:t>(2) 编写加工程序，包括选择刀具、确定切削参数、编写G代码等；</w:t>
        <w:br/>
        <w:br/>
        <w:t>(3) 安装和找正工件，确保工件位置准确；</w:t>
        <w:br/>
        <w:br/>
        <w:t>(4) 安装和对刀，确定刀具位置和补偿值；</w:t>
        <w:br/>
        <w:br/>
        <w:t>(5) 输入程序并模拟运行，检查程序正确性；</w:t>
        <w:br/>
        <w:br/>
        <w:t>(6) 启动加工，监控加工过程；</w:t>
        <w:br/>
        <w:br/>
        <w:t>(7) 加工完成后，测量工件尺寸，检查加工质量；</w:t>
        <w:br/>
        <w:br/>
        <w:t>(8) 卸下工件，清理机床。</w:t>
        <w:br/>
        <w:br/>
        <w:t>解析：数控车床加工是一个系统工程，需要从工艺分析、程序编制、工件装夹、刀具准备到加工监控和质量检测等多个环节进行。每个环节都直接影响加工质量和效率，因此需要严格按照步骤进行操作，确保加工过程的顺利进行和加工质量的稳定可靠。</w:t>
        <w:br/>
        <w:br/>
        <w:t>2. 答案：</w:t>
        <w:br/>
        <w:br/>
        <w:t>G90和G91是数控编程中的两种绝对值和增量值编程方式：</w:t>
        <w:br/>
        <w:br/>
        <w:t>(1) G90：绝对值编程，表示程序中指定的坐标值是相对于坐标系原点的绝对坐标值。例如，G90 X100 Z50表示刀具移动到X=100mm，Z=50mm的位置。</w:t>
        <w:br/>
        <w:br/>
        <w:t>(2) G91：增量值编程，表示程序中指定的坐标值是相对于当前位置的增量值。例如，G91 X100 Z50表示刀具从当前位置向X正方向移动100mm，向Z正方向移动50mm。</w:t>
        <w:br/>
        <w:br/>
        <w:t>应用场景：</w:t>
        <w:br/>
        <w:br/>
        <w:t>- G90适用于需要精确定位到特定坐标值的场合，如加工基准面、定位孔等；</w:t>
        <w:br/>
        <w:br/>
        <w:t>- G91适用于需要从当前位置进行相对移动的场合，如连续加工轮廓、重复加工相同特征等。</w:t>
        <w:br/>
        <w:br/>
        <w:t>解析：G90和G91是数控编程中两种基本的编程方式，正确选择编程方式可以简化程序编写，提高编程效率。在实际加工中，应根据加工特点和编程需要灵活选择编程方式，有时甚至可以在同一程序中混合使用两种编程方式，以实现更复杂的加工路径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