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2025年钣金工艺试题及答案</w:t>
      </w:r>
    </w:p>
    <w:p>
      <w:r>
        <w:br/>
        <w:t xml:space="preserve"> 一、单项选择题（共10题，每题2分，共20分）</w:t>
        <w:br/>
        <w:br/>
        <w:t>1. 钣金加工中，常用的切割方法不包括以下哪一种？</w:t>
        <w:br/>
        <w:br/>
        <w:t>A. 激光切割</w:t>
        <w:br/>
        <w:br/>
        <w:t>B. 等离子切割</w:t>
        <w:br/>
        <w:br/>
        <w:t>C. 水切割</w:t>
        <w:br/>
        <w:br/>
        <w:t>D. 化学溶解</w:t>
        <w:br/>
        <w:br/>
        <w:t>2. 在钣金折弯过程中，折弯半径的选择通常遵循的原则是？</w:t>
        <w:br/>
        <w:br/>
        <w:t>A. 越大越好</w:t>
        <w:br/>
        <w:br/>
        <w:t>B. 越小越好</w:t>
        <w:br/>
        <w:br/>
        <w:t>C. 材料厚度的1-1.5倍</w:t>
        <w:br/>
        <w:br/>
        <w:t>D. 材料厚度的2-3倍</w:t>
        <w:br/>
        <w:br/>
        <w:t>3. 钣金件表面处理中，电镀的主要目的是？</w:t>
        <w:br/>
        <w:br/>
        <w:t>A. 增加强度</w:t>
        <w:br/>
        <w:br/>
        <w:t>B. 提高导电性</w:t>
        <w:br/>
        <w:br/>
        <w:t>C. 防腐蚀</w:t>
        <w:br/>
        <w:br/>
        <w:t>D. 改变颜色</w:t>
        <w:br/>
        <w:br/>
        <w:t>4. 在钣金展开计算中，中性层的概念是指？</w:t>
        <w:br/>
        <w:br/>
        <w:t>A. 材料的最外层</w:t>
        <w:br/>
        <w:br/>
        <w:t>B. 材料的最内层</w:t>
        <w:br/>
        <w:br/>
        <w:t>C. 折弯过程中长度不变的层</w:t>
        <w:br/>
        <w:br/>
        <w:t>D. 材料的中心层</w:t>
        <w:br/>
        <w:br/>
        <w:t>5. 钣金焊接中，TIG焊接的中文全称是？</w:t>
        <w:br/>
        <w:br/>
        <w:t>A. 钨极惰性气体保护焊</w:t>
        <w:br/>
        <w:br/>
        <w:t>B. 熔化极惰性气体保护焊</w:t>
        <w:br/>
        <w:br/>
        <w:t>C. 药芯焊丝电弧焊</w:t>
        <w:br/>
        <w:br/>
        <w:t>D. 电阻点焊</w:t>
        <w:br/>
        <w:br/>
        <w:t>6. 钣金加工中，冲裁间隙的选择主要取决于？</w:t>
        <w:br/>
        <w:br/>
        <w:t>A. 冲头直径</w:t>
        <w:br/>
        <w:br/>
        <w:t>B. 材料厚度</w:t>
        <w:br/>
        <w:br/>
        <w:t>C. 冲床吨位</w:t>
        <w:br/>
        <w:br/>
        <w:t>D. 模具材料</w:t>
        <w:br/>
        <w:br/>
        <w:t>7. 钣金展开计算中，对于90度折弯，展开长度通常采用的经验公式是？</w:t>
        <w:br/>
        <w:br/>
        <w:t>A. L = A + B - 0.5t</w:t>
        <w:br/>
        <w:br/>
        <w:t>B. L = A + B - t</w:t>
        <w:br/>
        <w:br/>
        <w:t>C. L = A + B - 1.5t</w:t>
        <w:br/>
        <w:br/>
        <w:t>D. L = A + B - 2t</w:t>
        <w:br/>
        <w:br/>
        <w:t>8. 钣金加工中，常用的展开软件不包括以下哪一种？</w:t>
        <w:br/>
        <w:br/>
        <w:t>A. AutoCAD</w:t>
        <w:br/>
        <w:br/>
        <w:t>B. SolidWorks</w:t>
        <w:br/>
        <w:br/>
        <w:t>C. UG</w:t>
        <w:br/>
        <w:br/>
        <w:t>D. Photoshop</w:t>
        <w:br/>
        <w:br/>
        <w:t>9. 钣金件加工精度要求最高的是以下哪个行业？</w:t>
        <w:br/>
        <w:br/>
        <w:t>A. 家电制造</w:t>
        <w:br/>
        <w:br/>
        <w:t>B. 汽车制造</w:t>
        <w:br/>
        <w:br/>
        <w:t>C. 航空航天</w:t>
        <w:br/>
        <w:br/>
        <w:t>D. 建筑装饰</w:t>
        <w:br/>
        <w:br/>
        <w:t>10. 钣金加工中，激光切割的主要优点是？</w:t>
        <w:br/>
        <w:br/>
        <w:t>A. 切割速度快</w:t>
        <w:br/>
        <w:br/>
        <w:t>B. 切割精度高</w:t>
        <w:br/>
        <w:br/>
        <w:t>C. 切割成本低</w:t>
        <w:br/>
        <w:br/>
        <w:t>D. 适用材料广</w:t>
        <w:br/>
        <w:br/>
        <w:t xml:space="preserve"> 二、填空题（共6题，每题2分，共12分）</w:t>
        <w:br/>
        <w:br/>
        <w:t>1. 钣金加工的基本工序包括下料、________、折弯、________和表面处理。</w:t>
        <w:br/>
        <w:br/>
        <w:t>2. 钣金展开计算中，对于非90度折弯，展开长度计算需要考虑________和________两个因素。</w:t>
        <w:br/>
        <w:br/>
        <w:t>3. 钣金焊接中，根据保护气体的不同，MIG焊接可分为________和________两种。</w:t>
        <w:br/>
        <w:br/>
        <w:t>4. 钣金加工中，常用的切割方法有激光切割、等离子切割、________和________。</w:t>
        <w:br/>
        <w:br/>
        <w:t>5. 钣金折弯过程中，影响回弹的主要因素有材料性质、________和________。</w:t>
        <w:br/>
        <w:br/>
        <w:t>6. 钣金件常用的表面处理方法有喷漆、电镀、________和________。</w:t>
        <w:br/>
        <w:br/>
        <w:t xml:space="preserve"> 三、判断题（共6题，每题2分，共12分）</w:t>
        <w:br/>
        <w:br/>
        <w:t>1. 钣金加工中，材料的厚度越薄，折弯半径应该越小。（ ）</w:t>
        <w:br/>
        <w:br/>
        <w:t>2. 钣金展开计算中，中性层的位置通常位于材料的中心层。（ ）</w:t>
        <w:br/>
        <w:br/>
        <w:t>3. 钣金焊接中，TIG焊接适合焊接薄板材料。（ ）</w:t>
        <w:br/>
        <w:br/>
        <w:t>4. 钣金加工中，冲裁间隙越大，断面质量越好。（ ）</w:t>
        <w:br/>
        <w:br/>
        <w:t>5. 钣金折弯过程中，折弯角度越大，回弹量越大。（ ）</w:t>
        <w:br/>
        <w:br/>
        <w:t>6. 钣金加工中，激光切割可以切割所有金属材料。（ ）</w:t>
        <w:br/>
        <w:br/>
        <w:t xml:space="preserve"> 四、多项选择题（共2题，每题2分，共4分）</w:t>
        <w:br/>
        <w:br/>
        <w:t>1. 以下哪些因素会影响钣金折弯的精度？（ ）</w:t>
        <w:br/>
        <w:br/>
        <w:t>A. 材料性质</w:t>
        <w:br/>
        <w:br/>
        <w:t>B. 折弯半径</w:t>
        <w:br/>
        <w:br/>
        <w:t>C. 模具精度</w:t>
        <w:br/>
        <w:br/>
        <w:t>D. 操作人员经验</w:t>
        <w:br/>
        <w:br/>
        <w:t>E. 环境温度</w:t>
        <w:br/>
        <w:br/>
        <w:t>2. 钣金加工中，常用的展开计算方法包括哪些？（ ）</w:t>
        <w:br/>
        <w:br/>
        <w:t>A. 经验公式法</w:t>
        <w:br/>
        <w:br/>
        <w:t>B. 几何作图法</w:t>
        <w:br/>
        <w:br/>
        <w:t>C. 数值计算法</w:t>
        <w:br/>
        <w:br/>
        <w:t>D. 实物测量法</w:t>
        <w:br/>
        <w:br/>
        <w:t>E. 类比法</w:t>
        <w:br/>
        <w:br/>
        <w:t xml:space="preserve"> 五、简答题（共2题，每题5分，共10分）</w:t>
        <w:br/>
        <w:br/>
        <w:t>1. 简述钣金加工中激光切割的原理及其优缺点。</w:t>
        <w:br/>
        <w:br/>
        <w:t>2. 钣金展开计算中，如何确定中性层的位置？请详细说明。</w:t>
        <w:br/>
        <w:br/>
        <w:t xml:space="preserve"> 参考答案及解析</w:t>
        <w:br/>
        <w:br/>
        <w:t xml:space="preserve"> 一、单项选择题</w:t>
        <w:br/>
        <w:br/>
        <w:t>1. 答案：D</w:t>
        <w:br/>
        <w:br/>
        <w:t>解析：钣金加工中常用的切割方法包括激光切割、等离子切割、水切割等，这些方法都是通过物理方式去除材料。化学溶解是通过化学反应溶解材料，不属于钣金加工的常规切割方法。</w:t>
        <w:br/>
        <w:br/>
        <w:t>2. 答案：C</w:t>
        <w:br/>
        <w:br/>
        <w:t>解析：在钣金折弯过程中，折弯半径的选择通常遵循材料厚度的1-1.5倍的原则。过小的折弯半径会导致材料开裂，过大的折弯半径则会占用过多空间，影响产品结构。</w:t>
        <w:br/>
        <w:br/>
        <w:t>3. 答案：C</w:t>
        <w:br/>
        <w:br/>
        <w:t>解析：钣金件表面处理中，电镀的主要目的是防腐蚀。电镀层可以在金属表面形成一层保护膜，防止金属与空气、水分等接触，从而减缓腐蚀过程。</w:t>
        <w:br/>
        <w:br/>
        <w:t>4. 答案：C</w:t>
        <w:br/>
        <w:br/>
        <w:t>解析：在钣金展开计算中，中性层是指在折弯过程中长度不变的层。折弯时，材料外层被拉伸，内层被压缩，而中性层的长度保持不变，是展开计算的重要依据。</w:t>
        <w:br/>
        <w:br/>
        <w:t>5. 答案：A</w:t>
        <w:br/>
        <w:br/>
        <w:t>解析：TIG焊接的中文全称是钨极惰性气体保护焊，是一种使用非消耗性钨电极的电弧焊接方法，惰性气体（如氩气）用于保护焊接区域免受空气污染。</w:t>
        <w:br/>
        <w:br/>
        <w:t>6. 答案：B</w:t>
        <w:br/>
        <w:br/>
        <w:t>解析：钣金加工中，冲裁间隙的选择主要取决于材料厚度。合适的冲裁间隙可以保证断面质量，延长模具寿命，通常取材料厚度的5%-10%。</w:t>
        <w:br/>
        <w:br/>
        <w:t>7. 答案：B</w:t>
        <w:br/>
        <w:br/>
        <w:t>解析：钣金展开计算中，对于90度折弯，展开长度通常采用的经验公式是L = A + B - t，其中A和B是折弯后的两段长度，t是材料厚度。这个公式考虑了折弯过程中材料的变形。</w:t>
        <w:br/>
        <w:br/>
        <w:t>8. 答案：D</w:t>
        <w:br/>
        <w:br/>
        <w:t>解析：钣金加工中，常用的展开软件包括AutoCAD、SolidWorks、UG等，这些软件具有专门的钣金展开功能。Photoshop是图像处理软件，不用于钣金展开计算。</w:t>
        <w:br/>
        <w:br/>
        <w:t>9. 答案：C</w:t>
        <w:br/>
        <w:br/>
        <w:t>解析：钣金件加工精度要求最高的是航空航天行业。航空航天领域对零部件的精度、强度、重量等要求极为严格，钣金加工精度要求也相应最高。</w:t>
        <w:br/>
        <w:br/>
        <w:t>10. 答案：B</w:t>
        <w:br/>
        <w:br/>
        <w:t>解析：钣金加工中，激光切割的主要优点是切割精度高。激光切割可以精确控制切割路径和能量，实现高精度切割，特别适合复杂形状和精密要求的钣金件加工。</w:t>
        <w:br/>
        <w:br/>
        <w:t xml:space="preserve"> 二、填空题</w:t>
        <w:br/>
        <w:br/>
        <w:t>1. 答案：冲压、焊接</w:t>
        <w:br/>
        <w:br/>
        <w:t>解析：钣金加工的基本工序包括下料、冲压、折弯、焊接和表面处理。下料是获取所需形状和大小的坯料；冲压是通过模具使板材成型；折弯是改变板材的角度；焊接是连接不同的钣金件；表面处理是提高钣金件的耐腐蚀性和美观度。</w:t>
        <w:br/>
        <w:br/>
        <w:t>2. 答案：折弯角度、材料厚度</w:t>
        <w:br/>
        <w:br/>
        <w:t>解析：钣金展开计算中，对于非90度折弯，展开长度计算需要考虑折弯角度和材料厚度两个因素。折弯角度影响中性层的位置，材料厚度影响折弯后的变形量，这两个因素共同决定了展开长度。</w:t>
        <w:br/>
        <w:br/>
        <w:t>3. 答案：熔化极惰性气体保护焊、活性气体保护焊</w:t>
        <w:br/>
        <w:br/>
        <w:t>解析：钣金焊接中，根据保护气体的不同，MIG焊接可分为熔化极惰性气体保护焊（使用氩、氦等惰性气体）和活性气体保护焊（使用CO2等活性气体）。前者适合焊接有色金属，后者适合焊接碳钢。</w:t>
        <w:br/>
        <w:br/>
        <w:t>4. 答案：剪板切割、冲裁切割</w:t>
        <w:br/>
        <w:br/>
        <w:t>解析：钣金加工中，常用的切割方法有激光切割、等离子切割、剪板切割和冲裁切割。剪板切割适用于直线切割，冲裁切割适用于简单形状的冲孔和落料。</w:t>
        <w:br/>
        <w:br/>
        <w:t>5. 答案：折弯角度、模具形状</w:t>
        <w:br/>
        <w:br/>
        <w:t>解析：钣金折弯过程中，影响回弹的主要因素有材料性质、折弯角度和模具形状。不同材料的回弹特性不同；折弯角度越大，回弹量通常越大；模具形状（如V形槽的开口角度）也会影响回弹量。</w:t>
        <w:br/>
        <w:br/>
        <w:t>6. 答案：阳极氧化、喷砂</w:t>
        <w:br/>
        <w:br/>
        <w:t>解析：钣金件常用的表面处理方法有喷漆、电镀、阳极氧化和喷砂。阳极氧化主要用于铝合金表面处理，提高耐腐蚀性；喷砂可以增加表面粗糙度，提高涂层附着力。</w:t>
        <w:br/>
        <w:br/>
        <w:t xml:space="preserve"> 三、判断题</w:t>
        <w:br/>
        <w:br/>
        <w:t>1. 答案：×</w:t>
        <w:br/>
        <w:br/>
        <w:t>解析：钣金加工中，材料的厚度越薄，折弯半径应该越大而非越小。过小的折弯半径会导致薄板材料在折弯处开裂，影响产品质量。</w:t>
        <w:br/>
        <w:br/>
        <w:t>2. 答案：×</w:t>
        <w:br/>
        <w:br/>
        <w:t>解析：钣金展开计算中，中性层的位置通常不位于材料的中心层，而是根据材料性质和变形程度有所偏移。对于一般钢材，中性层大约在从内表面算起0.4-0.5倍材料厚度的位置。</w:t>
        <w:br/>
        <w:br/>
        <w:t>3. 答案：√</w:t>
        <w:br/>
        <w:br/>
        <w:t>解析：钣金焊接中，TIG焊接适合焊接薄板材料。TIG焊接热输入小，变形小，焊缝质量高，特别适合焊接薄板和精密零件。</w:t>
        <w:br/>
        <w:br/>
        <w:t>4. 答案：×</w:t>
        <w:br/>
        <w:br/>
        <w:t>解析：钣金加工中，冲裁间隙并非越大越好。合适的冲裁间隙可以保证断面质量，过大或过小都会影响断面质量，通常取材料厚度的5%-10%。</w:t>
        <w:br/>
        <w:br/>
        <w:t>5. 答案：√</w:t>
        <w:br/>
        <w:br/>
        <w:t>解析：钣金折弯过程中，折弯角度越大，回弹量越大。这是因为材料在较大角度折弯时，弹性变形部分更多，回弹现象也更明显。</w:t>
        <w:br/>
        <w:br/>
        <w:t>6. 答案：×</w:t>
        <w:br/>
        <w:br/>
        <w:t>解析：钣金加工中，激光切割并非可以切割所有金属材料。激光切割对高反射率材料（如铜、铝）效果较差，且对某些合金材料切割效果也不理想。</w:t>
        <w:br/>
        <w:br/>
        <w:t xml:space="preserve"> 四、多项选择题</w:t>
        <w:br/>
        <w:br/>
        <w:t>1. 答案：ABCDE</w:t>
        <w:br/>
        <w:br/>
        <w:t>解析：影响钣金折弯精度的因素包括：材料性质（不同材料的回弹特性不同）、折弯半径（影响变形量和回弹）、模具精度（直接影响成型精度）、操作人员经验（影响操作的一致性）和环境温度（影响材料性能和变形）。</w:t>
        <w:br/>
        <w:br/>
        <w:t>2. 答案：ABCD</w:t>
        <w:br/>
        <w:br/>
        <w:t>解析：钣金加工中，常用的展开计算方法包括：经验公式法（基于经验公式计算展开长度）、几何作图法（通过几何作图确定展开形状）、数值计算法（使用计算机程序进行精确计算）和实物测量法（通过测量实物模型获取展开数据）。类比法不是常用的钣金展开计算方法。</w:t>
        <w:br/>
        <w:br/>
        <w:t xml:space="preserve"> 五、简答题</w:t>
        <w:br/>
        <w:br/>
        <w:t>1. 答案：</w:t>
        <w:br/>
        <w:br/>
        <w:t>激光切割的原理是利用高能量密度的激光束照射在工件表面，使材料迅速熔化、汽化，并用辅助气体将熔融物质吹走，从而实现切割。</w:t>
        <w:br/>
        <w:br/>
        <w:t>优点：</w:t>
        <w:br/>
        <w:br/>
        <w:t>- 切割精度高，可达±0.1mm</w:t>
        <w:br/>
        <w:br/>
        <w:t>- 切割速度快，特别是薄板材料</w:t>
        <w:br/>
        <w:br/>
        <w:t>- 切割面光滑，无需二次加工</w:t>
        <w:br/>
        <w:br/>
        <w:t>- 可切割复杂形状和精细图案</w:t>
        <w:br/>
        <w:br/>
        <w:t>- 非接触式加工，无机械应力</w:t>
        <w:br/>
        <w:br/>
        <w:t>- 自动化程度高，可与CAD/CAM系统集成</w:t>
        <w:br/>
        <w:br/>
        <w:t>缺点：</w:t>
        <w:br/>
        <w:br/>
        <w:t>- 设备投资大，运行成本高</w:t>
        <w:br/>
        <w:br/>
        <w:t>- 对高反射率材料（如铜、铝）切割效果差</w:t>
        <w:br/>
        <w:br/>
        <w:t>- 切割厚板材料速度较慢</w:t>
        <w:br/>
        <w:br/>
        <w:t>- 需要专业人员操作和维护</w:t>
        <w:br/>
        <w:br/>
        <w:t>- 产生烟尘和有害气体，需要排风系统</w:t>
        <w:br/>
        <w:br/>
        <w:t>2. 答案：</w:t>
        <w:br/>
        <w:br/>
        <w:t>钣金展开计算中，中性层位置的确定是展开计算的关键步骤，具体方法如下：</w:t>
        <w:br/>
        <w:br/>
        <w:t>(1) 对于90度折弯：</w:t>
        <w:br/>
        <w:br/>
        <w:t>- 一般钢材：中性层位置约为从内表面算起0.4-0.5倍材料厚度</w:t>
        <w:br/>
        <w:br/>
        <w:t>- 软材料（如铜、铝）：中性层位置约为从内表面算起0.35-0.4倍材料厚度</w:t>
        <w:br/>
        <w:br/>
        <w:t>- 硬材料：中性层位置约为从内表面算起0.5-0.6倍材料厚度</w:t>
        <w:br/>
        <w:br/>
        <w:t>(2) 对于非90度折弯：</w:t>
        <w:br/>
        <w:br/>
        <w:t>- 中性层位置会随折弯角度变化而变化</w:t>
        <w:br/>
        <w:br/>
        <w:t>- 折弯角度越小，中性层越靠近材料内表面</w:t>
        <w:br/>
        <w:br/>
        <w:t>- 折弯角度越大，中性层越靠近材料中心</w:t>
        <w:br/>
        <w:br/>
        <w:t>- 可通过经验公式或查表确定不同角度下的中性层位置</w:t>
        <w:br/>
        <w:br/>
        <w:t>(3) 精确计算方法：</w:t>
        <w:br/>
        <w:br/>
        <w:t>- 可通过材料力学公式计算中性层位置</w:t>
        <w:br/>
        <w:br/>
        <w:t>- 考虑材料的弹性模量、屈服强度等参数</w:t>
        <w:br/>
        <w:br/>
        <w:t>- 对于特殊材料或复杂形状，可通过实验测定中性层位置</w:t>
        <w:br/>
        <w:br/>
        <w:t>准确确定中性层位置对于钣金展开计算至关重要，它直接影响展开尺寸的准确性，进而影响最终产品的尺寸精度。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