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2025年成语使用恰当试题及答案</w:t>
      </w:r>
    </w:p>
    <w:p>
      <w:r>
        <w:br/>
        <w:t xml:space="preserve"> 第一类型题：单项选择题（每题2分，共10题）</w:t>
        <w:br/>
        <w:br/>
        <w:t>1. 下列句子中，成语"画蛇添足"使用恰当的一项是：</w:t>
        <w:br/>
        <w:br/>
        <w:t>A. 他的演讲已经非常精彩，最后又加了一段幽默的话，真是画蛇添足。</w:t>
        <w:br/>
        <w:br/>
        <w:t>B. 这幅画画得栩栩如生，简直是画蛇添足。</w:t>
        <w:br/>
        <w:br/>
        <w:t>C. 他做事总是画蛇添足，从不考虑实际效果。</w:t>
        <w:br/>
        <w:br/>
        <w:t>D. 她的表演完美无缺，没有任何画蛇添足的地方。</w:t>
        <w:br/>
        <w:br/>
        <w:t>2. 下列句子中，成语"胸有成竹"使用恰当的一项是：</w:t>
        <w:br/>
        <w:br/>
        <w:t>A. 他对这次考试胸有成竹，一定能取得好成绩。</w:t>
        <w:br/>
        <w:br/>
        <w:t>B. 他胸有成竹地走进了考场，准备迎接挑战。</w:t>
        <w:br/>
        <w:br/>
        <w:t>C. 这幅画是他胸有成竹的作品，展现了他的才华。</w:t>
        <w:br/>
        <w:br/>
        <w:t>D. 他胸有成竹地回答了所有问题，令人佩服。</w:t>
        <w:br/>
        <w:br/>
        <w:t>3. 下列句子中，成语"守株待兔"使用恰当的一项是：</w:t>
        <w:br/>
        <w:br/>
        <w:t>A. 他每天守株待兔地等待机会，从不主动争取。</w:t>
        <w:br/>
        <w:br/>
        <w:t>B. 这个故事告诉我们不能守株待兔，要主动创造机会。</w:t>
        <w:br/>
        <w:br/>
        <w:t>C. 他守株待兔地坐在树下，希望能捡到一些果实。</w:t>
        <w:br/>
        <w:br/>
        <w:t>D. 他守株待兔地等待好运降临，从不努力工作。</w:t>
        <w:br/>
        <w:br/>
        <w:t>4. 下列句子中，成语"井底之蛙"使用恰当的一项是：</w:t>
        <w:br/>
        <w:br/>
        <w:t>A. 他见识短浅，真是井底之蛙。</w:t>
        <w:br/>
        <w:br/>
        <w:t>B. 这只井底之蛙从没见过大海。</w:t>
        <w:br/>
        <w:br/>
        <w:t>C. 他像井底之蛙一样，只看到自己的一小片天地。</w:t>
        <w:br/>
        <w:br/>
        <w:t>D. 他井底之蛙地生活在自己的小世界里。</w:t>
        <w:br/>
        <w:br/>
        <w:t>5. 下列句子中，成语"掩耳盗铃"使用恰当的一项是：</w:t>
        <w:br/>
        <w:br/>
        <w:t>A. 他掩耳盗铃地试图掩盖自己的错误。</w:t>
        <w:br/>
        <w:br/>
        <w:t>B. 掩耳盗铃的行为只会让自己更加难堪。</w:t>
        <w:br/>
        <w:br/>
        <w:t>C. 他掩耳盗铃地偷走了邻居的东西。</w:t>
        <w:br/>
        <w:br/>
        <w:t>D. 掩耳盗铃是一种自欺欺人的行为。</w:t>
        <w:br/>
        <w:br/>
        <w:t>6. 下列句子中，成语"亡羊补牢"使用恰当的一项是：</w:t>
        <w:br/>
        <w:br/>
        <w:t>A. 他亡羊补牢地改正了自己的错误。</w:t>
        <w:br/>
        <w:br/>
        <w:t>B. 亡羊补牢，为时未晚，我们应该及时改正错误。</w:t>
        <w:br/>
        <w:br/>
        <w:t>C. 他亡羊补牢地加固了羊圈。</w:t>
        <w:br/>
        <w:br/>
        <w:t>D. 亡羊补牢是一种有效的预防措施。</w:t>
        <w:br/>
        <w:br/>
        <w:t>7. 下列句子中，成语"刻舟求剑"使用恰当的一项是：</w:t>
        <w:br/>
        <w:br/>
        <w:t>A. 他刻舟求剑地寻找丢失的剑。</w:t>
        <w:br/>
        <w:br/>
        <w:t>B. 刻舟求剑是一种愚蠢的行为。</w:t>
        <w:br/>
        <w:br/>
        <w:t>C. 他刻舟求剑地坚持自己的错误观点。</w:t>
        <w:br/>
        <w:br/>
        <w:t>D. 他刻舟求剑地等待机会。</w:t>
        <w:br/>
        <w:br/>
        <w:t>8. 下列句子中，成语"对牛弹琴"使用恰当的一项是：</w:t>
        <w:br/>
        <w:br/>
        <w:t>A. 他对牛弹琴地试图说服固执的人。</w:t>
        <w:br/>
        <w:br/>
        <w:t>B. 对牛弹琴是一种浪费时间的做法。</w:t>
        <w:br/>
        <w:br/>
        <w:t>C. 他对牛弹琴地演奏音乐。</w:t>
        <w:br/>
        <w:br/>
        <w:t>D. 他对牛弹琴地与不懂艺术的人交流。</w:t>
        <w:br/>
        <w:br/>
        <w:t>9. 下列句子中，成语"狐假虎威"使用恰当的一项是：</w:t>
        <w:br/>
        <w:br/>
        <w:t>A. 他狐假虎威地利用别人的权力来欺压他人。</w:t>
        <w:br/>
        <w:br/>
        <w:t>B. 狐假虎威是一种可耻的行为。</w:t>
        <w:br/>
        <w:br/>
        <w:t>C. 他狐假虎威地借助别人的力量。</w:t>
        <w:br/>
        <w:br/>
        <w:t>D. 他狐假虎威地炫耀自己的地位。</w:t>
        <w:br/>
        <w:br/>
        <w:t>10. 下列句子中，成语"杯弓蛇影"使用恰当的一项是：</w:t>
        <w:br/>
        <w:br/>
        <w:t>A. 他杯弓蛇影地被自己的想象吓到了。</w:t>
        <w:br/>
        <w:br/>
        <w:t>B. 杯弓蛇影是一种不必要的恐惧。</w:t>
        <w:br/>
        <w:br/>
        <w:t>C. 他杯弓蛇影地看到了蛇的影子。</w:t>
        <w:br/>
        <w:br/>
        <w:t>D. 他杯弓蛇影地害怕黑暗。</w:t>
        <w:br/>
        <w:br/>
        <w:t xml:space="preserve"> 第二类型题：填空题（每题2分，共5题）</w:t>
        <w:br/>
        <w:br/>
        <w:t>1. 成语"______"比喻做事不切实际，脱离实际。</w:t>
        <w:br/>
        <w:br/>
        <w:t>2. 成语"______"比喻自作聪明，反而把事情弄糟。</w:t>
        <w:br/>
        <w:br/>
        <w:t>3. 成语"______"比喻见识短浅，眼界狭窄。</w:t>
        <w:br/>
        <w:br/>
        <w:t>4. 成语"______"比喻做事有把握，心中有数。</w:t>
        <w:br/>
        <w:br/>
        <w:t>5. 成语"______"比喻犯了错误后及时改正，还不算晚。</w:t>
        <w:br/>
        <w:br/>
        <w:t xml:space="preserve"> 第三类型题：判断题（每题2分，共5题）</w:t>
        <w:br/>
        <w:br/>
        <w:t>1. "画龙点睛"比喻在关键处加上精辟的话，使内容更加生动有力。（ ）</w:t>
        <w:br/>
        <w:br/>
        <w:t>2. "守株待兔"比喻做事有恒心，坚持不懈。（ ）</w:t>
        <w:br/>
        <w:br/>
        <w:t>3. "掩耳盗铃"比喻自欺欺人，自己欺骗自己。（ ）</w:t>
        <w:br/>
        <w:br/>
        <w:t>4. "亡羊补牢"比喻犯了错误后及时改正，还不算晚。（ ）</w:t>
        <w:br/>
        <w:br/>
        <w:t>5. "刻舟求剑"比喻做事灵活变通，不拘泥于形式。（ ）</w:t>
        <w:br/>
        <w:br/>
        <w:t xml:space="preserve"> 第四类型题：多项选择题（每题2分，共2题）</w:t>
        <w:br/>
        <w:br/>
        <w:t>1. 下列成语中，用来形容做事有把握，心中有数的有（ ）</w:t>
        <w:br/>
        <w:br/>
        <w:t>A. 胸有成竹</w:t>
        <w:br/>
        <w:br/>
        <w:t>B. 成竹在胸</w:t>
        <w:br/>
        <w:br/>
        <w:t>C. 稳操胜券</w:t>
        <w:br/>
        <w:br/>
        <w:t>D. 运筹帷幄</w:t>
        <w:br/>
        <w:br/>
        <w:t>2. 下列成语中，用来比喻见识短浅，眼界狭窄的有（ ）</w:t>
        <w:br/>
        <w:br/>
        <w:t>A. 井底之蛙</w:t>
        <w:br/>
        <w:br/>
        <w:t>B. 坐井观天</w:t>
        <w:br/>
        <w:br/>
        <w:t>C. 管中窥豹</w:t>
        <w:br/>
        <w:br/>
        <w:t>D. 一叶障目</w:t>
        <w:br/>
        <w:br/>
        <w:t xml:space="preserve"> 第五类型题：简答题（每题5分，共2题）</w:t>
        <w:br/>
        <w:br/>
        <w:t>1. 请解释成语"画蛇添足"的含义，并举例说明其使用场景。</w:t>
        <w:br/>
        <w:br/>
        <w:t>2. 请解释成语"守株待兔"的含义，并说明它所蕴含的哲理。</w:t>
        <w:br/>
        <w:br/>
        <w:t xml:space="preserve"> 参考答案</w:t>
        <w:br/>
        <w:br/>
        <w:t xml:space="preserve"> 第一类型题：单项选择题答案及解析</w:t>
        <w:br/>
        <w:br/>
        <w:t>1. 答案：A</w:t>
        <w:br/>
        <w:br/>
        <w:t>解析："画蛇添足"比喻做了多余的事，非但无益，反而不合适。选项A中，演讲已经非常精彩，最后又加了一段幽默的话，属于多余的行为，符合成语含义。选项B中，画得栩栩如生是褒义，与成语含义不符。选项C中，做事总是画蛇添足，不符合成语的使用场景。选项D中，完美无缺与成语含义相反。</w:t>
        <w:br/>
        <w:br/>
        <w:t>2. 答案：B</w:t>
        <w:br/>
        <w:br/>
        <w:t>解析："胸有成竹"比喻做事之前已有通盘的考虑。选项B中，胸有成竹地走进考场，表示他对考试有充分准备，符合成语含义。选项A中，对考试胸有成竹，虽然意思接近，但不如B选项自然。选项C中，胸有成竹的作品，不符合成语的使用场景。选项D中，胸有成竹地回答问题，虽然意思接近，但不如B选项自然。</w:t>
        <w:br/>
        <w:br/>
        <w:t>3. 答案：B</w:t>
        <w:br/>
        <w:br/>
        <w:t>解析："守株待兔"比喻死守狭隘经验，不知变通，或抱着侥幸心理妄想不劳而获。选项B中，这个故事告诉我们不能守株待兔，要主动创造机会，符合成语的含义。选项A中，每天守株待兔地等待机会，虽然意思接近，但不如B选项自然。选项C和D中，守株待兔地坐在树下和等待好运降临，不符合成语的使用场景。</w:t>
        <w:br/>
        <w:br/>
        <w:t>4. 答案：C</w:t>
        <w:br/>
        <w:br/>
        <w:t>解析："井底之蛙"比喻见识短浅，眼界狭窄。选项C中，他像井底之蛙一样，只看到自己的一小片天地，符合成语的含义。选项A、B、D中，井底之蛙的使用场景不够自然，不符合成语的常见用法。</w:t>
        <w:br/>
        <w:br/>
        <w:t>5. 答案：D</w:t>
        <w:br/>
        <w:br/>
        <w:t>解析："掩耳盗铃"比喻自欺欺人。选项D中，掩耳盗铃是一种自欺欺人的行为，符合成语的含义。选项A、B、C中，掩耳盗铃的使用场景不够自然，不符合成语的常见用法。</w:t>
        <w:br/>
        <w:br/>
        <w:t>6. 答案：B</w:t>
        <w:br/>
        <w:br/>
        <w:t>解析："亡羊补牢"比喻出了问题以后想办法补救，可以防止继续受损失。选项B中，亡羊补牢，为时未晚，我们应该及时改正错误，符合成语的含义。选项A、C、D中，亡羊补牢的使用场景不够自然，不符合成语的常见用法。</w:t>
        <w:br/>
        <w:br/>
        <w:t>7. 答案：B</w:t>
        <w:br/>
        <w:br/>
        <w:t>解析："刻舟求剑"比喻拘泥成法，不知变通。选项B中，刻舟求剑是一种愚蠢的行为，符合成语的含义。选项A、C、D中，刻舟求剑的使用场景不够自然，不符合成语的常见用法。</w:t>
        <w:br/>
        <w:br/>
        <w:t>8. 答案：A</w:t>
        <w:br/>
        <w:br/>
        <w:t>解析："对牛弹琴"比喻对不懂道理的人讲道理，白费口舌。选项A中，他对牛弹琴地试图说服固执的人，符合成语的含义。选项B、C、D中，对牛弹琴的使用场景不够自然，不符合成语的常见用法。</w:t>
        <w:br/>
        <w:br/>
        <w:t>9. 答案：A</w:t>
        <w:br/>
        <w:br/>
        <w:t>解析："狐假虎威"比喻依仗别人的势力欺压人。选项A中，他狐假虎威地利用别人的权力来欺压他人，符合成语的含义。选项B、C、D中，狐假虎威的使用场景不够自然，不符合成语的常见用法。</w:t>
        <w:br/>
        <w:br/>
        <w:t>10. 答案：A</w:t>
        <w:br/>
        <w:br/>
        <w:t>解析："杯弓蛇影"比喻因疑神疑鬼而引起恐惧。选项A中，他杯弓蛇影地被自己的想象吓到了，符合成语的含义。选项B、C、D中，杯弓蛇影的使用场景不够自然，不符合成语的常见用法。</w:t>
        <w:br/>
        <w:br/>
        <w:t xml:space="preserve"> 第二类型题：填空题答案及解析</w:t>
        <w:br/>
        <w:br/>
        <w:t>1. 答案：缘木求鱼</w:t>
        <w:br/>
        <w:br/>
        <w:t>解析："缘木求鱼"比喻做事方向、方法不对，不可能达到目的。这个成语用来形容做事不切实际，脱离实际的情况。</w:t>
        <w:br/>
        <w:br/>
        <w:t>2. 答案：弄巧成拙</w:t>
        <w:br/>
        <w:br/>
        <w:t>解析："弄巧成拙"比喻自以为聪明，反而做了蠢事，把事情弄糟。这个成语用来形容自作聪明，反而把事情弄糟的情况。</w:t>
        <w:br/>
        <w:br/>
        <w:t>3. 答案：坐井观天</w:t>
        <w:br/>
        <w:br/>
        <w:t>解析："坐井观天"比喻眼界狭小，见识有限。这个成语用来形容见识短浅，眼界狭窄的情况。</w:t>
        <w:br/>
        <w:br/>
        <w:t>4. 答案：成竹在胸</w:t>
        <w:br/>
        <w:br/>
        <w:t>解析："成竹在胸"比喻做事之前已有通盘的考虑，心中有数。这个成语用来形容做事有把握，心中有数的情况。</w:t>
        <w:br/>
        <w:br/>
        <w:t>5. 答案：亡羊补牢</w:t>
        <w:br/>
        <w:br/>
        <w:t>解析："亡羊补牢"比喻出了问题以后想办法补救，可以防止继续受损失。这个成语用来形容犯了错误后及时改正，还不算晚的情况。</w:t>
        <w:br/>
        <w:br/>
        <w:t xml:space="preserve"> 第三类型题：判断题答案及解析</w:t>
        <w:br/>
        <w:br/>
        <w:t>1. 答案：√</w:t>
        <w:br/>
        <w:br/>
        <w:t>解析："画龙点睛"原形容梁代画家张僧繇作画的神妙。后多比喻写文章或讲话时，在关键处用几句话点明实质，使内容生动有力。因此，这个解释是正确的。</w:t>
        <w:br/>
        <w:br/>
        <w:t>2. 答案：×</w:t>
        <w:br/>
        <w:br/>
        <w:t>解析："守株待兔"原比喻死守狭隘经验，不知变通，现也比喻不主动努力，而存万一的侥幸心理，希望得到意外的收获。它并不比喻做事有恒心，坚持不懈，因此这个解释是错误的。</w:t>
        <w:br/>
        <w:br/>
        <w:t>3. 答案：√</w:t>
        <w:br/>
        <w:br/>
        <w:t>解析："掩耳盗铃"比喻自己欺骗自己，明明掩盖不住的事情偏要想法子掩盖。这个解释是正确的。</w:t>
        <w:br/>
        <w:br/>
        <w:t>4. 答案：√</w:t>
        <w:br/>
        <w:br/>
        <w:t>解析："亡羊补牢"比喻出了问题以后想办法补救，可以防止继续受损失。这个解释是正确的。</w:t>
        <w:br/>
        <w:br/>
        <w:t>5. 答案：×</w:t>
        <w:br/>
        <w:br/>
        <w:t>解析："刻舟求剑"比喻拘泥成法，不知变通，比喻不懂事物已发展变化而仍静止地看问题。它并不比喻做事灵活变通，不拘泥于形式，因此这个解释是错误的。</w:t>
        <w:br/>
        <w:br/>
        <w:t xml:space="preserve"> 第四类型题：多项选择题答案及解析</w:t>
        <w:br/>
        <w:br/>
        <w:t>1. 答案：A、B、C、D</w:t>
        <w:br/>
        <w:br/>
        <w:t>解析：</w:t>
        <w:br/>
        <w:br/>
        <w:t>- "胸有成竹"比喻做事之前已有通盘的考虑。</w:t>
        <w:br/>
        <w:br/>
        <w:t>- "成竹在胸"与"胸有成竹"意思相近，都比喻做事之前已有通盘的考虑。</w:t>
        <w:br/>
        <w:br/>
        <w:t>- "稳操胜券"比喻有充分的把握，一定能成功。</w:t>
        <w:br/>
        <w:br/>
        <w:t>- "运筹帷幄"指在军帐内谋划军机，后泛指策划指挥。</w:t>
        <w:br/>
        <w:br/>
        <w:t>这四个成语都含有做事有把握，心中有数的意思，因此都是正确答案。</w:t>
        <w:br/>
        <w:br/>
        <w:t>2. 答案：A、B、C、D</w:t>
        <w:br/>
        <w:br/>
        <w:t>解析：</w:t>
        <w:br/>
        <w:br/>
        <w:t>- "井底之蛙"比喻见识短浅，眼界狭窄。</w:t>
        <w:br/>
        <w:br/>
        <w:t>- "坐井观天"比喻眼界狭小，见识有限。</w:t>
        <w:br/>
        <w:br/>
        <w:t>- "管中窥豹"比喻只见到事物的一小部分，所见不全面。</w:t>
        <w:br/>
        <w:br/>
        <w:t>- "一叶障目"比喻被局部现象所迷惑，看不到全局。</w:t>
        <w:br/>
        <w:br/>
        <w:t>这四个成语都含有见识短浅，眼界狭窄的意思，因此都是正确答案。</w:t>
        <w:br/>
        <w:br/>
        <w:t xml:space="preserve"> 第五类型题：简答题答案及解析</w:t>
        <w:br/>
        <w:br/>
        <w:t>1. 答案：</w:t>
        <w:br/>
        <w:br/>
        <w:t>"画蛇添足"这个成语出自《战国策·齐策》。原意是画蛇时给蛇添上脚。比喻做了多余的事，非但无益，反而不合适。</w:t>
        <w:br/>
        <w:br/>
        <w:t>使用场景举例：</w:t>
        <w:br/>
        <w:br/>
        <w:t>- 他的文章已经写得很好了，最后又加了一段无关紧要的话，真是画蛇添足。</w:t>
        <w:br/>
        <w:br/>
        <w:t>- 这件产品设计简洁大方，如果再添加多余的装饰，就会画蛇添足。</w:t>
        <w:br/>
        <w:br/>
        <w:t>- 她的演讲已经非常精彩，最后又加了一段幽默的话，反而画蛇添足。</w:t>
        <w:br/>
        <w:br/>
        <w:t>这个成语提醒我们，做事要恰到好处，过度追求完美反而会弄巧成拙。</w:t>
        <w:br/>
        <w:br/>
        <w:t>2. 答案：</w:t>
        <w:br/>
        <w:br/>
        <w:t>"守株待兔"这个成语出自《韩非子·五蠹》。原意是宋国有个农民，看见一只兔子撞在树桩上死了，便放下农具守在树桩旁，希望再得到撞死的兔子。比喻死守狭隘经验，不知变通，或抱着侥幸心理妄想不劳而获。</w:t>
        <w:br/>
        <w:br/>
        <w:t>所蕴含的哲理：</w:t>
        <w:br/>
        <w:br/>
        <w:t>- 这个成语告诫我们不能墨守成规，要与时俱进，不断学习新知识、新技能。</w:t>
        <w:br/>
        <w:br/>
        <w:t>- 它提醒我们不要抱有侥幸心理，成功需要通过努力和智慧去争取，而不是等待偶然的机会。</w:t>
        <w:br/>
        <w:br/>
        <w:t>- 它强调了灵活变通的重要性，在变化的环境中，固守旧有的方法往往无法取得成功。</w:t>
        <w:br/>
        <w:br/>
        <w:t>- 它警示我们要主动创造机会，而不是被动等待，只有积极进取才能实现自己的目标。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