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2025年电商物流试题及答案</w:t>
      </w:r>
    </w:p>
    <w:p>
      <w:r>
        <w:br/>
        <w:t>一、单项选择题（共10题，每题2分）</w:t>
        <w:br/>
        <w:br/>
        <w:t>1. 下列哪项不是电商物流的主要特点？</w:t>
        <w:br/>
        <w:br/>
        <w:t>A. 订单碎片化</w:t>
        <w:br/>
        <w:br/>
        <w:t>B. 配送时效性要求高</w:t>
        <w:br/>
        <w:br/>
        <w:t>C. 物流成本占比低</w:t>
        <w:br/>
        <w:br/>
        <w:t>D. 逆向物流频繁</w:t>
        <w:br/>
        <w:br/>
        <w:t>2. 2025年，预计中国电商物流市场规模将达到多少万亿元？</w:t>
        <w:br/>
        <w:br/>
        <w:t>A. 10万亿元</w:t>
        <w:br/>
        <w:br/>
        <w:t>B. 15万亿元</w:t>
        <w:br/>
        <w:br/>
        <w:t>C. 20万亿元</w:t>
        <w:br/>
        <w:br/>
        <w:t>D. 25万亿元</w:t>
        <w:br/>
        <w:br/>
        <w:t>3. 下列哪种技术不属于智慧物流的核心技术？</w:t>
        <w:br/>
        <w:br/>
        <w:t>A. 人工智能</w:t>
        <w:br/>
        <w:br/>
        <w:t>B. 大数据分析</w:t>
        <w:br/>
        <w:br/>
        <w:t>C. 区块链</w:t>
        <w:br/>
        <w:br/>
        <w:t>D. 传统人工分拣</w:t>
        <w:br/>
        <w:br/>
        <w:t>4. 电商物流中的"最后一公里"配送问题主要指的是？</w:t>
        <w:br/>
        <w:br/>
        <w:t>A. 从仓库到配送中心的运输</w:t>
        <w:br/>
        <w:br/>
        <w:t>B. 从配送中心到消费者手中的配送</w:t>
        <w:br/>
        <w:br/>
        <w:t>C. 从供应商到仓库的运输</w:t>
        <w:br/>
        <w:br/>
        <w:t>D. 国际物流运输</w:t>
        <w:br/>
        <w:br/>
        <w:t>5. 2025年，预计以下哪种配送方式将成为主流？</w:t>
        <w:br/>
        <w:br/>
        <w:t>A. 传统快递</w:t>
        <w:br/>
        <w:br/>
        <w:t>B. 自提点取货</w:t>
        <w:br/>
        <w:br/>
        <w:t>C. 无人机配送</w:t>
        <w:br/>
        <w:br/>
        <w:t>D. 智能快递柜</w:t>
        <w:br/>
        <w:br/>
        <w:t>6. 电商物流中的"前置仓"模式主要优势是？</w:t>
        <w:br/>
        <w:br/>
        <w:t>A. 降低仓储成本</w:t>
        <w:br/>
        <w:br/>
        <w:t>B. 提高配送效率</w:t>
        <w:br/>
        <w:br/>
        <w:t>C. 减少库存压力</w:t>
        <w:br/>
        <w:br/>
        <w:t>D. 扩大商品种类</w:t>
        <w:br/>
        <w:br/>
        <w:t>7. 下列哪项不是影响电商物流成本的主要因素？</w:t>
        <w:br/>
        <w:br/>
        <w:t>A. 运输距离</w:t>
        <w:br/>
        <w:br/>
        <w:t>B. 包装材料</w:t>
        <w:br/>
        <w:br/>
        <w:t>C. 人工成本</w:t>
        <w:br/>
        <w:br/>
        <w:t>D. 商品颜色</w:t>
        <w:br/>
        <w:br/>
        <w:t>8. 2025年，预计电商物流行业将面临的最大挑战是？</w:t>
        <w:br/>
        <w:br/>
        <w:t>A. 人才短缺</w:t>
        <w:br/>
        <w:br/>
        <w:t>B. 环保压力</w:t>
        <w:br/>
        <w:br/>
        <w:t>C. 技术更新</w:t>
        <w:br/>
        <w:br/>
        <w:t>D. 政策限制</w:t>
        <w:br/>
        <w:br/>
        <w:t>9. 电商物流中的"绿色物流"主要关注的是？</w:t>
        <w:br/>
        <w:br/>
        <w:t>A. 降低物流成本</w:t>
        <w:br/>
        <w:br/>
        <w:t>B. 提高配送速度</w:t>
        <w:br/>
        <w:br/>
        <w:t>C. 减少环境污染</w:t>
        <w:br/>
        <w:br/>
        <w:t>D. 增加配送范围</w:t>
        <w:br/>
        <w:br/>
        <w:t>10. 下列哪种模式不属于电商物流的创新模式？</w:t>
        <w:br/>
        <w:br/>
        <w:t>A. 社区团购</w:t>
        <w:br/>
        <w:br/>
        <w:t>B. 直播带货</w:t>
        <w:br/>
        <w:br/>
        <w:t>C. 传统零售</w:t>
        <w:br/>
        <w:br/>
        <w:t>D. 社交电商</w:t>
        <w:br/>
        <w:br/>
        <w:t>二、判断题（共5题，每题2分）</w:t>
        <w:br/>
        <w:br/>
        <w:t>1. 电商物流与传统物流的主要区别在于电商物流更加注重用户体验和配送时效。（ ）</w:t>
        <w:br/>
        <w:br/>
        <w:t>2. 2025年，预计无人配送车将在城市地区完全取代人工配送。（ ）</w:t>
        <w:br/>
        <w:br/>
        <w:t>3. 电商物流中的"智能仓储"主要依靠RFID技术实现自动化管理。（ ）</w:t>
        <w:br/>
        <w:br/>
        <w:t>4. 电商物流的"逆向物流"成本通常高于正向物流。（ ）</w:t>
        <w:br/>
        <w:br/>
        <w:t>5. 2025年，预计跨境电商物流将占据中国电商物流市场的50%以上份额。（ ）</w:t>
        <w:br/>
        <w:br/>
        <w:t>三、多项选择题（共2题，每题2分）</w:t>
        <w:br/>
        <w:br/>
        <w:t>1. 2025年电商物流发展的主要趋势包括（ ）</w:t>
        <w:br/>
        <w:br/>
        <w:t>A. 智能化程度提高</w:t>
        <w:br/>
        <w:br/>
        <w:t>B. 绿色环保理念增强</w:t>
        <w:br/>
        <w:br/>
        <w:t>C. 配送时效要求降低</w:t>
        <w:br/>
        <w:br/>
        <w:t>D. 人工成本占比上升</w:t>
        <w:br/>
        <w:br/>
        <w:t>2. 电商物流中的"供应链金融"可以为企业提供哪些服务（ ）</w:t>
        <w:br/>
        <w:br/>
        <w:t>A. 库存融资</w:t>
        <w:br/>
        <w:br/>
        <w:t>B. 应收账款融资</w:t>
        <w:br/>
        <w:br/>
        <w:t>C. 订单融资</w:t>
        <w:br/>
        <w:br/>
        <w:t>D. 员工工资融资</w:t>
        <w:br/>
        <w:br/>
        <w:t>四、填空题（共5题，每题2分）</w:t>
        <w:br/>
        <w:br/>
        <w:t>1. 电商物流中的"三流合一"指的是物流、________和资金流的统一。</w:t>
        <w:br/>
        <w:br/>
        <w:t>2. 2025年，预计电商物流行业将更加注重________技术的应用，以提高配送效率。</w:t>
        <w:br/>
        <w:br/>
        <w:t>3. 电商物流中的"冷链物流"主要适用于________类商品的配送。</w:t>
        <w:br/>
        <w:br/>
        <w:t>4. 电商物流中的"共享仓储"模式可以有效降低企业的________成本。</w:t>
        <w:br/>
        <w:br/>
        <w:t>5. 2025年，预计电商物流行业将面临的最大人才缺口是________专业人才。</w:t>
        <w:br/>
        <w:br/>
        <w:t>五、简答题（共2题，每题5分）</w:t>
        <w:br/>
        <w:br/>
        <w:t>1. 简述2025年电商物流发展的主要趋势及其对行业的影响。</w:t>
        <w:br/>
        <w:br/>
        <w:t>2. 分析电商物流"最后一公里"配送面临的主要挑战及解决方案。</w:t>
        <w:br/>
        <w:br/>
        <w:t>答案及解析</w:t>
        <w:br/>
        <w:br/>
        <w:t>一、单项选择题答案及解析</w:t>
        <w:br/>
        <w:br/>
        <w:t>1. 答案：C</w:t>
        <w:br/>
        <w:br/>
        <w:t>解析：电商物流的主要特点包括订单碎片化、配送时效性要求高、逆向物流频繁等。物流成本占比低不是电商物流的特点，相反，电商物流中物流成本占比通常较高，这也是电商企业面临的主要挑战之一。</w:t>
        <w:br/>
        <w:br/>
        <w:t>2. 答案：B</w:t>
        <w:br/>
        <w:br/>
        <w:t>解析：根据行业预测，到2025年，中国电商物流市场规模预计将达到15万亿元左右，这反映了电商物流行业的快速发展和巨大潜力。</w:t>
        <w:br/>
        <w:br/>
        <w:t>3. 答案：D</w:t>
        <w:br/>
        <w:br/>
        <w:t>解析：智慧物流的核心技术包括人工智能、大数据分析、区块链等，这些技术能够提高物流效率和管理水平。传统人工分拣属于传统物流方式，不属于智慧物流的核心技术。</w:t>
        <w:br/>
        <w:br/>
        <w:t>4. 答案：B</w:t>
        <w:br/>
        <w:br/>
        <w:t>解析："最后一公里"配送是电商物流中的关键环节，指的是从配送中心到消费者手中的配送过程，这一环节直接关系到用户体验，也是物流成本的主要构成部分。</w:t>
        <w:br/>
        <w:br/>
        <w:t>5. 答案：C</w:t>
        <w:br/>
        <w:br/>
        <w:t>解析：随着技术发展和政策支持，无人机配送在2025年有望成为主流配送方式之一，特别是在偏远地区和交通不便的区域，无人机配送能够显著提高配送效率。</w:t>
        <w:br/>
        <w:br/>
        <w:t>6. 答案：B</w:t>
        <w:br/>
        <w:br/>
        <w:t>解析："前置仓"模式是指将仓库设置在离消费者较近的地方，这样可以大大缩短配送距离，提高配送效率，满足消费者对快速收货的需求。</w:t>
        <w:br/>
        <w:br/>
        <w:t>7. 答案：D</w:t>
        <w:br/>
        <w:br/>
        <w:t>解析：影响电商物流成本的主要因素包括运输距离、包装材料、人工成本等，而商品颜色对物流成本几乎没有影响。</w:t>
        <w:br/>
        <w:br/>
        <w:t>8. 答案：B</w:t>
        <w:br/>
        <w:br/>
        <w:t>解析：随着环保意识的增强和政策的推动，2025年电商物流行业将面临的最大挑战将是环保压力，包括包装废弃物处理、碳排放等问题。</w:t>
        <w:br/>
        <w:br/>
        <w:t>9. 答案：C</w:t>
        <w:br/>
        <w:br/>
        <w:t>解析："绿色物流"主要关注的是减少物流活动对环境的影响，包括使用环保包装、优化配送路线减少碳排放、提高资源利用率等。</w:t>
        <w:br/>
        <w:br/>
        <w:t>10. 答案：C</w:t>
        <w:br/>
        <w:br/>
        <w:t>解析：社区团购、直播带货、社交电商都是电商物流的创新模式，而传统零售是传统商业模式，不属于电商物流的创新模式。</w:t>
        <w:br/>
        <w:br/>
        <w:t>二、判断题答案及解析</w:t>
        <w:br/>
        <w:br/>
        <w:t>1. 答案：√</w:t>
        <w:br/>
        <w:br/>
        <w:t>解析：电商物流与传统物流的主要区别确实在于电商物流更加注重用户体验和配送时效。电商环境下，消费者对配送速度和服务质量有更高要求，这也是电商物流不断发展的动力。</w:t>
        <w:br/>
        <w:br/>
        <w:t>2. 答案：×</w:t>
        <w:br/>
        <w:br/>
        <w:t>解析：虽然无人配送车在2025年将有较大发展，但完全取代人工配送在短期内难以实现。城市地区交通复杂、法规限制等因素将使无人配送车与人工配送长期共存。</w:t>
        <w:br/>
        <w:br/>
        <w:t>3. 答案：√</w:t>
        <w:br/>
        <w:br/>
        <w:t>解析：智能仓储主要依靠RFID（射频识别）技术实现自动化管理，通过RFID标签可以实现对商品的快速识别、定位和追踪，大大提高仓储管理效率。</w:t>
        <w:br/>
        <w:br/>
        <w:t>4. 答案：√</w:t>
        <w:br/>
        <w:br/>
        <w:t>解析：电商物流中的逆向物流（退货处理）成本通常高于正向物流，因为逆向物流涉及更多的分拣、检验、重新包装等环节，流程更为复杂。</w:t>
        <w:br/>
        <w:br/>
        <w:t>5. 答案：×</w:t>
        <w:br/>
        <w:br/>
        <w:t>解析：虽然跨境电商物流发展迅速，但预计到2025年，其在中国电商物流市场的份额仍难以达到50%以上，国内电商物流仍将占据主导地位。</w:t>
        <w:br/>
        <w:br/>
        <w:t>三、多项选择题答案及解析</w:t>
        <w:br/>
        <w:br/>
        <w:t>1. 答案：AB</w:t>
        <w:br/>
        <w:br/>
        <w:t>解析：2025年电商物流发展的主要趋势包括智能化程度提高和绿色环保理念增强。随着技术进步，物流设备和系统将更加智能化；同时，环保要求也将推动物流行业向绿色方向发展。配送时效要求不会降低，人工成本占比也不会上升，而是会通过技术手段提高效率来降低人工成本占比。</w:t>
        <w:br/>
        <w:br/>
        <w:t>2. 答案：ABC</w:t>
        <w:br/>
        <w:br/>
        <w:t>解析：电商物流中的"供应链金融"可以为企业提供库存融资、应收账款融资和订单融资等服务，帮助企业解决资金周转问题。员工工资融资不属于供应链金融的范畴。</w:t>
        <w:br/>
        <w:br/>
        <w:t>四、填空题答案及解析</w:t>
        <w:br/>
        <w:br/>
        <w:t>1. 答案：信息流</w:t>
        <w:br/>
        <w:br/>
        <w:t>解析："三流合一"是电商物流的重要概念，指的是物流、信息流和资金流的统一。只有实现三流的有机结合，才能提高电商物流的整体效率和服务质量。</w:t>
        <w:br/>
        <w:br/>
        <w:t>2. 答案：人工智能/大数据</w:t>
        <w:br/>
        <w:br/>
        <w:t>解析：2025年，电商物流行业将更加注重人工智能和大数据技术的应用，通过这些技术可以实现智能调度、路径优化、需求预测等，从而提高配送效率。</w:t>
        <w:br/>
        <w:br/>
        <w:t>3. 答案：生鲜/食品/医药</w:t>
        <w:br/>
        <w:br/>
        <w:t>解析：冷链物流主要适用于生鲜食品、医药等需要特殊温度控制商品的配送，这类商品对运输和储存条件有较高要求。</w:t>
        <w:br/>
        <w:br/>
        <w:t>4. 答案：仓储</w:t>
        <w:br/>
        <w:br/>
        <w:t>解析："共享仓储"模式是指多个企业共享仓储设施和资源，可以有效降低企业的仓储成本，提高仓储资源利用率。</w:t>
        <w:br/>
        <w:br/>
        <w:t>5. 答案：物流信息技术/数据分析</w:t>
        <w:br/>
        <w:br/>
        <w:t>解析：随着电商物流向智能化、数字化转型，物流信息技术和数据分析专业人才将成为2025年电商物流行业面临的最大人才缺口。</w:t>
        <w:br/>
        <w:br/>
        <w:t>五、简答题答案及解析</w:t>
        <w:br/>
        <w:br/>
        <w:t>1. 答案：</w:t>
        <w:br/>
        <w:br/>
        <w:t>2025年电商物流发展的主要趋势及其对行业的影响：</w:t>
        <w:br/>
        <w:br/>
        <w:t>（1）智能化程度提高：随着人工智能、物联网等技术的应用，电商物流将实现从自动化到智能化的升级，提高运营效率，降低人力成本。</w:t>
        <w:br/>
        <w:br/>
        <w:t>（2）绿色环保理念增强：环保要求将推动电商物流行业采用绿色包装、优化配送路线、发展新能源配送工具等，促进行业可持续发展。</w:t>
        <w:br/>
        <w:br/>
        <w:t>（3）供应链协同加强：电商物流将与上下游企业实现更深层次的协同，通过数据共享和业务协同，提高整体供应链效率。</w:t>
        <w:br/>
        <w:br/>
        <w:t>（4）个性化服务发展：基于大数据分析，电商物流将提供更加个性化的配送服务，如精准配送时间窗、定制化包装等。</w:t>
        <w:br/>
        <w:br/>
        <w:t>这些趋势将推动电商物流行业向高效、环保、智能、个性化的方向发展，同时也将促进行业整合和升级，提高整体竞争力。</w:t>
        <w:br/>
        <w:br/>
        <w:t>2. 答案：</w:t>
        <w:br/>
        <w:br/>
        <w:t>电商物流"最后一公里"配送面临的主要挑战及解决方案：</w:t>
        <w:br/>
        <w:br/>
        <w:t>主要挑战：</w:t>
        <w:br/>
        <w:br/>
        <w:t>（1）配送成本高：最后一公里配送成本占总物流成本的30%以上，是电商物流的主要成本构成部分。</w:t>
        <w:br/>
        <w:br/>
        <w:t>（2）配送效率低：城市交通拥堵、地址不明确等因素导致配送效率低下。</w:t>
        <w:br/>
        <w:br/>
        <w:t>（3）用户体验差：配送时间不确定、服务质量参差不齐等问题影响用户体验。</w:t>
        <w:br/>
        <w:br/>
        <w:t>（4）环保压力大：包装废弃物、配送车辆排放等对环境造成负面影响。</w:t>
        <w:br/>
        <w:br/>
        <w:t>解决方案：</w:t>
        <w:br/>
        <w:br/>
        <w:t>（1）发展智能配送：推广智能快递柜、自提点等模式，减少直接配送次数；发展无人机、无人车等新型配送方式。</w:t>
        <w:br/>
        <w:br/>
        <w:t>（2）优化配送网络：合理布局前置仓、社区配送点等，缩短配送距离；发展共同配送模式，提高配送效率。</w:t>
        <w:br/>
        <w:br/>
        <w:t>（3）应用信息技术：利用大数据分析优化配送路线；开发实时跟踪系统，提高配送透明度。</w:t>
        <w:br/>
        <w:br/>
        <w:t>（4）推行绿色配送：使用环保包装材料；推广新能源配送车辆；发展循环包装系统。</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