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2025年安全用电培训试题及答案</w:t>
      </w:r>
    </w:p>
    <w:p>
      <w:r>
        <w:br/>
        <w:t xml:space="preserve"> 第一类型题：单项选择题（每题2分，共20分）</w:t>
        <w:br/>
        <w:br/>
        <w:t>1. 人体安全电压是多少？</w:t>
        <w:br/>
        <w:br/>
        <w:t>A. 12V</w:t>
        <w:br/>
        <w:br/>
        <w:t>B. 24V</w:t>
        <w:br/>
        <w:br/>
        <w:t>C. 36V</w:t>
        <w:br/>
        <w:br/>
        <w:t>D. 220V</w:t>
        <w:br/>
        <w:br/>
        <w:t>2. 下列哪种物质是电的良导体？</w:t>
        <w:br/>
        <w:br/>
        <w:t>A. 橡胶</w:t>
        <w:br/>
        <w:br/>
        <w:t>B. 塑料</w:t>
        <w:br/>
        <w:br/>
        <w:t>C. 玻璃</w:t>
        <w:br/>
        <w:br/>
        <w:t>D. 铝</w:t>
        <w:br/>
        <w:br/>
        <w:t>3. 当发现有人触电时，首先应该：</w:t>
        <w:br/>
        <w:br/>
        <w:t>A. 直接用手拉触电者</w:t>
        <w:br/>
        <w:br/>
        <w:t>B. 切断电源或用绝缘物使触电者脱离电源</w:t>
        <w:br/>
        <w:br/>
        <w:t>C. 立即进行人工呼吸</w:t>
        <w:br/>
        <w:br/>
        <w:t>D. 大声呼救</w:t>
        <w:br/>
        <w:br/>
        <w:t>4. 家用电器的金属外壳应该：</w:t>
        <w:br/>
        <w:br/>
        <w:t>A. 不接地</w:t>
        <w:br/>
        <w:br/>
        <w:t>B. 接地</w:t>
        <w:br/>
        <w:br/>
        <w:t>C. 涂油漆</w:t>
        <w:br/>
        <w:br/>
        <w:t>D. 用塑料包裹</w:t>
        <w:br/>
        <w:br/>
        <w:t>5. 下列哪种行为最容易导致电气火灾？</w:t>
        <w:br/>
        <w:br/>
        <w:t>A. 定期检查电线</w:t>
        <w:br/>
        <w:br/>
        <w:t>B. 使用合格的电器产品</w:t>
        <w:br/>
        <w:br/>
        <w:t>C. 电路超负荷运行</w:t>
        <w:br/>
        <w:br/>
        <w:t>D. 保持电器清洁</w:t>
        <w:br/>
        <w:br/>
        <w:t>6. 雷雨天气时，应该：</w:t>
        <w:br/>
        <w:br/>
        <w:t>A. 在大树下避雨</w:t>
        <w:br/>
        <w:br/>
        <w:t>B. 使用固定电话</w:t>
        <w:br/>
        <w:br/>
        <w:t>C. 拔掉电器插头</w:t>
        <w:br/>
        <w:br/>
        <w:t>D. 在高处站立</w:t>
        <w:br/>
        <w:br/>
        <w:t>7. 电气设备发生火灾时，应该使用哪种灭火器？</w:t>
        <w:br/>
        <w:br/>
        <w:t>A. 水基灭火器</w:t>
        <w:br/>
        <w:br/>
        <w:t>B. 干粉灭火器</w:t>
        <w:br/>
        <w:br/>
        <w:t>C. 泡沫灭火器</w:t>
        <w:br/>
        <w:br/>
        <w:t>D. 二氧化碳灭火器</w:t>
        <w:br/>
        <w:br/>
        <w:t>8. 下列哪种电器使用后应该立即拔掉插头？</w:t>
        <w:br/>
        <w:br/>
        <w:t>A. 冰箱</w:t>
        <w:br/>
        <w:br/>
        <w:t>B. 电脑</w:t>
        <w:br/>
        <w:br/>
        <w:t>C. 电熨斗</w:t>
        <w:br/>
        <w:br/>
        <w:t>D. 电视机</w:t>
        <w:br/>
        <w:br/>
        <w:t>9. 家庭电路中最常见的保护装置是：</w:t>
        <w:br/>
        <w:br/>
        <w:t>A. 熔断器</w:t>
        <w:br/>
        <w:br/>
        <w:t>B. 漏电保护器</w:t>
        <w:br/>
        <w:br/>
        <w:t>C. 开关</w:t>
        <w:br/>
        <w:br/>
        <w:t>D. 插座</w:t>
        <w:br/>
        <w:br/>
        <w:t>10. 下列哪种情况不需要请专业电工维修？</w:t>
        <w:br/>
        <w:br/>
        <w:t>A. 电线老化</w:t>
        <w:br/>
        <w:br/>
        <w:t>B. 插座松动</w:t>
        <w:br/>
        <w:br/>
        <w:t>C. 电器故障</w:t>
        <w:br/>
        <w:br/>
        <w:t>D. 更换灯泡</w:t>
        <w:br/>
        <w:br/>
        <w:t xml:space="preserve"> 第二类型题：判断题（每题2分，共10分）</w:t>
        <w:br/>
        <w:br/>
        <w:t>1. 用湿手触摸电器开关是安全的。（ ）</w:t>
        <w:br/>
        <w:br/>
        <w:t>2. 电器长时间不用时，应该拔掉电源插头。（ ）</w:t>
        <w:br/>
        <w:br/>
        <w:t>3. 电气设备可以在潮湿环境中安全使用。（ ）</w:t>
        <w:br/>
        <w:br/>
        <w:t>4. 发现电线破损，可以用绝缘胶布简单包裹后继续使用。（ ）</w:t>
        <w:br/>
        <w:br/>
        <w:t>5. 雷雨天气可以使用太阳能热水器。（ ）</w:t>
        <w:br/>
        <w:br/>
        <w:t xml:space="preserve"> 第三类型题：多项选择题（每题2分，共4分）</w:t>
        <w:br/>
        <w:br/>
        <w:t>1. 下列哪些行为属于安全用电的规范？（ ）</w:t>
        <w:br/>
        <w:br/>
        <w:t>A. 不私拉乱接电线</w:t>
        <w:br/>
        <w:br/>
        <w:t>B. 不超负荷使用插座</w:t>
        <w:br/>
        <w:br/>
        <w:t>C. 定期检查电器线路</w:t>
        <w:br/>
        <w:br/>
        <w:t>D. 使用破损的电线和插头</w:t>
        <w:br/>
        <w:br/>
        <w:t>2. 下列哪些物品是绝缘体？（ ）</w:t>
        <w:br/>
        <w:br/>
        <w:t>A. 干燥的木材</w:t>
        <w:br/>
        <w:br/>
        <w:t>B. 纯净水</w:t>
        <w:br/>
        <w:br/>
        <w:t>C. 玻璃</w:t>
        <w:br/>
        <w:br/>
        <w:t>D. 铁丝</w:t>
        <w:br/>
        <w:br/>
        <w:t xml:space="preserve"> 第四类型题：填空题（每题2分，共10分）</w:t>
        <w:br/>
        <w:br/>
        <w:t>1. 人体通过________mA以上的电流就会有生命危险。</w:t>
        <w:br/>
        <w:br/>
        <w:t>2. 家用电路中，为了防止触电事故，应该安装________保护器。</w:t>
        <w:br/>
        <w:br/>
        <w:t>3. 电气设备发生火灾时，应首先________。</w:t>
        <w:br/>
        <w:br/>
        <w:t>4. 雷雨天气时，应该远离________和________。</w:t>
        <w:br/>
        <w:br/>
        <w:t>5. 电器使用前应检查________和________是否完好。</w:t>
        <w:br/>
        <w:br/>
        <w:t xml:space="preserve"> 第五类型题：简答题（每题5分，共10分）</w:t>
        <w:br/>
        <w:br/>
        <w:t>1. 简述触电急救的基本步骤。</w:t>
        <w:br/>
        <w:br/>
        <w:t>2. 列举至少五种家庭安全用电的注意事项。</w:t>
        <w:br/>
        <w:br/>
        <w:t xml:space="preserve"> 答案及解析</w:t>
        <w:br/>
        <w:br/>
        <w:t xml:space="preserve"> 第一类型题：单项选择题</w:t>
        <w:br/>
        <w:br/>
        <w:t>1. 答案：C. 36V</w:t>
        <w:br/>
        <w:br/>
        <w:t>解析：根据国家标准，人体安全电压一般不超过36V。在潮湿环境中，安全电压应更低，通常为12V。高于36V的电压对人体有危险，可能导致触电事故。</w:t>
        <w:br/>
        <w:br/>
        <w:t>2. 答案：D. 铝</w:t>
        <w:br/>
        <w:br/>
        <w:t>解析：铝是金属，具有良好的导电性，是电的良导体。而橡胶、塑料和玻璃都是绝缘体，不导电或导电性极差。</w:t>
        <w:br/>
        <w:br/>
        <w:t>3. 答案：B. 切断电源或用绝缘物使触电者脱离电源</w:t>
        <w:br/>
        <w:br/>
        <w:t>解析：发现有人触电时，首要任务是使触电者脱离电源。直接用手拉触电者会导致施救者也触电。应该立即切断电源或使用干燥的木棍、塑料棒等绝缘物将触电者与电源分离，然后再进行急救。</w:t>
        <w:br/>
        <w:br/>
        <w:t>4. 答案：B. 接地</w:t>
        <w:br/>
        <w:br/>
        <w:t>解析：家用电器的金属外壳应该接地，这样当电器发生漏电时，电流可以通过接地线导入大地，避免人体触电。不接地可能导致电器外壳带电，危及人身安全。</w:t>
        <w:br/>
        <w:br/>
        <w:t>5. 答案：C. 电路超负荷运行</w:t>
        <w:br/>
        <w:br/>
        <w:t>解析：电路超负荷运行会导致电线发热，可能超过绝缘材料的耐热温度，从而引发绝缘材料燃烧，导致电气火灾。定期检查电线、使用合格的电器产品、保持电器清洁都是预防电气火灾的安全措施。</w:t>
        <w:br/>
        <w:br/>
        <w:t>6. 答案：C. 拔掉电器插头</w:t>
        <w:br/>
        <w:br/>
        <w:t>解析：雷雨天气时，应该拔掉电器插头，防止雷电通过电源线进入电器，造成设备损坏或人员触电。在大树下避雨、使用固定电话、在高处站立都会增加被雷击中的风险。</w:t>
        <w:br/>
        <w:br/>
        <w:t>7. 答案：D. 二氧化碳灭火器</w:t>
        <w:br/>
        <w:br/>
        <w:t>解析：电气设备发生火灾时，不能使用水基灭火器或泡沫灭火器，因为水是导电的，可能导致触电事故或火势扩大。干粉灭火器和二氧化碳灭火器不导电，适合扑灭电气火灾。但二氧化碳灭火器不会留下残留物，对电气设备的损害较小，因此更适合电气火灾。</w:t>
        <w:br/>
        <w:br/>
        <w:t>8. 答案：C. 电熨斗</w:t>
        <w:br/>
        <w:br/>
        <w:t>解析：电熨斗在使用过程中会产生高温，如果忘记关闭电源，可能会引发火灾。因此，电熨斗使用后应该立即拔掉插头。冰箱需要持续运行以保持低温，电脑和电视机虽然也应该在不使用时关闭，但不如电熨斗那样紧急。</w:t>
        <w:br/>
        <w:br/>
        <w:t>9. 答案：B. 漏电保护器</w:t>
        <w:br/>
        <w:br/>
        <w:t>解析：漏电保护器是家庭电路中最常见的保护装置，它可以在检测到漏电时迅速切断电源，防止触电事故。熔断器主要用于过载保护，开关用于控制电路的通断，插座用于连接电器。</w:t>
        <w:br/>
        <w:br/>
        <w:t>10. 答案：D. 更换灯泡</w:t>
        <w:br/>
        <w:br/>
        <w:t>解析：更换灯泡是简单的操作，一般用户可以自行完成。而电线老化、插座松动、电器故障等问题涉及到电路安全，应该请专业电工进行维修，避免发生触电或火灾事故。</w:t>
        <w:br/>
        <w:br/>
        <w:t xml:space="preserve"> 第二类型题：判断题</w:t>
        <w:br/>
        <w:br/>
        <w:t>1. 答案：×</w:t>
        <w:br/>
        <w:br/>
        <w:t>解析：用湿手触摸电器开关是危险的，因为水是导电的，湿手触摸电器开关可能导致电流通过人体造成触电事故。应该保持手部干燥后再接触电器开关。</w:t>
        <w:br/>
        <w:br/>
        <w:t>2. 答案：√</w:t>
        <w:br/>
        <w:br/>
        <w:t>解析：电器长时间不用时，应该拔掉电源插头，这样可以避免因电器老化或故障引发火灾，同时也能节约电能。特别是对于电熨斗、电暖器等大功率电器，更应该注意这一点。</w:t>
        <w:br/>
        <w:br/>
        <w:t>3. 答案：×</w:t>
        <w:br/>
        <w:br/>
        <w:t>解析：电气设备不应该在潮湿环境中使用，因为潮湿环境会降低绝缘性能，增加触电风险。如果必须在潮湿环境中使用电器，应该选择防水等级较高的产品，并确保接地良好。</w:t>
        <w:br/>
        <w:br/>
        <w:t>4. 答案：×</w:t>
        <w:br/>
        <w:br/>
        <w:t>解析：发现电线破损，不应该简单用绝缘胶布包裹后继续使用。破损的电线存在安全隐患，应该请专业电工进行更换或修复。绝缘胶布只能临时使用，不能作为长期解决方案。</w:t>
        <w:br/>
        <w:br/>
        <w:t>5. 答案：×</w:t>
        <w:br/>
        <w:br/>
        <w:t>解析：雷雨天气不应该使用太阳能热水器，因为太阳能热水器的安装位置通常较高，且金属管道可能引雷，增加被雷击中的风险。此外，雷电也可能通过电源线进入热水器，造成设备损坏或人员触电。</w:t>
        <w:br/>
        <w:br/>
        <w:t xml:space="preserve"> 第三类型题：多项选择题</w:t>
        <w:br/>
        <w:br/>
        <w:t>1. 答案：A、B、C</w:t>
        <w:br/>
        <w:br/>
        <w:t>解析：安全用电的规范包括：不私拉乱接电线，避免电路过载；不超负荷使用插座，防止插座过热；定期检查电器线路，及时发现隐患。使用破损的电线和插头是危险行为，不符合安全用电规范。</w:t>
        <w:br/>
        <w:br/>
        <w:t>2. 答案：A、C</w:t>
        <w:br/>
        <w:br/>
        <w:t>解析：绝缘体是不导电或导电性极差的物质。干燥的木材和玻璃都是绝缘体，而纯净水和铁丝是导体。纯净水虽然通常被认为是绝缘体，但实际上含有少量矿物质，具有一定的导电性，特别是在高压下。</w:t>
        <w:br/>
        <w:br/>
        <w:t xml:space="preserve"> 第四类型题：填空题</w:t>
        <w:br/>
        <w:br/>
        <w:t>1. 答案：10</w:t>
        <w:br/>
        <w:br/>
        <w:t>解析：人体通过10mA以上的电流就会有生命危险。当电流达到10mA时，人体肌肉会不由自主地收缩，可能导致触电者无法自行摆脱电源。当电流达到30mA以上时，可能会导致心室颤动，危及生命。</w:t>
        <w:br/>
        <w:br/>
        <w:t>2. 答案：漏电</w:t>
        <w:br/>
        <w:br/>
        <w:t>解析：家用电路中，为了防止触电事故，应该安装漏电保护器。漏电保护器可以在检测到漏电时迅速切断电源，保护人身安全。</w:t>
        <w:br/>
        <w:br/>
        <w:t>3. 答案：切断电源</w:t>
        <w:br/>
        <w:br/>
        <w:t>解析：电气设备发生火灾时，应首先切断电源，然后再使用适当的灭火器材灭火。如果不切断电源直接灭火，可能会导致触电事故或火势扩大。</w:t>
        <w:br/>
        <w:br/>
        <w:t>4. 答案：高大树木、金属物体</w:t>
        <w:br/>
        <w:br/>
        <w:t>解析：雷雨天气时，应该远离高大树木和金属物体，因为这些物体容易吸引雷电，增加被雷击中的风险。应该寻找低洼处躲避，并远离金属物体。</w:t>
        <w:br/>
        <w:br/>
        <w:t>5. 答案：电源线、插头</w:t>
        <w:br/>
        <w:br/>
        <w:t>解析：电器使用前应检查电源线和插头是否完好。如果发现电源线破损、插头松动或损坏，应该停止使用并请专业人员维修，避免发生触电或火灾事故。</w:t>
        <w:br/>
        <w:br/>
        <w:t xml:space="preserve"> 第五类型题：简答题</w:t>
        <w:br/>
        <w:br/>
        <w:t>1. 答案：</w:t>
        <w:br/>
        <w:br/>
        <w:t>触电急救的基本步骤如下：</w:t>
        <w:br/>
        <w:br/>
        <w:t>(1) 迅速切断电源或用绝缘物使触电者脱离电源；</w:t>
        <w:br/>
        <w:br/>
        <w:t>(2) 将触电者移至通风安全的地方；</w:t>
        <w:br/>
        <w:br/>
        <w:t>(3) 检查触电者的呼吸和心跳情况；</w:t>
        <w:br/>
        <w:br/>
        <w:t>(4) 如果触电者呼吸心跳停止，立即进行心肺复苏；</w:t>
        <w:br/>
        <w:br/>
        <w:t>(5) 拨打急救电话，同时尽快将触电者送往医院救治。</w:t>
        <w:br/>
        <w:br/>
        <w:t>解析：触电急救的关键是迅速使触电者脱离电源，避免持续电流对人体造成伤害。脱离电源后，应立即检查触电者的生命体征，并根据情况进行相应的急救措施。心肺复苏是挽救触电者生命的重要手段，应该由经过培训的人员进行。同时，及时拨打急救电话并送往医院进行进一步治疗也非常重要。</w:t>
        <w:br/>
        <w:br/>
        <w:t>2. 答案：</w:t>
        <w:br/>
        <w:br/>
        <w:t>家庭安全用电的注意事项包括：</w:t>
        <w:br/>
        <w:br/>
        <w:t>(1) 不私拉乱接电线，不超负荷使用插座；</w:t>
        <w:br/>
        <w:br/>
        <w:t>(2) 定期检查电器线路，发现破损及时更换；</w:t>
        <w:br/>
        <w:br/>
        <w:t>(3) 电器使用前检查电源线和插头是否完好；</w:t>
        <w:br/>
        <w:br/>
        <w:t>(4) 保持手部干燥后再接触电器开关；</w:t>
        <w:br/>
        <w:br/>
        <w:t>(5) 雷雨天气拔掉电器插头，远离高大树木和金属物体；</w:t>
        <w:br/>
        <w:br/>
        <w:t>(6) 不使用破损的电器和电线；</w:t>
        <w:br/>
        <w:br/>
        <w:t>(7) 电器发生故障时请专业电工维修；</w:t>
        <w:br/>
        <w:br/>
        <w:t>(8) 不在潮湿环境中使用电器；</w:t>
        <w:br/>
        <w:br/>
        <w:t>(9) 使用合格的电器产品；</w:t>
        <w:br/>
        <w:br/>
        <w:t>(10) 学习基本的触电急救知识。</w:t>
        <w:br/>
        <w:br/>
        <w:t>解析：家庭安全用电是预防电气火灾和触电事故的关键。通过遵守上述注意事项，可以有效降低电气事故的风险。定期检查和维护电器设备、正确使用电器、学习急救知识等都是保障家庭用电安全的重要措施。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