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版本：人教版（一年级起点）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In China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434"/>
        </w:trPr>
        <w:tc>
          <w:tcPr>
            <w:tcW w:type="dxa" w:w="42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遍及；围绕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树林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spicy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辣的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taste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品尝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Potala Palace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布达拉宫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Terracotta Army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兵马俑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vacation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</w:tc>
        <w:tc>
          <w:tcPr>
            <w:tcW w:type="dxa" w:w="55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foggy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有雾的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morning tea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silk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丝绸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temple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Summer Palace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颐和园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Yangtze 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30" w:right="7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Around the World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006"/>
        </w:trPr>
        <w:tc>
          <w:tcPr>
            <w:tcW w:type="dxa" w:w="444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hiking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London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speak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讲；说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Sydney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悉尼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CN Tower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加拿大国家电视塔</w:t>
            </w:r>
          </w:p>
        </w:tc>
        <w:tc>
          <w:tcPr>
            <w:tcW w:type="dxa" w:w="527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French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法语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kangaroo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袋鼠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president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sunrise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British 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大英博物馆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98" w:right="4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London Eye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伦敦眼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1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28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712"/>
        </w:trPr>
        <w:tc>
          <w:tcPr>
            <w:tcW w:type="dxa" w:w="51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68" w:right="46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Opera House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（悉尼）歌剧院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Toronto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多伦多</w:t>
            </w:r>
          </w:p>
        </w:tc>
        <w:tc>
          <w:tcPr>
            <w:tcW w:type="dxa" w:w="52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68" w:right="4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White House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白宫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68" w:right="46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Tower Bridge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（伦敦）塔桥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Washington </w:t>
      </w:r>
      <w:r>
        <w:rPr>
          <w:rFonts w:ascii="宋体" w:hAnsi="宋体" w:eastAsia="宋体"/>
          <w:b w:val="0"/>
          <w:i w:val="0"/>
          <w:color w:val="555D5D"/>
          <w:sz w:val="24"/>
        </w:rPr>
        <w:t>华盛顿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Animal World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14"/>
        </w:trPr>
        <w:tc>
          <w:tcPr>
            <w:tcW w:type="dxa" w:w="40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Africa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非洲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metre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penguin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企鹅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spend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tusk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（象、野猪等的）长牙</w:t>
            </w:r>
          </w:p>
        </w:tc>
        <w:tc>
          <w:tcPr>
            <w:tcW w:type="dxa" w:w="56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Asia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亚洲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扇子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insect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昆虫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mammal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哺乳动物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peanut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reptile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爬行动物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smart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聪明的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trunk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4" w:right="8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whale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鲸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Feelings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35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生气的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competition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竞赛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excited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激动的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有病；不舒服</w:t>
            </w:r>
          </w:p>
        </w:tc>
        <w:tc>
          <w:tcPr>
            <w:tcW w:type="dxa" w:w="613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58" w:right="13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58" w:right="13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58" w:right="13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58" w:right="13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弄伤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58" w:right="13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proud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自豪的；骄傲的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0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5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952"/>
        </w:trPr>
        <w:tc>
          <w:tcPr>
            <w:tcW w:type="dxa" w:w="40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赛跑</w:t>
            </w:r>
          </w:p>
        </w:tc>
        <w:tc>
          <w:tcPr>
            <w:tcW w:type="dxa" w:w="35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620" w:right="6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难过的</w:t>
            </w:r>
          </w:p>
        </w:tc>
        <w:tc>
          <w:tcPr>
            <w:tcW w:type="dxa" w:w="284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0"/>
        </w:trPr>
        <w:tc>
          <w:tcPr>
            <w:tcW w:type="dxa" w:w="4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scared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害怕的</w:t>
            </w:r>
          </w:p>
        </w:tc>
        <w:tc>
          <w:tcPr>
            <w:tcW w:type="dxa" w:w="35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842" w:right="8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测验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40"/>
        </w:trPr>
        <w:tc>
          <w:tcPr>
            <w:tcW w:type="dxa" w:w="40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获胜</w:t>
            </w:r>
          </w:p>
        </w:tc>
        <w:tc>
          <w:tcPr>
            <w:tcW w:type="dxa" w:w="35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86" w:right="8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worried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担心的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Famous People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914"/>
        </w:trPr>
        <w:tc>
          <w:tcPr>
            <w:tcW w:type="dxa" w:w="40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American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美国人；美国的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失明的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聋的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French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法国人；法国的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invention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paint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用颜料画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诗人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university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大学</w:t>
            </w:r>
          </w:p>
        </w:tc>
        <w:tc>
          <w:tcPr>
            <w:tcW w:type="dxa" w:w="56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artist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画家；艺术家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Danish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落下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invent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inventor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发明家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scientist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科学家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学习；研究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84" w:right="8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writer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作家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Winter Vacation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670"/>
        </w:trPr>
        <w:tc>
          <w:tcPr>
            <w:tcW w:type="dxa" w:w="355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afraid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broken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损坏了的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迷；爱好者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ice lantern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冰灯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 pal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笔友</w:t>
            </w:r>
          </w:p>
        </w:tc>
        <w:tc>
          <w:tcPr>
            <w:tcW w:type="dxa" w:w="616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82" w:right="13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带来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2" w:right="13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dumpling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饺子；汤团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2" w:right="13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96" w:right="2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forward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2" w:right="13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遗憾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72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prize </w:t>
      </w:r>
      <w:r>
        <w:rPr>
          <w:rFonts w:ascii="宋体" w:hAnsi="宋体" w:eastAsia="宋体"/>
          <w:b w:val="0"/>
          <w:i w:val="0"/>
          <w:color w:val="555D5D"/>
          <w:sz w:val="24"/>
        </w:rPr>
        <w:t>奖（品）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map </w:t>
            </w:r>
          </w:p>
        </w:tc>
        <w:tc>
          <w:tcPr>
            <w:tcW w:type="dxa" w:w="16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silk </w:t>
            </w:r>
          </w:p>
        </w:tc>
        <w:tc>
          <w:tcPr>
            <w:tcW w:type="dxa" w:w="16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丝绸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soup </w:t>
            </w:r>
          </w:p>
        </w:tc>
        <w:tc>
          <w:tcPr>
            <w:tcW w:type="dxa" w:w="16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foggy </w:t>
            </w:r>
          </w:p>
        </w:tc>
        <w:tc>
          <w:tcPr>
            <w:tcW w:type="dxa" w:w="16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有雾的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west </w:t>
            </w:r>
          </w:p>
        </w:tc>
        <w:tc>
          <w:tcPr>
            <w:tcW w:type="dxa" w:w="16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</w:t>
            </w:r>
          </w:p>
        </w:tc>
        <w:tc>
          <w:tcPr>
            <w:tcW w:type="dxa" w:w="323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756"/>
        </w:trPr>
        <w:tc>
          <w:tcPr>
            <w:tcW w:type="dxa" w:w="3218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938"/>
        </w:trPr>
        <w:tc>
          <w:tcPr>
            <w:tcW w:type="dxa" w:w="16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92" w:right="1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north </w:t>
            </w:r>
          </w:p>
        </w:tc>
        <w:tc>
          <w:tcPr>
            <w:tcW w:type="dxa" w:w="184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38" w:right="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</w:t>
            </w:r>
          </w:p>
        </w:tc>
        <w:tc>
          <w:tcPr>
            <w:tcW w:type="dxa" w:w="292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6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2" w:right="1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stone </w:t>
            </w:r>
          </w:p>
        </w:tc>
        <w:tc>
          <w:tcPr>
            <w:tcW w:type="dxa" w:w="18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8" w:right="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石头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8" w:right="1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vacation </w:t>
            </w:r>
          </w:p>
        </w:tc>
        <w:tc>
          <w:tcPr>
            <w:tcW w:type="dxa" w:w="151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92" w:right="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42" w:right="14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forest </w:t>
            </w:r>
          </w:p>
        </w:tc>
        <w:tc>
          <w:tcPr>
            <w:tcW w:type="dxa" w:w="18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8" w:right="8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树林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temple </w:t>
            </w:r>
          </w:p>
        </w:tc>
        <w:tc>
          <w:tcPr>
            <w:tcW w:type="dxa" w:w="18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寺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</w:p>
        </w:tc>
        <w:tc>
          <w:tcPr>
            <w:tcW w:type="dxa" w:w="184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遍及；围绕</w:t>
            </w:r>
          </w:p>
        </w:tc>
        <w:tc>
          <w:tcPr>
            <w:tcW w:type="dxa" w:w="29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5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408" w:right="4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1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202"/>
        </w:trPr>
        <w:tc>
          <w:tcPr>
            <w:tcW w:type="dxa" w:w="14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south </w:t>
            </w:r>
          </w:p>
        </w:tc>
        <w:tc>
          <w:tcPr>
            <w:tcW w:type="dxa" w:w="181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</w:t>
            </w:r>
          </w:p>
        </w:tc>
        <w:tc>
          <w:tcPr>
            <w:tcW w:type="dxa" w:w="313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</w:p>
        </w:tc>
        <w:tc>
          <w:tcPr>
            <w:tcW w:type="dxa" w:w="14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</w:tc>
        <w:tc>
          <w:tcPr>
            <w:tcW w:type="dxa" w:w="31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famous </w:t>
            </w:r>
          </w:p>
        </w:tc>
        <w:tc>
          <w:tcPr>
            <w:tcW w:type="dxa" w:w="14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</w:tc>
        <w:tc>
          <w:tcPr>
            <w:tcW w:type="dxa" w:w="31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</w:t>
            </w:r>
          </w:p>
        </w:tc>
        <w:tc>
          <w:tcPr>
            <w:tcW w:type="dxa" w:w="31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92" w:right="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taste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品尝</w:t>
            </w:r>
          </w:p>
        </w:tc>
        <w:tc>
          <w:tcPr>
            <w:tcW w:type="dxa" w:w="31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1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spicy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辣的</w:t>
            </w:r>
          </w:p>
        </w:tc>
        <w:tc>
          <w:tcPr>
            <w:tcW w:type="dxa" w:w="313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2" w:right="6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31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9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240"/>
        </w:trPr>
        <w:tc>
          <w:tcPr>
            <w:tcW w:type="dxa" w:w="359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speak </w:t>
            </w:r>
          </w:p>
        </w:tc>
        <w:tc>
          <w:tcPr>
            <w:tcW w:type="dxa" w:w="18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讲；说</w:t>
            </w:r>
          </w:p>
        </w:tc>
        <w:tc>
          <w:tcPr>
            <w:tcW w:type="dxa" w:w="28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French </w:t>
            </w:r>
          </w:p>
        </w:tc>
        <w:tc>
          <w:tcPr>
            <w:tcW w:type="dxa" w:w="18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法语</w:t>
            </w:r>
          </w:p>
        </w:tc>
        <w:tc>
          <w:tcPr>
            <w:tcW w:type="dxa" w:w="28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9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6" w:right="14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Toronto </w:t>
            </w:r>
          </w:p>
        </w:tc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4" w:right="8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多伦多</w:t>
            </w:r>
          </w:p>
        </w:tc>
        <w:tc>
          <w:tcPr>
            <w:tcW w:type="dxa" w:w="28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42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Washington </w:t>
            </w:r>
          </w:p>
        </w:tc>
        <w:tc>
          <w:tcPr>
            <w:tcW w:type="dxa" w:w="11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华盛顿</w:t>
            </w:r>
          </w:p>
        </w:tc>
        <w:tc>
          <w:tcPr>
            <w:tcW w:type="dxa" w:w="28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clock </w:t>
            </w:r>
          </w:p>
        </w:tc>
        <w:tc>
          <w:tcPr>
            <w:tcW w:type="dxa" w:w="18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" w:right="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时钟</w:t>
            </w:r>
          </w:p>
        </w:tc>
        <w:tc>
          <w:tcPr>
            <w:tcW w:type="dxa" w:w="28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9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9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London </w:t>
            </w:r>
          </w:p>
        </w:tc>
        <w:tc>
          <w:tcPr>
            <w:tcW w:type="dxa" w:w="162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0" w:right="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</w:t>
            </w:r>
          </w:p>
        </w:tc>
        <w:tc>
          <w:tcPr>
            <w:tcW w:type="dxa" w:w="285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38" w:right="3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9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08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504"/>
        </w:trPr>
        <w:tc>
          <w:tcPr>
            <w:tcW w:type="dxa" w:w="330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Sydney </w:t>
            </w:r>
          </w:p>
        </w:tc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悉尼</w:t>
            </w:r>
          </w:p>
        </w:tc>
        <w:tc>
          <w:tcPr>
            <w:tcW w:type="dxa" w:w="314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sunrise </w:t>
            </w:r>
          </w:p>
        </w:tc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2" w:right="1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日出</w:t>
            </w:r>
          </w:p>
        </w:tc>
        <w:tc>
          <w:tcPr>
            <w:tcW w:type="dxa" w:w="314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2" w:right="1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kangaroo </w:t>
            </w:r>
          </w:p>
        </w:tc>
        <w:tc>
          <w:tcPr>
            <w:tcW w:type="dxa" w:w="1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8" w:right="11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袋鼠</w:t>
            </w:r>
          </w:p>
        </w:tc>
        <w:tc>
          <w:tcPr>
            <w:tcW w:type="dxa" w:w="314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08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0" w:right="13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president </w:t>
            </w:r>
          </w:p>
        </w:tc>
        <w:tc>
          <w:tcPr>
            <w:tcW w:type="dxa" w:w="1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00" w:right="10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总统</w:t>
            </w:r>
          </w:p>
        </w:tc>
        <w:tc>
          <w:tcPr>
            <w:tcW w:type="dxa" w:w="314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hiking </w:t>
            </w:r>
          </w:p>
        </w:tc>
        <w:tc>
          <w:tcPr>
            <w:tcW w:type="dxa" w:w="15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远足</w:t>
            </w:r>
          </w:p>
        </w:tc>
        <w:tc>
          <w:tcPr>
            <w:tcW w:type="dxa" w:w="314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0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42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6" w:right="62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62"/>
        </w:trPr>
        <w:tc>
          <w:tcPr>
            <w:tcW w:type="dxa" w:w="13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fan </w:t>
            </w:r>
          </w:p>
        </w:tc>
        <w:tc>
          <w:tcPr>
            <w:tcW w:type="dxa" w:w="195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扇子</w:t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23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306"/>
        </w:trPr>
        <w:tc>
          <w:tcPr>
            <w:tcW w:type="dxa" w:w="323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23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penguin </w:t>
            </w:r>
          </w:p>
        </w:tc>
        <w:tc>
          <w:tcPr>
            <w:tcW w:type="dxa" w:w="12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企鹅</w:t>
            </w:r>
          </w:p>
        </w:tc>
        <w:tc>
          <w:tcPr>
            <w:tcW w:type="dxa" w:w="321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3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3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028"/>
        </w:trPr>
        <w:tc>
          <w:tcPr>
            <w:tcW w:type="dxa" w:w="41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silk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soup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foggy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stone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vacation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forest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temple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around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south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garden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famous</w:t>
            </w:r>
          </w:p>
        </w:tc>
        <w:tc>
          <w:tcPr>
            <w:tcW w:type="dxa" w:w="63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地图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丝绸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有雾的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石头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假期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树林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62" w:right="216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遍及；围绕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花园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92" w:right="239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著名的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1516"/>
        </w:trPr>
        <w:tc>
          <w:tcPr>
            <w:tcW w:type="dxa" w:w="43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taste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spicy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speak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French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Toronto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Washington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clock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London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Sydney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sunrise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kangaroo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president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hiking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penguin</w:t>
            </w:r>
          </w:p>
        </w:tc>
        <w:tc>
          <w:tcPr>
            <w:tcW w:type="dxa" w:w="61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东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品尝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讲；说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法语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多伦多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华盛顿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时钟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伦敦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悉尼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日出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袋鼠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总统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远足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扇子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4" w:right="2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企鹅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0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mpa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amp</w:t>
            </w:r>
          </w:p>
        </w:tc>
        <w:tc>
          <w:tcPr>
            <w:tcW w:type="dxa" w:w="4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地图</w:t>
            </w:r>
          </w:p>
        </w:tc>
      </w:tr>
      <w:tr>
        <w:trPr>
          <w:trHeight w:hRule="exact" w:val="516"/>
        </w:trPr>
        <w:tc>
          <w:tcPr>
            <w:tcW w:type="dxa" w:w="20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skli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silk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lsik</w:t>
            </w:r>
          </w:p>
        </w:tc>
        <w:tc>
          <w:tcPr>
            <w:tcW w:type="dxa" w:w="4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丝绸</w:t>
            </w:r>
          </w:p>
        </w:tc>
      </w:tr>
      <w:tr>
        <w:trPr>
          <w:trHeight w:hRule="exact" w:val="518"/>
        </w:trPr>
        <w:tc>
          <w:tcPr>
            <w:tcW w:type="dxa" w:w="20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upos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uspo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soup</w:t>
            </w:r>
          </w:p>
        </w:tc>
        <w:tc>
          <w:tcPr>
            <w:tcW w:type="dxa" w:w="4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汤</w:t>
            </w:r>
          </w:p>
        </w:tc>
      </w:tr>
      <w:tr>
        <w:trPr>
          <w:trHeight w:hRule="exact" w:val="516"/>
        </w:trPr>
        <w:tc>
          <w:tcPr>
            <w:tcW w:type="dxa" w:w="20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96" w:right="5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ofggy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ggfoy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foggy</w:t>
            </w:r>
          </w:p>
        </w:tc>
        <w:tc>
          <w:tcPr>
            <w:tcW w:type="dxa" w:w="4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有雾的</w:t>
            </w:r>
          </w:p>
        </w:tc>
      </w:tr>
      <w:tr>
        <w:trPr>
          <w:trHeight w:hRule="exact" w:val="520"/>
        </w:trPr>
        <w:tc>
          <w:tcPr>
            <w:tcW w:type="dxa" w:w="20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tesw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west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98" w:right="5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twse</w:t>
            </w:r>
          </w:p>
        </w:tc>
        <w:tc>
          <w:tcPr>
            <w:tcW w:type="dxa" w:w="4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西</w:t>
            </w:r>
          </w:p>
        </w:tc>
      </w:tr>
      <w:tr>
        <w:trPr>
          <w:trHeight w:hRule="exact" w:val="906"/>
        </w:trPr>
        <w:tc>
          <w:tcPr>
            <w:tcW w:type="dxa" w:w="20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thron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north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otrhn</w:t>
            </w:r>
          </w:p>
        </w:tc>
        <w:tc>
          <w:tcPr>
            <w:tcW w:type="dxa" w:w="46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596" w:right="5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北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241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4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8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790"/>
        </w:trPr>
        <w:tc>
          <w:tcPr>
            <w:tcW w:type="dxa" w:w="24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tosen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stone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otens</w:t>
            </w:r>
          </w:p>
        </w:tc>
        <w:tc>
          <w:tcPr>
            <w:tcW w:type="dxa" w:w="14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石头</w:t>
            </w:r>
          </w:p>
        </w:tc>
        <w:tc>
          <w:tcPr>
            <w:tcW w:type="dxa" w:w="2802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56" w:right="6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ticvonaa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vacation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nocivata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假期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stfore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otrsef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forest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树林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plemet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pteeml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temple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寺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odruna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around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arodun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8" w:right="3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遍及；围绕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sthou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ohuts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south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南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nreadg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gadern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garden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花园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famous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ofsuma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smaofu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著名的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stea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east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东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tetas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estta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taste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品尝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sipcy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spicy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pisyc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辣的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20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seapk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aeskp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speak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讲；说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French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hcFren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hrFnec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法语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otroonT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Toronto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oronTot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多伦多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Washington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aWhntsngoi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gshnoitaWn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华盛顿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20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coclk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clock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koccl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时钟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London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Lnoond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nLndoo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伦敦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Sydney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nydSey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nSyyde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悉尼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nssueir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sunrise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esruins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日出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56" w:right="5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kangaroo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aoganrko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agooarkn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袋鼠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72" w:right="5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edrtienps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eetdsprni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president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总统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6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giinhk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hiking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nhikig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远足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518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anf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fna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扇子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604"/>
        </w:trPr>
        <w:tc>
          <w:tcPr>
            <w:tcW w:type="dxa" w:w="241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uninpge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unnigpe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22" w:right="2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penguin</w:t>
            </w:r>
          </w:p>
        </w:tc>
        <w:tc>
          <w:tcPr>
            <w:tcW w:type="dxa" w:w="1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企鹅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054"/>
        </w:trPr>
        <w:tc>
          <w:tcPr>
            <w:tcW w:type="dxa" w:w="40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汤</w:t>
            </w:r>
          </w:p>
        </w:tc>
        <w:tc>
          <w:tcPr>
            <w:tcW w:type="dxa" w:w="64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丝绸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有雾的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3246"/>
        </w:trPr>
        <w:tc>
          <w:tcPr>
            <w:tcW w:type="dxa" w:w="48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石头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树林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遍及；围绕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东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法语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Wash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华盛顿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伦敦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扇子</w:t>
            </w:r>
          </w:p>
        </w:tc>
        <w:tc>
          <w:tcPr>
            <w:tcW w:type="dxa" w:w="56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92" w:right="99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vaca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著名的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品尝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讲；说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多伦多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时钟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2" w:right="99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ydne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悉尼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kang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袋鼠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42" w:right="7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hiki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远足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2" w:right="99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guin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企鹅</w:t>
            </w:r>
          </w:p>
        </w:tc>
      </w:tr>
    </w:tbl>
    <w:p>
      <w:pPr>
        <w:autoSpaceDN w:val="0"/>
        <w:autoSpaceDE w:val="0"/>
        <w:widowControl/>
        <w:spacing w:line="2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586"/>
        </w:trPr>
        <w:tc>
          <w:tcPr>
            <w:tcW w:type="dxa" w:w="43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地图 </w:t>
            </w:r>
          </w:p>
        </w:tc>
        <w:tc>
          <w:tcPr>
            <w:tcW w:type="dxa" w:w="30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丝绸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人教版（一年级起点）</w:t>
            </w:r>
          </w:p>
        </w:tc>
      </w:tr>
      <w:tr>
        <w:trPr>
          <w:trHeight w:hRule="exact" w:val="1306"/>
        </w:trPr>
        <w:tc>
          <w:tcPr>
            <w:tcW w:type="dxa" w:w="47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汤 </w:t>
            </w:r>
          </w:p>
        </w:tc>
        <w:tc>
          <w:tcPr>
            <w:tcW w:type="dxa" w:w="26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有雾的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西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北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石头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假期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树林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寺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遍及；围绕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南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花园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著名的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东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品尝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辣的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讲；说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法语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多伦多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华盛顿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时钟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伦敦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悉尼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日出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袋鼠 </w:t>
            </w:r>
          </w:p>
        </w:tc>
      </w:tr>
      <w:tr>
        <w:trPr>
          <w:trHeight w:hRule="exact" w:val="1000"/>
        </w:trPr>
        <w:tc>
          <w:tcPr>
            <w:tcW w:type="dxa" w:w="47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总统 </w:t>
            </w:r>
          </w:p>
        </w:tc>
        <w:tc>
          <w:tcPr>
            <w:tcW w:type="dxa" w:w="26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远足 </w:t>
            </w:r>
          </w:p>
        </w:tc>
      </w:tr>
      <w:tr>
        <w:trPr>
          <w:trHeight w:hRule="exact" w:val="2646"/>
        </w:trPr>
        <w:tc>
          <w:tcPr>
            <w:tcW w:type="dxa" w:w="47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扇子 </w:t>
            </w:r>
          </w:p>
        </w:tc>
        <w:tc>
          <w:tcPr>
            <w:tcW w:type="dxa" w:w="26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企鹅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