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2025年铺地装安全试题及答案</w:t>
      </w:r>
    </w:p>
    <w:p>
      <w:r>
        <w:br/>
        <w:t xml:space="preserve"> 一、单项选择题（共10题，每题2分）</w:t>
        <w:br/>
        <w:br/>
        <w:t>1. 铺地材料中，哪种材料具有较好的防火性能？</w:t>
        <w:br/>
        <w:br/>
        <w:t>A. 普通实木地板</w:t>
        <w:br/>
        <w:br/>
        <w:t>B. 强化复合地板</w:t>
        <w:br/>
        <w:br/>
        <w:t>C. 石材地板</w:t>
        <w:br/>
        <w:br/>
        <w:t>D. 软质PVC地板</w:t>
        <w:br/>
        <w:br/>
        <w:t>2. 在铺装地板前，基层处理的最重要环节是？</w:t>
        <w:br/>
        <w:br/>
        <w:t>A. 清理基层</w:t>
        <w:br/>
        <w:br/>
        <w:t>B. 找平基层</w:t>
        <w:br/>
        <w:br/>
        <w:t>C. 防潮处理</w:t>
        <w:br/>
        <w:br/>
        <w:t>D. 涂刷界面剂</w:t>
        <w:br/>
        <w:br/>
        <w:t>3. 铺装地板时，环境温度应保持在多少度范围内？</w:t>
        <w:br/>
        <w:br/>
        <w:t>A. 5-10℃</w:t>
        <w:br/>
        <w:br/>
        <w:t>B. 10-15℃</w:t>
        <w:br/>
        <w:br/>
        <w:t>C. 15-30℃</w:t>
        <w:br/>
        <w:br/>
        <w:t>D. 30-35℃</w:t>
        <w:br/>
        <w:br/>
        <w:t>4. 下列哪种铺地材料最适合用于卫生间等潮湿环境？</w:t>
        <w:br/>
        <w:br/>
        <w:t>A. 实木地板</w:t>
        <w:br/>
        <w:br/>
        <w:t>B. 强化复合地板</w:t>
        <w:br/>
        <w:br/>
        <w:t>C. 瓷砖</w:t>
        <w:br/>
        <w:br/>
        <w:t>D. 软木地板</w:t>
        <w:br/>
        <w:br/>
        <w:t>5. 铺装地板时，伸缩缝的设置主要是为了？</w:t>
        <w:br/>
        <w:br/>
        <w:t>A. 美观效果</w:t>
        <w:br/>
        <w:br/>
        <w:t>B. 补偿材料热胀冷缩</w:t>
        <w:br/>
        <w:br/>
        <w:t>C. 增加地板强度</w:t>
        <w:br/>
        <w:br/>
        <w:t>D. 方便后期维修</w:t>
        <w:br/>
        <w:br/>
        <w:t>6. 铺装地板时，下列哪种工具是必不可少的？</w:t>
        <w:br/>
        <w:br/>
        <w:t>A. 电钻</w:t>
        <w:br/>
        <w:br/>
        <w:t>B. 水平尺</w:t>
        <w:br/>
        <w:br/>
        <w:t>C. 锤子</w:t>
        <w:br/>
        <w:br/>
        <w:t>D. 螺丝刀</w:t>
        <w:br/>
        <w:br/>
        <w:t>7. 铺装地板时，下列哪种情况不需要留伸缩缝？</w:t>
        <w:br/>
        <w:br/>
        <w:t>A. 面积较大的房间</w:t>
        <w:br/>
        <w:br/>
        <w:t>B. 有地暖的房间</w:t>
        <w:br/>
        <w:br/>
        <w:t>C. 面积较小的房间</w:t>
        <w:br/>
        <w:br/>
        <w:t>D. 长条形房间</w:t>
        <w:br/>
        <w:br/>
        <w:t>8. 铺装地板时，下列哪种材料不适合用于基层？</w:t>
        <w:br/>
        <w:br/>
        <w:t>A. 水泥砂浆</w:t>
        <w:br/>
        <w:br/>
        <w:t>B. 石膏板</w:t>
        <w:br/>
        <w:br/>
        <w:t>C. 细石混凝土</w:t>
        <w:br/>
        <w:br/>
        <w:t>D. 自流平</w:t>
        <w:br/>
        <w:br/>
        <w:t>9. 铺装地板时，下列哪种情况会导致地板起鼓？</w:t>
        <w:br/>
        <w:br/>
        <w:t>A. 基层过于干燥</w:t>
        <w:br/>
        <w:br/>
        <w:t>B. 基层过于潮湿</w:t>
        <w:br/>
        <w:br/>
        <w:t>C. 地板含水率过高</w:t>
        <w:br/>
        <w:br/>
        <w:t>D. B和C</w:t>
        <w:br/>
        <w:br/>
        <w:t>10. 铺装地板时，下列哪种铺装方式最适合大面积铺设？</w:t>
        <w:br/>
        <w:br/>
        <w:t>A. 直接粘贴法</w:t>
        <w:br/>
        <w:br/>
        <w:t>B. 悬浮式铺装法</w:t>
        <w:br/>
        <w:br/>
        <w:t>C. 架空铺装法</w:t>
        <w:br/>
        <w:br/>
        <w:t>D. 钉固铺装法</w:t>
        <w:br/>
        <w:br/>
        <w:t xml:space="preserve"> 二、填空题（共6题，每题2分）</w:t>
        <w:br/>
        <w:br/>
        <w:t>1. 铺装地板前，基层含水率不应超过______%。</w:t>
        <w:br/>
        <w:br/>
        <w:t>2. 铺装地板时，相邻地板之间的缝隙应控制在______mm之间。</w:t>
        <w:br/>
        <w:br/>
        <w:t>3. 铺装地板时，伸缩缝的宽度一般为______mm。</w:t>
        <w:br/>
        <w:br/>
        <w:t>4. 铺装地板时，环境相对湿度应保持在______%之间。</w:t>
        <w:br/>
        <w:br/>
        <w:t>5. 铺装地板时，水泥砂浆基层的养护时间不应少于______天。</w:t>
        <w:br/>
        <w:br/>
        <w:t>6. 铺装地板时，地暖系统开启后，地板表面温度不应超过______℃。</w:t>
        <w:br/>
        <w:br/>
        <w:t xml:space="preserve"> 三、判断题（共6题，每题2分）</w:t>
        <w:br/>
        <w:br/>
        <w:t>1. 铺装地板前，基层必须平整，高低差不应大于3mm。（ ）</w:t>
        <w:br/>
        <w:br/>
        <w:t>2. 铺装地板时，可以直接在原有瓷砖上直接铺设新的地板材料。（ ）</w:t>
        <w:br/>
        <w:br/>
        <w:t>3. 铺装地板时，伸缩缝可以随意设置，不需要按照规范要求。（ ）</w:t>
        <w:br/>
        <w:br/>
        <w:t>4. 铺装地板时，地板含水率与环境湿度差异过大会导致地板变形。（ ）</w:t>
        <w:br/>
        <w:br/>
        <w:t>5. 铺装地板时，地暖系统可以在地板铺装完成后立即开启使用。（ ）</w:t>
        <w:br/>
        <w:br/>
        <w:t>6. 铺装地板时，不同材质的地板可以混合在同一房间内铺装。（ ）</w:t>
        <w:br/>
        <w:br/>
        <w:t xml:space="preserve"> 四、多项选择题（共2题，每题2分）</w:t>
        <w:br/>
        <w:br/>
        <w:t>1. 下列哪些因素会影响地板铺装质量？（ ）</w:t>
        <w:br/>
        <w:br/>
        <w:t>A. 基层处理质量</w:t>
        <w:br/>
        <w:br/>
        <w:t>B. 环境温湿度</w:t>
        <w:br/>
        <w:br/>
        <w:t>C. 铺装工艺</w:t>
        <w:br/>
        <w:br/>
        <w:t>D. 材料质量</w:t>
        <w:br/>
        <w:br/>
        <w:t>E. 铺装人员经验</w:t>
        <w:br/>
        <w:br/>
        <w:t>2. 下列哪些铺地材料适合用于有地暖的房间？（ ）</w:t>
        <w:br/>
        <w:br/>
        <w:t>A. 实木地板</w:t>
        <w:br/>
        <w:br/>
        <w:t>B. 强化复合地板</w:t>
        <w:br/>
        <w:br/>
        <w:t>C. 瓷砖</w:t>
        <w:br/>
        <w:br/>
        <w:t>D. 软木地板</w:t>
        <w:br/>
        <w:br/>
        <w:t>E. 竹地板</w:t>
        <w:br/>
        <w:br/>
        <w:t xml:space="preserve"> 五、简答题（共2题，每题5分）</w:t>
        <w:br/>
        <w:br/>
        <w:t>1. 简述铺装地板前基层处理的步骤及注意事项。</w:t>
        <w:br/>
        <w:br/>
        <w:t>2. 简述铺装地板时如何控制伸缩缝的设置。</w:t>
        <w:br/>
        <w:br/>
        <w:t xml:space="preserve"> 答案及解析</w:t>
        <w:br/>
        <w:br/>
        <w:t xml:space="preserve"> 一、单项选择题</w:t>
        <w:br/>
        <w:br/>
        <w:t>1. 答案：C</w:t>
        <w:br/>
        <w:br/>
        <w:t>解析：石材地板具有较好的防火性能，因为石材是天然无机材料，燃点高，不易燃烧。普通实木地板和强化复合地板都是易燃材料，软质PVC地板虽然有一定的阻燃性，但防火性能不如石材。</w:t>
        <w:br/>
        <w:br/>
        <w:t>2. 答案：C</w:t>
        <w:br/>
        <w:br/>
        <w:t>解析：铺装地板前，基层处理的最重要环节是防潮处理。如果基层潮湿，会导致地板受潮变形、发霉等问题，严重影响地板使用寿命和使用效果。清理基层和找平基层也很重要，但防潮处理更为关键。</w:t>
        <w:br/>
        <w:br/>
        <w:t>3. 答案：C</w:t>
        <w:br/>
        <w:br/>
        <w:t>解析：铺装地板时，环境温度应保持在15-30℃范围内。温度过低会影响胶粘剂的粘结效果，温度过高则可能导致材料变形或胶粘剂过快固化，影响铺装质量。</w:t>
        <w:br/>
        <w:br/>
        <w:t>4. 答案：C</w:t>
        <w:br/>
        <w:br/>
        <w:t>解析：瓷砖最适合用于卫生间等潮湿环境，因为瓷砖具有防水、防潮、耐腐蚀等特性。实木地板和强化复合地板在潮湿环境中容易变形、发霉，软木地板虽然有一定的防水性，但长期处于潮湿环境也会出现问题。</w:t>
        <w:br/>
        <w:br/>
        <w:t>5. 答案：B</w:t>
        <w:br/>
        <w:br/>
        <w:t>解析：铺装地板时，伸缩缝的设置主要是为了补偿材料热胀冷缩。地板材料会随着温度和湿度的变化而膨胀或收缩，如果没有足够的伸缩空间，会导致地板变形、起鼓等问题。</w:t>
        <w:br/>
        <w:br/>
        <w:t>6. 答案：B</w:t>
        <w:br/>
        <w:br/>
        <w:t>解析：铺装地板时，水平尺是必不可少的工具，用于检测基层平整度和铺装过程中的水平度。其他工具如电钻、锤子、螺丝刀等可能在某些特定铺装方式中使用，但不是所有铺装方式都必须使用的。</w:t>
        <w:br/>
        <w:br/>
        <w:t>7. 答案：C</w:t>
        <w:br/>
        <w:br/>
        <w:t>解析：铺装地板时，面积较小的房间不需要留伸缩缝，因为小面积地板的热胀冷缩量较小，可以通过地板之间的自然缝隙来补偿。而大面积房间、有地暖的房间和长条形房间都需要设置伸缩缝。</w:t>
        <w:br/>
        <w:br/>
        <w:t>8. 答案：B</w:t>
        <w:br/>
        <w:br/>
        <w:t>解析：铺装地板时，石膏板不适合用于基层，因为石膏板强度较低，容易变形，不适合作为地板的基层。水泥砂浆、细石混凝土和自流平都是常用的基层材料。</w:t>
        <w:br/>
        <w:br/>
        <w:t>9. 答案：D</w:t>
        <w:br/>
        <w:br/>
        <w:t>解析：铺装地板时，基层过于潮湿或地板含水率过高都会导致地板起鼓。基层潮湿会使地板受潮膨胀，地板含水率过高则会在干燥过程中收缩变形，导致起鼓问题。</w:t>
        <w:br/>
        <w:br/>
        <w:t>10. 答案：B</w:t>
        <w:br/>
        <w:br/>
        <w:t>解析：铺装地板时，悬浮式铺装法最适合大面积铺设，这种方法不需要胶粘剂，地板通过卡槽连接，可以自由伸缩，适合大面积铺设。直接粘贴法适用于小面积或特殊要求的情况，架空铺装法适用于不平整的基层，钉固铺装法适用于实木地板。</w:t>
        <w:br/>
        <w:br/>
        <w:t xml:space="preserve"> 二、填空题</w:t>
        <w:br/>
        <w:br/>
        <w:t>1. 答案：8</w:t>
        <w:br/>
        <w:br/>
        <w:t>解析：铺装地板前，基层含水率不应超过8%，否则会导致地板受潮变形、发霉等问题。不同材质的地板对基层含水率的要求可能略有不同，但一般不应超过8%。</w:t>
        <w:br/>
        <w:br/>
        <w:t>2. 答案：0.1-0.2</w:t>
        <w:br/>
        <w:br/>
        <w:t>解析：铺装地板时，相邻地板之间的缝隙应控制在0.1-0.2mm之间，缝隙过大会影响美观和使用效果，缝隙过小则可能导致地板之间挤压变形。</w:t>
        <w:br/>
        <w:br/>
        <w:t>3. 答案：8-12</w:t>
        <w:br/>
        <w:br/>
        <w:t>解析：铺装地板时，伸缩缝的宽度一般为8-12mm，这个宽度可以满足地板材料的热胀冷缩需求，避免地板变形或起鼓。</w:t>
        <w:br/>
        <w:br/>
        <w:t>4. 答案：40-70</w:t>
        <w:br/>
        <w:br/>
        <w:t>解析：铺装地板时，环境相对湿度应保持在40-70%之间，湿度过高或过低都会影响地板的稳定性和铺装质量。</w:t>
        <w:br/>
        <w:br/>
        <w:t>5. 答案：7</w:t>
        <w:br/>
        <w:br/>
        <w:t>解析：铺装地板时，水泥砂浆基层的养护时间不应少于7天，确保基层充分干燥和硬化，避免后期出现开裂、变形等问题。</w:t>
        <w:br/>
        <w:br/>
        <w:t>6. 答案：27</w:t>
        <w:br/>
        <w:br/>
        <w:t>解析：铺装地板时，地暖系统开启后，地板表面温度不应超过27℃，过高的温度会导致地板材料变形、开裂等问题，影响使用寿命。</w:t>
        <w:br/>
        <w:br/>
        <w:t xml:space="preserve"> 三、判断题</w:t>
        <w:br/>
        <w:br/>
        <w:t>1. 答案：√</w:t>
        <w:br/>
        <w:br/>
        <w:t>解析：铺装地板前，基层必须平整，高低差不应大于3mm，否则会导致地板铺设不平整，影响使用效果和美观度。</w:t>
        <w:br/>
        <w:br/>
        <w:t>2. 答案：×</w:t>
        <w:br/>
        <w:br/>
        <w:t>解析：铺装地板时，不能直接在原有瓷砖上直接铺设新的地板材料，因为瓷砖表面光滑，会影响地板的粘结效果，而且瓷砖之间的缝隙也会影响地板的平整度。</w:t>
        <w:br/>
        <w:br/>
        <w:t>3. 答案：×</w:t>
        <w:br/>
        <w:br/>
        <w:t>解析：铺装地板时，伸缩缝不能随意设置，必须按照规范要求设置，一般沿墙边、柱边、门口等位置设置，宽度一般为8-12mm。</w:t>
        <w:br/>
        <w:br/>
        <w:t>4. 答案：√</w:t>
        <w:br/>
        <w:br/>
        <w:t>解析：铺装地板时，地板含水率与环境湿度差异过大会导致地板变形，因为地板会吸收或释放水分，导致膨胀或收缩。</w:t>
        <w:br/>
        <w:br/>
        <w:t>5. 答案：×</w:t>
        <w:br/>
        <w:br/>
        <w:t>解析：铺装地板时，地暖系统不能在地板铺装完成后立即开启使用，应该先以较低温度运行，逐渐升高温度，让地板适应温度变化，避免因温度变化过快导致地板变形。</w:t>
        <w:br/>
        <w:br/>
        <w:t>6. 答案：×</w:t>
        <w:br/>
        <w:br/>
        <w:t>解析：铺装地板时，不同材质的地板不应该混合在同一房间内铺装，因为不同材质的地板热胀冷缩系数不同，会导致铺设不平整或变形。</w:t>
        <w:br/>
        <w:br/>
        <w:t xml:space="preserve"> 四、多项选择题</w:t>
        <w:br/>
        <w:br/>
        <w:t>1. 答案：ABCDE</w:t>
        <w:br/>
        <w:br/>
        <w:t>解析：基层处理质量、环境温湿度、铺装工艺、材料质量和铺装人员经验都会影响地板铺装质量。基层处理质量直接影响地板的平整度和稳定性；环境温湿度影响地板的含水率和膨胀收缩；铺装工艺决定了地板的安装质量和使用寿命；材料质量直接影响地板的性能和使用寿命；铺装人员经验则影响铺装过程中的细节处理和质量控制。</w:t>
        <w:br/>
        <w:br/>
        <w:t>2. 答案：BCDE</w:t>
        <w:br/>
        <w:br/>
        <w:t>解析：强化复合地板、瓷砖、软木地板和竹地板都适合用于有地暖的房间，因为这些材料的热稳定性较好，能够承受地暖系统的温度变化。实木地板虽然美观，但热稳定性较差，长期受热容易变形，不太适合用于有地暖的房间。</w:t>
        <w:br/>
        <w:br/>
        <w:t xml:space="preserve"> 五、简答题</w:t>
        <w:br/>
        <w:br/>
        <w:t>1. 答案：</w:t>
        <w:br/>
        <w:br/>
        <w:t>铺装地板前基层处理的步骤及注意事项：</w:t>
        <w:br/>
        <w:br/>
        <w:t>步骤：</w:t>
        <w:br/>
        <w:br/>
        <w:t>(1) 清理基层：清除基层表面的灰尘、油污、杂物等，确保基层干净。</w:t>
        <w:br/>
        <w:br/>
        <w:t>(2) 检查基层：检查基层的平整度、强度和含水率，确保符合铺装要求。</w:t>
        <w:br/>
        <w:br/>
        <w:t>(3) 修补基层：对基层的裂缝、孔洞等进行修补，确保基层平整。</w:t>
        <w:br/>
        <w:br/>
        <w:t>(4) 防潮处理：在基层上涂刷防潮剂，防止潮气上升影响地板。</w:t>
        <w:br/>
        <w:br/>
        <w:t>(5) 找平处理：对不平整的基层进行找平处理，确保基层平整度符合要求。</w:t>
        <w:br/>
        <w:br/>
        <w:t>(6) 涂刷界面剂：在基层上涂刷界面剂，增强基层与地板材料的粘结力。</w:t>
        <w:br/>
        <w:br/>
        <w:t>注意事项：</w:t>
        <w:br/>
        <w:br/>
        <w:t>(1) 基层含水率不应超过8%，否则会导致地板受潮变形。</w:t>
        <w:br/>
        <w:br/>
        <w:t>(2) 基层平整度应符合要求，高低差不应大于3mm。</w:t>
        <w:br/>
        <w:br/>
        <w:t>(3) 防潮处理应均匀，无遗漏，特别是墙角、门口等位置。</w:t>
        <w:br/>
        <w:br/>
        <w:t>(4) 找平处理应使用合适的材料，确保找平层强度和平整度。</w:t>
        <w:br/>
        <w:br/>
        <w:t>(5) 界面剂涂刷应均匀，确保基层与地板材料之间的粘结效果。</w:t>
        <w:br/>
        <w:br/>
        <w:t>2. 答案：</w:t>
        <w:br/>
        <w:br/>
        <w:t>铺装地板时控制伸缩缝设置的要点：</w:t>
        <w:br/>
        <w:br/>
        <w:t>(1) 位置确定：伸缩缝应设置在墙边、柱边、门口、固定家具边等位置，这些位置是地板的固定点，伸缩缝可以补偿地板的热胀冷缩。</w:t>
        <w:br/>
        <w:br/>
        <w:t>(2) 宽度控制：伸缩缝的宽度一般为8-12mm，根据地板材质和房间面积适当调整。面积较大的房间、温差较大的地区应适当增加伸缩缝宽度。</w:t>
        <w:br/>
        <w:br/>
        <w:t>(3) 材料选择：伸缩缝应使用弹性材料填充，如弹性胶条、发泡剂等，这些材料可以吸收地板的热胀冷缩，同时保持美观。</w:t>
        <w:br/>
        <w:br/>
        <w:t>(4) 施工工艺：铺装地板时，应在伸缩缝位置预留足够空间，安装时使用专用工具确保伸缩缝宽度一致，填充材料时应均匀饱满，避免出现空鼓。</w:t>
        <w:br/>
        <w:br/>
        <w:t>(5) 后期处理：伸缩缝填充后，应进行表面处理，确保与地板表面平整，不影响美观和使用。对于有地暖的房间，伸缩缝设置尤为重要，应适当增加宽度和数量。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