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学期：二年级上学期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版本：外研版（一年级起点）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1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7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加油；快点</w:t>
            </w:r>
          </w:p>
        </w:tc>
        <w:tc>
          <w:tcPr>
            <w:tcW w:type="dxa" w:w="59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02" w:right="12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歌曲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team </w:t>
      </w:r>
      <w:r>
        <w:rPr>
          <w:rFonts w:ascii="宋体" w:hAnsi="宋体" w:eastAsia="宋体"/>
          <w:b w:val="0"/>
          <w:i w:val="0"/>
          <w:color w:val="555D5D"/>
          <w:sz w:val="24"/>
        </w:rPr>
        <w:t>球队，运动队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2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74"/>
        </w:trPr>
        <w:tc>
          <w:tcPr>
            <w:tcW w:type="dxa" w:w="43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children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（child的复数）孩子们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ice cream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冰淇淋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noodles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（常复）面条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米饭</w:t>
            </w:r>
          </w:p>
        </w:tc>
        <w:tc>
          <w:tcPr>
            <w:tcW w:type="dxa" w:w="53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66" w:right="5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ginger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66" w:right="5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66" w:right="5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66" w:right="5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66" w:right="5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sweets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（常复）糖果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3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34"/>
        </w:trPr>
        <w:tc>
          <w:tcPr>
            <w:tcW w:type="dxa" w:w="42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苹果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everything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每件事，所有事物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fruit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奶，牛奶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orange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柑橘，橙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  <w:tc>
          <w:tcPr>
            <w:tcW w:type="dxa" w:w="54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14" w:right="7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banana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香蕉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4" w:right="7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favourite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最喜欢的事物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4" w:right="7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Here you are.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给你。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4" w:right="7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milkshake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奶昔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4" w:right="7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really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很，非常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4" w:right="7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tomato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番茄，西红柿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4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624"/>
        </w:trPr>
        <w:tc>
          <w:tcPr>
            <w:tcW w:type="dxa" w:w="382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doesn't = does not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</w:t>
            </w:r>
          </w:p>
        </w:tc>
        <w:tc>
          <w:tcPr>
            <w:tcW w:type="dxa" w:w="589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12" w:right="11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dress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连衣裙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4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9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952"/>
        </w:trPr>
        <w:tc>
          <w:tcPr>
            <w:tcW w:type="dxa" w:w="44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here's = here is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这是</w:t>
            </w:r>
          </w:p>
        </w:tc>
        <w:tc>
          <w:tcPr>
            <w:tcW w:type="dxa" w:w="30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526" w:right="52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嗯，唔</w:t>
            </w:r>
          </w:p>
        </w:tc>
        <w:tc>
          <w:tcPr>
            <w:tcW w:type="dxa" w:w="296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60"/>
        </w:trPr>
        <w:tc>
          <w:tcPr>
            <w:tcW w:type="dxa" w:w="44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一个</w:t>
            </w:r>
          </w:p>
        </w:tc>
        <w:tc>
          <w:tcPr>
            <w:tcW w:type="dxa" w:w="30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532" w:right="5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party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聚会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760"/>
        </w:trPr>
        <w:tc>
          <w:tcPr>
            <w:tcW w:type="dxa" w:w="44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太……</w:t>
            </w:r>
          </w:p>
        </w:tc>
        <w:tc>
          <w:tcPr>
            <w:tcW w:type="dxa" w:w="30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trousers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裤子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T-shirt </w:t>
      </w:r>
      <w:r>
        <w:rPr>
          <w:rFonts w:ascii="宋体" w:hAnsi="宋体" w:eastAsia="宋体"/>
          <w:b w:val="0"/>
          <w:i w:val="0"/>
          <w:color w:val="555D5D"/>
          <w:sz w:val="24"/>
        </w:rPr>
        <w:t>T恤衫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5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37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起床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to school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去上学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lunch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吃午餐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lunch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午餐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TV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电视；电视机</w:t>
            </w:r>
          </w:p>
        </w:tc>
        <w:tc>
          <w:tcPr>
            <w:tcW w:type="dxa" w:w="60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22" w:right="1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home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回家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2" w:right="1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吃，喝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2" w:right="1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2" w:right="1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海报，招贴画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2" w:right="1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观看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watch TV </w:t>
      </w:r>
      <w:r>
        <w:rPr>
          <w:rFonts w:ascii="宋体" w:hAnsi="宋体" w:eastAsia="宋体"/>
          <w:b w:val="0"/>
          <w:i w:val="0"/>
          <w:color w:val="555D5D"/>
          <w:sz w:val="24"/>
        </w:rPr>
        <w:t>看电视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6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74"/>
        </w:trPr>
        <w:tc>
          <w:tcPr>
            <w:tcW w:type="dxa" w:w="37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太好了，好极了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居住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在……的时候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天，天空</w:t>
            </w:r>
          </w:p>
        </w:tc>
        <w:tc>
          <w:tcPr>
            <w:tcW w:type="dxa" w:w="59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74" w:right="11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进球，得分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76" w:right="3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hooray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（表示激动与高兴的呼喊声）好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74" w:right="11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74" w:right="11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公园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74" w:right="11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星期日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7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3497"/>
        <w:gridCol w:w="3497"/>
        <w:gridCol w:w="3497"/>
      </w:tblGrid>
      <w:tr>
        <w:trPr>
          <w:trHeight w:hRule="exact" w:val="1458"/>
        </w:trPr>
        <w:tc>
          <w:tcPr>
            <w:tcW w:type="dxa" w:w="362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beep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（汽车喇叭）</w:t>
            </w:r>
          </w:p>
        </w:tc>
        <w:tc>
          <w:tcPr>
            <w:tcW w:type="dxa" w:w="201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bike </w:t>
            </w:r>
          </w:p>
        </w:tc>
        <w:tc>
          <w:tcPr>
            <w:tcW w:type="dxa" w:w="407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自行车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1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3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7212"/>
        </w:trPr>
        <w:tc>
          <w:tcPr>
            <w:tcW w:type="dxa" w:w="51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公共汽车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chug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（发动机）发出咔嚓声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78" w:right="4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（go的第三人称单数形式）去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怎样，如何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喜爱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飞机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ship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轮船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与……在一起；同；跟；和</w:t>
            </w:r>
          </w:p>
        </w:tc>
        <w:tc>
          <w:tcPr>
            <w:tcW w:type="dxa" w:w="53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80" w:right="4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0" w:right="4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to work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去上班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0" w:right="4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holiday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假期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0" w:right="4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about...?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……怎么样？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0" w:right="4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holiday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度假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0" w:right="4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跑，奔跑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0" w:right="4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然后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0" w:right="4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步行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0" w:right="4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工作地点；工作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8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35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激光唱片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listen to...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听……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piano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钢琴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阅读</w:t>
            </w:r>
          </w:p>
        </w:tc>
        <w:tc>
          <w:tcPr>
            <w:tcW w:type="dxa" w:w="61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60" w:right="13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0" w:right="13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listen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0" w:right="13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音乐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0" w:right="13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演奏（乐器）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" w:right="1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watches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（watch的第三人称单数形式）观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weekend </w:t>
      </w:r>
      <w:r>
        <w:rPr>
          <w:rFonts w:ascii="宋体" w:hAnsi="宋体" w:eastAsia="宋体"/>
          <w:b w:val="0"/>
          <w:i w:val="0"/>
          <w:color w:val="555D5D"/>
          <w:sz w:val="24"/>
        </w:rPr>
        <w:t>周末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9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90"/>
        </w:trPr>
        <w:tc>
          <w:tcPr>
            <w:tcW w:type="dxa" w:w="331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autumn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寒冷的</w:t>
            </w:r>
          </w:p>
        </w:tc>
        <w:tc>
          <w:tcPr>
            <w:tcW w:type="dxa" w:w="640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626" w:right="16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外套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26" w:right="16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凉爽的；酷的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4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0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4752"/>
        </w:trPr>
        <w:tc>
          <w:tcPr>
            <w:tcW w:type="dxa" w:w="44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放飞（风筝）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skating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去滑冰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jacket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夹克，短上衣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spring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春天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sunglasses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太阳镜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温暖的</w:t>
            </w:r>
          </w:p>
        </w:tc>
        <w:tc>
          <w:tcPr>
            <w:tcW w:type="dxa" w:w="60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glove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手套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在……期间，在……时候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skating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滑冰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summer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夏天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sweater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毛线衫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winter </w:t>
      </w:r>
      <w:r>
        <w:rPr>
          <w:rFonts w:ascii="宋体" w:hAnsi="宋体" w:eastAsia="宋体"/>
          <w:b w:val="0"/>
          <w:i w:val="0"/>
          <w:color w:val="555D5D"/>
          <w:sz w:val="24"/>
        </w:rPr>
        <w:t>冬天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10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44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Chinese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dumpling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firecracker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鞭炮，爆竹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Happy New Year!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新年快乐！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present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礼物</w:t>
            </w:r>
          </w:p>
        </w:tc>
        <w:tc>
          <w:tcPr>
            <w:tcW w:type="dxa" w:w="52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18" w:right="5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Christmas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圣诞节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18" w:right="5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dinner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正餐，主餐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18" w:right="5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18" w:right="5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18" w:right="5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18" w:right="5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祝，祝愿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year </w:t>
      </w:r>
      <w:r>
        <w:rPr>
          <w:rFonts w:ascii="宋体" w:hAnsi="宋体" w:eastAsia="宋体"/>
          <w:b w:val="0"/>
          <w:i w:val="0"/>
          <w:color w:val="555D5D"/>
          <w:sz w:val="24"/>
        </w:rPr>
        <w:t>完整信息公众号英语超人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4"/>
        </w:trPr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team </w:t>
            </w:r>
          </w:p>
        </w:tc>
        <w:tc>
          <w:tcPr>
            <w:tcW w:type="dxa" w:w="19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球队，运动队</w:t>
            </w:r>
          </w:p>
        </w:tc>
        <w:tc>
          <w:tcPr>
            <w:tcW w:type="dxa" w:w="29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412" w:right="4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2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334"/>
        </w:trPr>
        <w:tc>
          <w:tcPr>
            <w:tcW w:type="dxa" w:w="352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12" w:right="4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6450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938"/>
        </w:trPr>
        <w:tc>
          <w:tcPr>
            <w:tcW w:type="dxa" w:w="16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song </w:t>
            </w:r>
          </w:p>
        </w:tc>
        <w:tc>
          <w:tcPr>
            <w:tcW w:type="dxa" w:w="4814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歌曲</w:t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26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9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noodles </w:t>
            </w:r>
          </w:p>
        </w:tc>
        <w:tc>
          <w:tcPr>
            <w:tcW w:type="dxa" w:w="45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（常复）面条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9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children </w:t>
            </w:r>
          </w:p>
        </w:tc>
        <w:tc>
          <w:tcPr>
            <w:tcW w:type="dxa" w:w="45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（child的复数）孩子们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meat </w:t>
            </w:r>
          </w:p>
        </w:tc>
        <w:tc>
          <w:tcPr>
            <w:tcW w:type="dxa" w:w="481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肉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onion </w:t>
            </w:r>
          </w:p>
        </w:tc>
        <w:tc>
          <w:tcPr>
            <w:tcW w:type="dxa" w:w="481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洋葱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ginger </w:t>
            </w:r>
          </w:p>
        </w:tc>
        <w:tc>
          <w:tcPr>
            <w:tcW w:type="dxa" w:w="481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姜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898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12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6450"/>
            <w:gridSpan w:val="5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1202"/>
        </w:trPr>
        <w:tc>
          <w:tcPr>
            <w:tcW w:type="dxa" w:w="13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34" w:right="3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rice </w:t>
            </w:r>
          </w:p>
        </w:tc>
        <w:tc>
          <w:tcPr>
            <w:tcW w:type="dxa" w:w="5112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96" w:right="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米饭</w:t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6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" w:right="1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sweets </w:t>
            </w:r>
          </w:p>
        </w:tc>
        <w:tc>
          <w:tcPr>
            <w:tcW w:type="dxa" w:w="47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2" w:right="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（常复）糖果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3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</w:p>
        </w:tc>
        <w:tc>
          <w:tcPr>
            <w:tcW w:type="dxa" w:w="51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3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mm </w:t>
            </w:r>
          </w:p>
        </w:tc>
        <w:tc>
          <w:tcPr>
            <w:tcW w:type="dxa" w:w="51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呣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225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everything </w:t>
            </w:r>
          </w:p>
        </w:tc>
        <w:tc>
          <w:tcPr>
            <w:tcW w:type="dxa" w:w="4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每件事，所有事物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6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tomato </w:t>
            </w:r>
          </w:p>
        </w:tc>
        <w:tc>
          <w:tcPr>
            <w:tcW w:type="dxa" w:w="47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番茄，西红柿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764"/>
        </w:trPr>
        <w:tc>
          <w:tcPr>
            <w:tcW w:type="dxa" w:w="321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77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1240"/>
        </w:trPr>
        <w:tc>
          <w:tcPr>
            <w:tcW w:type="dxa" w:w="377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8" w:right="11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their </w:t>
            </w:r>
          </w:p>
        </w:tc>
        <w:tc>
          <w:tcPr>
            <w:tcW w:type="dxa" w:w="22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他（她/它）们的</w:t>
            </w:r>
          </w:p>
        </w:tc>
        <w:tc>
          <w:tcPr>
            <w:tcW w:type="dxa" w:w="26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milk </w:t>
            </w:r>
          </w:p>
        </w:tc>
        <w:tc>
          <w:tcPr>
            <w:tcW w:type="dxa" w:w="22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奶，牛奶</w:t>
            </w:r>
          </w:p>
        </w:tc>
        <w:tc>
          <w:tcPr>
            <w:tcW w:type="dxa" w:w="26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banana </w:t>
            </w:r>
          </w:p>
        </w:tc>
        <w:tc>
          <w:tcPr>
            <w:tcW w:type="dxa" w:w="18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香蕉</w:t>
            </w:r>
          </w:p>
        </w:tc>
        <w:tc>
          <w:tcPr>
            <w:tcW w:type="dxa" w:w="26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8" w:right="1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apple </w:t>
            </w:r>
          </w:p>
        </w:tc>
        <w:tc>
          <w:tcPr>
            <w:tcW w:type="dxa" w:w="22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苹果</w:t>
            </w:r>
          </w:p>
        </w:tc>
        <w:tc>
          <w:tcPr>
            <w:tcW w:type="dxa" w:w="26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really </w:t>
            </w:r>
          </w:p>
        </w:tc>
        <w:tc>
          <w:tcPr>
            <w:tcW w:type="dxa" w:w="22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很，非常</w:t>
            </w:r>
          </w:p>
        </w:tc>
        <w:tc>
          <w:tcPr>
            <w:tcW w:type="dxa" w:w="26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9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favourite </w:t>
            </w:r>
          </w:p>
        </w:tc>
        <w:tc>
          <w:tcPr>
            <w:tcW w:type="dxa" w:w="18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最喜欢的事物</w:t>
            </w:r>
          </w:p>
        </w:tc>
        <w:tc>
          <w:tcPr>
            <w:tcW w:type="dxa" w:w="267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162" w:right="1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77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39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1504"/>
        </w:trPr>
        <w:tc>
          <w:tcPr>
            <w:tcW w:type="dxa" w:w="339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fruit </w:t>
            </w:r>
          </w:p>
        </w:tc>
        <w:tc>
          <w:tcPr>
            <w:tcW w:type="dxa" w:w="19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水果</w:t>
            </w:r>
          </w:p>
        </w:tc>
        <w:tc>
          <w:tcPr>
            <w:tcW w:type="dxa" w:w="30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2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milkshake </w:t>
            </w:r>
          </w:p>
        </w:tc>
        <w:tc>
          <w:tcPr>
            <w:tcW w:type="dxa" w:w="11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奶昔</w:t>
            </w:r>
          </w:p>
        </w:tc>
        <w:tc>
          <w:tcPr>
            <w:tcW w:type="dxa" w:w="30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0" w:right="1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orange </w:t>
            </w:r>
          </w:p>
        </w:tc>
        <w:tc>
          <w:tcPr>
            <w:tcW w:type="dxa" w:w="15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0" w:right="1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柑橘，橙</w:t>
            </w:r>
          </w:p>
        </w:tc>
        <w:tc>
          <w:tcPr>
            <w:tcW w:type="dxa" w:w="30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party </w:t>
            </w:r>
          </w:p>
        </w:tc>
        <w:tc>
          <w:tcPr>
            <w:tcW w:type="dxa" w:w="19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聚会</w:t>
            </w:r>
          </w:p>
        </w:tc>
        <w:tc>
          <w:tcPr>
            <w:tcW w:type="dxa" w:w="30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 </w:t>
            </w:r>
          </w:p>
        </w:tc>
        <w:tc>
          <w:tcPr>
            <w:tcW w:type="dxa" w:w="19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太……</w:t>
            </w:r>
          </w:p>
        </w:tc>
        <w:tc>
          <w:tcPr>
            <w:tcW w:type="dxa" w:w="30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6" w:right="5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14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one </w:t>
            </w:r>
          </w:p>
        </w:tc>
        <w:tc>
          <w:tcPr>
            <w:tcW w:type="dxa" w:w="192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一个</w:t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2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2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1306"/>
        </w:trPr>
        <w:tc>
          <w:tcPr>
            <w:tcW w:type="dxa" w:w="342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dress </w:t>
            </w:r>
          </w:p>
        </w:tc>
        <w:tc>
          <w:tcPr>
            <w:tcW w:type="dxa" w:w="195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连衣裙</w:t>
            </w:r>
          </w:p>
        </w:tc>
        <w:tc>
          <w:tcPr>
            <w:tcW w:type="dxa" w:w="30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5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T-shirt </w:t>
            </w:r>
          </w:p>
        </w:tc>
        <w:tc>
          <w:tcPr>
            <w:tcW w:type="dxa" w:w="15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T恤衫</w:t>
            </w:r>
          </w:p>
        </w:tc>
        <w:tc>
          <w:tcPr>
            <w:tcW w:type="dxa" w:w="30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hm </w:t>
            </w:r>
          </w:p>
        </w:tc>
        <w:tc>
          <w:tcPr>
            <w:tcW w:type="dxa" w:w="195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嗯，唔</w:t>
            </w:r>
          </w:p>
        </w:tc>
        <w:tc>
          <w:tcPr>
            <w:tcW w:type="dxa" w:w="30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5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trousers </w:t>
            </w:r>
          </w:p>
        </w:tc>
        <w:tc>
          <w:tcPr>
            <w:tcW w:type="dxa" w:w="15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裤子</w:t>
            </w:r>
          </w:p>
        </w:tc>
        <w:tc>
          <w:tcPr>
            <w:tcW w:type="dxa" w:w="30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TV </w:t>
            </w:r>
          </w:p>
        </w:tc>
        <w:tc>
          <w:tcPr>
            <w:tcW w:type="dxa" w:w="195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" w:right="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电视；电视机</w:t>
            </w:r>
          </w:p>
        </w:tc>
        <w:tc>
          <w:tcPr>
            <w:tcW w:type="dxa" w:w="30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42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6" w:right="50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30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3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06"/>
              </w:trPr>
              <w:tc>
                <w:tcPr>
                  <w:tcW w:type="dxa" w:w="19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240" w:right="240" w:firstLine="0"/>
                    <w:jc w:val="lef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</w:t>
                  </w:r>
                </w:p>
              </w:tc>
              <w:tc>
                <w:tcPr>
                  <w:tcW w:type="dxa" w:w="45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274" w:after="0"/>
                    <w:ind w:left="380" w:right="3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</w:t>
                  </w:r>
                </w:p>
              </w:tc>
              <w:tc>
                <w:tcPr>
                  <w:tcW w:type="dxa" w:w="2068"/>
                  <w:vMerge w:val="restart"/>
                  <w:tcBorders/>
                  <w:tcMar>
                    <w:start w:w="0" w:type="dxa"/>
                    <w:end w:w="0" w:type="dxa"/>
                  </w:tcMar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306" w:right="306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94"/>
                  <w:vMerge w:val="restart"/>
                  <w:tcBorders/>
                  <w:tcMar>
                    <w:start w:w="0" w:type="dxa"/>
                    <w:end w:w="0" w:type="dxa"/>
                  </w:tcMar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46" w:right="46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  <w:tr>
              <w:trPr>
                <w:trHeight w:hRule="exact" w:val="618"/>
              </w:trPr>
              <w:tc>
                <w:tcPr>
                  <w:tcW w:type="dxa" w:w="19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140" w:after="0"/>
                    <w:ind w:left="240" w:right="240" w:firstLine="0"/>
                    <w:jc w:val="lef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线</w:t>
                  </w:r>
                </w:p>
              </w:tc>
              <w:tc>
                <w:tcPr>
                  <w:tcW w:type="dxa" w:w="45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58" w:after="0"/>
                    <w:ind w:left="380" w:right="3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连</w:t>
                  </w:r>
                </w:p>
              </w:tc>
              <w:tc>
                <w:tcPr>
                  <w:tcW w:type="dxa" w:w="2450"/>
                  <w:vMerge/>
                  <w:tcBorders/>
                </w:tcPr>
                <w:p/>
              </w:tc>
              <w:tc>
                <w:tcPr>
                  <w:tcW w:type="dxa" w:w="2450"/>
                  <w:vMerge/>
                  <w:tcBorders/>
                </w:tcPr>
                <w:p/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4298"/>
        </w:trPr>
        <w:tc>
          <w:tcPr>
            <w:tcW w:type="dxa" w:w="421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team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noodles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children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meat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onion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ginger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rice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sweets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everything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tomato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their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milk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banana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apple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really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favourite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fruit</w:t>
            </w:r>
          </w:p>
        </w:tc>
        <w:tc>
          <w:tcPr>
            <w:tcW w:type="dxa" w:w="624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2094" w:right="209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球队，运动队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歌曲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94" w:right="209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（常复）面条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014" w:right="101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（child的复数）孩子们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洋葱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姜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米饭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94" w:right="209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（常复）糖果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呣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494" w:right="149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每件事，所有事物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74" w:right="197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番茄，西红柿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14" w:right="161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他（她/它）们的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奶，牛奶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香蕉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苹果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很，非常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74" w:right="197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最喜欢的事物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水果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7314"/>
        </w:trPr>
        <w:tc>
          <w:tcPr>
            <w:tcW w:type="dxa" w:w="41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milkshake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orange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party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one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dress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T-shirt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trousers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TV</w:t>
            </w:r>
          </w:p>
        </w:tc>
        <w:tc>
          <w:tcPr>
            <w:tcW w:type="dxa" w:w="62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奶昔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柑橘，橙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聚会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太……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一个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连衣裙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T恤衫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嗯，唔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裤子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74" w:right="197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电视；电视机</w:t>
            </w:r>
          </w:p>
        </w:tc>
      </w:tr>
    </w:tbl>
    <w:p>
      <w:pPr>
        <w:autoSpaceDN w:val="0"/>
        <w:autoSpaceDE w:val="0"/>
        <w:widowControl/>
        <w:spacing w:line="19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6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aemt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eatm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team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球队，运动队</w:t>
            </w:r>
          </w:p>
        </w:tc>
      </w:tr>
      <w:tr>
        <w:trPr>
          <w:trHeight w:hRule="exact" w:val="520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gons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ogns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歌曲</w:t>
            </w:r>
          </w:p>
        </w:tc>
      </w:tr>
      <w:tr>
        <w:trPr>
          <w:trHeight w:hRule="exact" w:val="516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52" w:right="65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nooelds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delonso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noodles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（常复）面条</w:t>
            </w:r>
          </w:p>
        </w:tc>
      </w:tr>
      <w:tr>
        <w:trPr>
          <w:trHeight w:hRule="exact" w:val="516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02" w:right="60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children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nedcrhli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hcdilern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（child的复数）孩子们</w:t>
            </w:r>
          </w:p>
        </w:tc>
      </w:tr>
      <w:tr>
        <w:trPr>
          <w:trHeight w:hRule="exact" w:val="520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meat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tema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amet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肉</w:t>
            </w:r>
          </w:p>
        </w:tc>
      </w:tr>
      <w:tr>
        <w:trPr>
          <w:trHeight w:hRule="exact" w:val="516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ooinn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onion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nnooi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洋葱</w:t>
            </w:r>
          </w:p>
        </w:tc>
      </w:tr>
      <w:tr>
        <w:trPr>
          <w:trHeight w:hRule="exact" w:val="518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ginger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nggeri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negrgi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姜</w:t>
            </w:r>
          </w:p>
        </w:tc>
      </w:tr>
      <w:tr>
        <w:trPr>
          <w:trHeight w:hRule="exact" w:val="516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rice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icer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cire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米饭</w:t>
            </w:r>
          </w:p>
        </w:tc>
      </w:tr>
      <w:tr>
        <w:trPr>
          <w:trHeight w:hRule="exact" w:val="520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tswees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sweets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eswste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（常复）糖果</w:t>
            </w:r>
          </w:p>
        </w:tc>
      </w:tr>
      <w:tr>
        <w:trPr>
          <w:trHeight w:hRule="exact" w:val="516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nice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einc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inec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好的</w:t>
            </w:r>
          </w:p>
        </w:tc>
      </w:tr>
      <w:tr>
        <w:trPr>
          <w:trHeight w:hRule="exact" w:val="518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2" w:right="30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everything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gervytenih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eyigtrvnhe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每件事，所有事物</w:t>
            </w:r>
          </w:p>
        </w:tc>
      </w:tr>
      <w:tr>
        <w:trPr>
          <w:trHeight w:hRule="exact" w:val="516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oaottm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atootm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tomato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番茄，西红柿</w:t>
            </w:r>
          </w:p>
        </w:tc>
      </w:tr>
      <w:tr>
        <w:trPr>
          <w:trHeight w:hRule="exact" w:val="518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htier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their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ierht</w:t>
            </w:r>
          </w:p>
        </w:tc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他（她/它）们的</w:t>
            </w:r>
          </w:p>
        </w:tc>
      </w:tr>
      <w:tr>
        <w:trPr>
          <w:trHeight w:hRule="exact" w:val="968"/>
        </w:trPr>
        <w:tc>
          <w:tcPr>
            <w:tcW w:type="dxa" w:w="23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kmil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mikl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milk</w:t>
            </w:r>
          </w:p>
        </w:tc>
        <w:tc>
          <w:tcPr>
            <w:tcW w:type="dxa" w:w="43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奶，牛奶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3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790"/>
        </w:trPr>
        <w:tc>
          <w:tcPr>
            <w:tcW w:type="dxa" w:w="23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banana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aannab</w:t>
            </w:r>
          </w:p>
        </w:tc>
        <w:tc>
          <w:tcPr>
            <w:tcW w:type="dxa" w:w="18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anabna</w:t>
            </w:r>
          </w:p>
        </w:tc>
        <w:tc>
          <w:tcPr>
            <w:tcW w:type="dxa" w:w="43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香蕉</w:t>
            </w:r>
          </w:p>
        </w:tc>
      </w:tr>
      <w:tr>
        <w:trPr>
          <w:trHeight w:hRule="exact" w:val="520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elapp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leapp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apple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苹果</w:t>
            </w:r>
          </w:p>
        </w:tc>
      </w:tr>
      <w:tr>
        <w:trPr>
          <w:trHeight w:hRule="exact" w:val="51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rleyal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aleyrl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really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很，非常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78" w:right="4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ivoufrtea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favourite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rtuvoafie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最喜欢的事物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fruit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utrfi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utfir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水果</w:t>
            </w:r>
          </w:p>
        </w:tc>
      </w:tr>
      <w:tr>
        <w:trPr>
          <w:trHeight w:hRule="exact" w:val="51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hiekalskm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ekikshmal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milkshake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奶昔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nrgaeo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orange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gerona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柑橘，橙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party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trayp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pyatr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聚会</w:t>
            </w:r>
          </w:p>
        </w:tc>
      </w:tr>
      <w:tr>
        <w:trPr>
          <w:trHeight w:hRule="exact" w:val="51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too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oto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太……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eno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一个</w:t>
            </w:r>
          </w:p>
        </w:tc>
      </w:tr>
      <w:tr>
        <w:trPr>
          <w:trHeight w:hRule="exact" w:val="51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derss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dress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sdser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连衣裙</w:t>
            </w:r>
          </w:p>
        </w:tc>
      </w:tr>
      <w:tr>
        <w:trPr>
          <w:trHeight w:hRule="exact" w:val="520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T-isrth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-hsTtri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T-shirt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T恤衫</w:t>
            </w:r>
          </w:p>
        </w:tc>
      </w:tr>
      <w:tr>
        <w:trPr>
          <w:trHeight w:hRule="exact" w:val="604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12" w:right="6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utsoersr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trousers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usosrert</w:t>
            </w:r>
          </w:p>
        </w:tc>
        <w:tc>
          <w:tcPr>
            <w:tcW w:type="dxa" w:w="43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裤子</w:t>
            </w:r>
          </w:p>
        </w:tc>
      </w:tr>
    </w:tbl>
    <w:p>
      <w:pPr>
        <w:autoSpaceDN w:val="0"/>
        <w:autoSpaceDE w:val="0"/>
        <w:widowControl/>
        <w:spacing w:line="14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746"/>
        </w:trPr>
        <w:tc>
          <w:tcPr>
            <w:tcW w:type="dxa" w:w="53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球队，运动队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nood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（常复）面条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姜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swe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（常复）糖果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everyth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每件事，所有事物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他（她/它）们的</w:t>
            </w:r>
          </w:p>
        </w:tc>
        <w:tc>
          <w:tcPr>
            <w:tcW w:type="dxa" w:w="51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846" w:right="84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歌曲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（child的复数）孩子们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洋葱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46" w:right="84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番茄，西红柿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46" w:right="84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奶，牛奶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5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9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6282"/>
        </w:trPr>
        <w:tc>
          <w:tcPr>
            <w:tcW w:type="dxa" w:w="45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香蕉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40" w:right="1140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ally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很，非常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uit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水果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柑橘，橙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太……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连衣裙</w:t>
            </w:r>
          </w:p>
        </w:tc>
        <w:tc>
          <w:tcPr>
            <w:tcW w:type="dxa" w:w="59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026" w:right="10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苹果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26" w:right="10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urite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最喜欢的事物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76" w:right="12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kshake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奶昔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26" w:right="10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聚会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26" w:right="10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一个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650" w:right="16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shirt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T恤衫</w:t>
            </w:r>
          </w:p>
        </w:tc>
      </w:tr>
    </w:tbl>
    <w:p>
      <w:pPr>
        <w:autoSpaceDN w:val="0"/>
        <w:autoSpaceDE w:val="0"/>
        <w:widowControl/>
        <w:spacing w:line="414" w:lineRule="exact" w:before="292" w:after="518"/>
        <w:ind w:left="706" w:right="70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>tr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Times" w:hAnsi="Times" w:eastAsia="Times"/>
          <w:b w:val="0"/>
          <w:i w:val="0"/>
          <w:color w:val="000000"/>
          <w:sz w:val="30"/>
        </w:rPr>
        <w:t>us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Times" w:hAnsi="Times" w:eastAsia="Times"/>
          <w:b w:val="0"/>
          <w:i w:val="0"/>
          <w:color w:val="000000"/>
          <w:sz w:val="30"/>
        </w:rPr>
        <w:t>rs</w:t>
      </w:r>
      <w:r>
        <w:rPr>
          <w:rFonts w:ascii="Helvetica" w:hAnsi="Helvetica" w:eastAsia="Helvetica"/>
          <w:b w:val="0"/>
          <w:i w:val="0"/>
          <w:color w:val="000000"/>
          <w:sz w:val="30"/>
        </w:rPr>
        <w:t xml:space="preserve">    </w:t>
      </w:r>
      <w:r>
        <w:rPr>
          <w:rFonts w:ascii="宋体" w:hAnsi="宋体" w:eastAsia="宋体"/>
          <w:b w:val="0"/>
          <w:i w:val="0"/>
          <w:color w:val="555D5D"/>
          <w:sz w:val="24"/>
        </w:rPr>
        <w:t>裤子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球队，运动队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歌曲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（常复）面条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（child的复数）孩子们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肉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洋葱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姜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米饭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（常复）糖果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好的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呣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每件事，所有事物 </w:t>
            </w:r>
          </w:p>
        </w:tc>
      </w:tr>
      <w:tr>
        <w:trPr>
          <w:trHeight w:hRule="exact" w:val="1662"/>
        </w:trPr>
        <w:tc>
          <w:tcPr>
            <w:tcW w:type="dxa" w:w="48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番茄，西红柿 </w:t>
            </w:r>
          </w:p>
        </w:tc>
        <w:tc>
          <w:tcPr>
            <w:tcW w:type="dxa" w:w="25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他（她/它）们的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8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外研版（一年级起点）</w:t>
            </w:r>
          </w:p>
        </w:tc>
      </w:tr>
      <w:tr>
        <w:trPr>
          <w:trHeight w:hRule="exact" w:val="1306"/>
        </w:trPr>
        <w:tc>
          <w:tcPr>
            <w:tcW w:type="dxa" w:w="48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奶，牛奶 </w:t>
            </w:r>
          </w:p>
        </w:tc>
        <w:tc>
          <w:tcPr>
            <w:tcW w:type="dxa" w:w="25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香蕉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苹果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很，非常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最喜欢的事物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水果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奶昔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柑橘，橙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聚会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太……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一个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连衣裙 </w:t>
            </w:r>
          </w:p>
        </w:tc>
      </w:tr>
      <w:tr>
        <w:trPr>
          <w:trHeight w:hRule="exact" w:val="1000"/>
        </w:trPr>
        <w:tc>
          <w:tcPr>
            <w:tcW w:type="dxa" w:w="4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T恤衫 </w:t>
            </w:r>
          </w:p>
        </w:tc>
        <w:tc>
          <w:tcPr>
            <w:tcW w:type="dxa" w:w="25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嗯，唔 </w:t>
            </w:r>
          </w:p>
        </w:tc>
      </w:tr>
      <w:tr>
        <w:trPr>
          <w:trHeight w:hRule="exact" w:val="8646"/>
        </w:trPr>
        <w:tc>
          <w:tcPr>
            <w:tcW w:type="dxa" w:w="48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裤子 </w:t>
            </w:r>
          </w:p>
        </w:tc>
        <w:tc>
          <w:tcPr>
            <w:tcW w:type="dxa" w:w="25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电视；电视机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