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版本：陕旅版（三年级起点）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How Are You Feeling Now?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214"/>
        </w:trPr>
        <w:tc>
          <w:tcPr>
            <w:tcW w:type="dxa" w:w="40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little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一点；少许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because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感觉；感到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高兴的；快乐的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a snowman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堆雪人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snowman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</w:t>
            </w:r>
          </w:p>
        </w:tc>
        <w:tc>
          <w:tcPr>
            <w:tcW w:type="dxa" w:w="56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angry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生气的；愤怒的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加油；来吧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out to play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出去玩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使；让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悲伤的；难过的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因此；所以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14" w:right="9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tired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劳累的；疲倦的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why </w:t>
      </w:r>
      <w:r>
        <w:rPr>
          <w:rFonts w:ascii="宋体" w:hAnsi="宋体" w:eastAsia="宋体"/>
          <w:b w:val="0"/>
          <w:i w:val="0"/>
          <w:color w:val="555D5D"/>
          <w:sz w:val="24"/>
        </w:rPr>
        <w:t>为什么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Spring Is Coming!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7286"/>
        </w:trPr>
        <w:tc>
          <w:tcPr>
            <w:tcW w:type="dxa" w:w="458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April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4月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寒冷的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swimming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去游泳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interesting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5月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trees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植树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骑；乘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summer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夏天</w:t>
            </w:r>
          </w:p>
        </w:tc>
        <w:tc>
          <w:tcPr>
            <w:tcW w:type="dxa" w:w="514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凉爽的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热的；炎热的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March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3月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富有的；丰富的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ride a bike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骑自行车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spring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春天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62" w:right="3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Tree Planting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植树节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0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3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5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952"/>
        </w:trPr>
        <w:tc>
          <w:tcPr>
            <w:tcW w:type="dxa" w:w="40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暖和的</w:t>
            </w:r>
          </w:p>
        </w:tc>
        <w:tc>
          <w:tcPr>
            <w:tcW w:type="dxa" w:w="33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90" w:right="2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</w:tc>
        <w:tc>
          <w:tcPr>
            <w:tcW w:type="dxa" w:w="30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year </w:t>
      </w:r>
      <w:r>
        <w:rPr>
          <w:rFonts w:ascii="宋体" w:hAnsi="宋体" w:eastAsia="宋体"/>
          <w:b w:val="0"/>
          <w:i w:val="0"/>
          <w:color w:val="555D5D"/>
          <w:sz w:val="24"/>
        </w:rPr>
        <w:t>年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Spring Begins from March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0714"/>
        </w:trPr>
        <w:tc>
          <w:tcPr>
            <w:tcW w:type="dxa" w:w="38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August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8月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begin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Christmas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圣诞节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每；每个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February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2月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第一；最初的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从；从......起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7月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October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10月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September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9月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twelfth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twenty-fifth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第二十五</w:t>
            </w:r>
          </w:p>
        </w:tc>
        <w:tc>
          <w:tcPr>
            <w:tcW w:type="dxa" w:w="58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变成；变得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更加；更好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December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12月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January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6月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New Year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新年；元旦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November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11月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twentieth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8" w:right="111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which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哪一个；哪一些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4 He Lives in a Village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630"/>
        </w:trPr>
        <w:tc>
          <w:tcPr>
            <w:tcW w:type="dxa" w:w="364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到处；围绕</w:t>
            </w:r>
          </w:p>
        </w:tc>
        <w:tc>
          <w:tcPr>
            <w:tcW w:type="dxa" w:w="607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98" w:right="129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小鸟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7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7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5512"/>
        </w:trPr>
        <w:tc>
          <w:tcPr>
            <w:tcW w:type="dxa" w:w="46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从......旁边（过去）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种植；生长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种类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生活；居住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potato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土豆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tomato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西红柿</w:t>
            </w:r>
          </w:p>
        </w:tc>
        <w:tc>
          <w:tcPr>
            <w:tcW w:type="dxa" w:w="57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964" w:right="9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甚至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64" w:right="9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happily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快乐地；愉快地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64" w:right="9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湖泊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64" w:right="9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其他的；别的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64" w:right="9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河流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64" w:right="9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听起来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64" w:right="9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village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村庄；乡村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wild </w:t>
      </w:r>
      <w:r>
        <w:rPr>
          <w:rFonts w:ascii="宋体" w:hAnsi="宋体" w:eastAsia="宋体"/>
          <w:b w:val="0"/>
          <w:i w:val="0"/>
          <w:color w:val="555D5D"/>
          <w:sz w:val="24"/>
        </w:rPr>
        <w:t>野生的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5 What's the Weather like Today?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33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cloudy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月亮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下雪的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sunny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晴朗的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weather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将；愿意</w:t>
            </w:r>
          </w:p>
        </w:tc>
        <w:tc>
          <w:tcPr>
            <w:tcW w:type="dxa" w:w="63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（天气）好的；晴朗的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rainy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下雨的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see you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再见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星星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穿；戴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weather report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天气预报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546" w:right="15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有风的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6 My Holiday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90"/>
        </w:trPr>
        <w:tc>
          <w:tcPr>
            <w:tcW w:type="dxa" w:w="367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所有的；全部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假日；假期</w:t>
            </w:r>
          </w:p>
        </w:tc>
        <w:tc>
          <w:tcPr>
            <w:tcW w:type="dxa" w:w="604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enjoy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享受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large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大的；巨大的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0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3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3412"/>
        </w:trPr>
        <w:tc>
          <w:tcPr>
            <w:tcW w:type="dxa" w:w="50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五一国际劳动节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slow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慢的；慢地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8" w:right="53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Palace Museum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故官博物院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travel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旅行</w:t>
            </w:r>
          </w:p>
        </w:tc>
        <w:tc>
          <w:tcPr>
            <w:tcW w:type="dxa" w:w="53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540" w:right="5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place of interest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40" w:right="5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Great Wall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长城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40" w:right="5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 West Lake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西湖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40" w:right="5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wonderful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精彩的；极好的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7 I Have a Headache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974"/>
        </w:trPr>
        <w:tc>
          <w:tcPr>
            <w:tcW w:type="dxa" w:w="41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不好的；坏的；严重的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感冒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fever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发烧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生病的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lesson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课程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see a doctor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看医生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stomachache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胃疼；肚子疼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健康的；良好的</w:t>
            </w:r>
          </w:p>
        </w:tc>
        <w:tc>
          <w:tcPr>
            <w:tcW w:type="dxa" w:w="55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cough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headache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头痛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just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仅仅；只是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休息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停留；保持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toothache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牙疼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22" w:right="8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worry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担心；担忧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wrong </w:t>
      </w:r>
      <w:r>
        <w:rPr>
          <w:rFonts w:ascii="宋体" w:hAnsi="宋体" w:eastAsia="宋体"/>
          <w:b w:val="0"/>
          <w:i w:val="0"/>
          <w:color w:val="555D5D"/>
          <w:sz w:val="24"/>
        </w:rPr>
        <w:t>不适的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8 Have a Good Habit!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910"/>
        </w:trPr>
        <w:tc>
          <w:tcPr>
            <w:tcW w:type="dxa" w:w="347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关心；照顾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满的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keep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保持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litter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扔垃圾</w:t>
            </w:r>
          </w:p>
        </w:tc>
        <w:tc>
          <w:tcPr>
            <w:tcW w:type="dxa" w:w="624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92" w:right="129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6" w:right="1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habit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习惯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6" w:right="1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谎言；说谎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6" w:right="146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loudly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大声地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5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3380"/>
        </w:trPr>
        <w:tc>
          <w:tcPr>
            <w:tcW w:type="dxa" w:w="489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noise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噪音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read in bed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卧床看书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shouldn't should not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不应该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care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照料；照顾</w:t>
            </w:r>
          </w:p>
        </w:tc>
        <w:tc>
          <w:tcPr>
            <w:tcW w:type="dxa" w:w="55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quiet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安静的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should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应该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如此；这么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44" w:right="74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wait in line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排队等候</w:t>
            </w:r>
          </w:p>
        </w:tc>
      </w:tr>
    </w:tbl>
    <w:p>
      <w:pPr>
        <w:autoSpaceDN w:val="0"/>
        <w:autoSpaceDE w:val="0"/>
        <w:widowControl/>
        <w:spacing w:line="32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2"/>
        </w:trPr>
        <w:tc>
          <w:tcPr>
            <w:tcW w:type="dxa" w:w="13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 </w:t>
            </w:r>
          </w:p>
        </w:tc>
        <w:tc>
          <w:tcPr>
            <w:tcW w:type="dxa" w:w="23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因此；所以</w:t>
            </w:r>
          </w:p>
        </w:tc>
        <w:tc>
          <w:tcPr>
            <w:tcW w:type="dxa" w:w="27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because </w:t>
            </w:r>
          </w:p>
        </w:tc>
        <w:tc>
          <w:tcPr>
            <w:tcW w:type="dxa" w:w="190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</w:tc>
        <w:tc>
          <w:tcPr>
            <w:tcW w:type="dxa" w:w="27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08" w:right="1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sad </w:t>
            </w:r>
          </w:p>
        </w:tc>
        <w:tc>
          <w:tcPr>
            <w:tcW w:type="dxa" w:w="23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22" w:right="1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悲伤的；难过的</w:t>
            </w:r>
          </w:p>
        </w:tc>
        <w:tc>
          <w:tcPr>
            <w:tcW w:type="dxa" w:w="27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why </w:t>
            </w:r>
          </w:p>
        </w:tc>
        <w:tc>
          <w:tcPr>
            <w:tcW w:type="dxa" w:w="233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为什么</w:t>
            </w:r>
          </w:p>
        </w:tc>
        <w:tc>
          <w:tcPr>
            <w:tcW w:type="dxa" w:w="275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9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5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42" w:right="24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138"/>
        </w:trPr>
        <w:tc>
          <w:tcPr>
            <w:tcW w:type="dxa" w:w="178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angry </w:t>
            </w:r>
          </w:p>
        </w:tc>
        <w:tc>
          <w:tcPr>
            <w:tcW w:type="dxa" w:w="19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生气的；愤怒的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71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7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1306"/>
        </w:trPr>
        <w:tc>
          <w:tcPr>
            <w:tcW w:type="dxa" w:w="3716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7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8" w:right="1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happy </w:t>
            </w:r>
          </w:p>
        </w:tc>
        <w:tc>
          <w:tcPr>
            <w:tcW w:type="dxa" w:w="194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2" w:right="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高兴的；快乐的</w:t>
            </w:r>
          </w:p>
        </w:tc>
        <w:tc>
          <w:tcPr>
            <w:tcW w:type="dxa" w:w="27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tired </w:t>
            </w:r>
          </w:p>
        </w:tc>
        <w:tc>
          <w:tcPr>
            <w:tcW w:type="dxa" w:w="22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50" w:right="1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劳累的；疲倦的</w:t>
            </w:r>
          </w:p>
        </w:tc>
        <w:tc>
          <w:tcPr>
            <w:tcW w:type="dxa" w:w="27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</w:t>
            </w:r>
          </w:p>
        </w:tc>
        <w:tc>
          <w:tcPr>
            <w:tcW w:type="dxa" w:w="22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使；让</w:t>
            </w:r>
          </w:p>
        </w:tc>
        <w:tc>
          <w:tcPr>
            <w:tcW w:type="dxa" w:w="27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tell </w:t>
            </w:r>
          </w:p>
        </w:tc>
        <w:tc>
          <w:tcPr>
            <w:tcW w:type="dxa" w:w="223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</w:t>
            </w:r>
          </w:p>
        </w:tc>
        <w:tc>
          <w:tcPr>
            <w:tcW w:type="dxa" w:w="27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20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snowman </w:t>
            </w:r>
          </w:p>
        </w:tc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</w:tc>
        <w:tc>
          <w:tcPr>
            <w:tcW w:type="dxa" w:w="27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716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716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7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18" w:right="2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50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938"/>
        </w:trPr>
        <w:tc>
          <w:tcPr>
            <w:tcW w:type="dxa" w:w="13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84" w:right="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feel </w:t>
            </w:r>
          </w:p>
        </w:tc>
        <w:tc>
          <w:tcPr>
            <w:tcW w:type="dxa" w:w="2114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46" w:right="14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感觉；感到</w:t>
            </w:r>
          </w:p>
        </w:tc>
        <w:tc>
          <w:tcPr>
            <w:tcW w:type="dxa" w:w="294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summer </w:t>
            </w:r>
          </w:p>
        </w:tc>
        <w:tc>
          <w:tcPr>
            <w:tcW w:type="dxa" w:w="166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夏天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3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year </w:t>
            </w:r>
          </w:p>
        </w:tc>
        <w:tc>
          <w:tcPr>
            <w:tcW w:type="dxa" w:w="21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22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interesting </w:t>
            </w:r>
          </w:p>
        </w:tc>
        <w:tc>
          <w:tcPr>
            <w:tcW w:type="dxa" w:w="126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</w:t>
            </w:r>
          </w:p>
        </w:tc>
        <w:tc>
          <w:tcPr>
            <w:tcW w:type="dxa" w:w="211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5月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winter </w:t>
            </w:r>
          </w:p>
        </w:tc>
        <w:tc>
          <w:tcPr>
            <w:tcW w:type="dxa" w:w="166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</w:tc>
        <w:tc>
          <w:tcPr>
            <w:tcW w:type="dxa" w:w="29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50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50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432" w:right="4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2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1202"/>
        </w:trPr>
        <w:tc>
          <w:tcPr>
            <w:tcW w:type="dxa" w:w="1820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66" w:right="16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season </w:t>
            </w:r>
          </w:p>
        </w:tc>
        <w:tc>
          <w:tcPr>
            <w:tcW w:type="dxa" w:w="16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64" w:right="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</w:tc>
        <w:tc>
          <w:tcPr>
            <w:tcW w:type="dxa" w:w="3028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6" w:right="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</w:t>
            </w:r>
          </w:p>
        </w:tc>
        <w:tc>
          <w:tcPr>
            <w:tcW w:type="dxa" w:w="19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</w:t>
            </w:r>
          </w:p>
        </w:tc>
        <w:tc>
          <w:tcPr>
            <w:tcW w:type="dxa" w:w="30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2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4" w:right="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autumn </w:t>
            </w:r>
          </w:p>
        </w:tc>
        <w:tc>
          <w:tcPr>
            <w:tcW w:type="dxa" w:w="160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</w:tc>
        <w:tc>
          <w:tcPr>
            <w:tcW w:type="dxa" w:w="30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cool </w:t>
            </w:r>
          </w:p>
        </w:tc>
        <w:tc>
          <w:tcPr>
            <w:tcW w:type="dxa" w:w="19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凉爽的</w:t>
            </w:r>
          </w:p>
        </w:tc>
        <w:tc>
          <w:tcPr>
            <w:tcW w:type="dxa" w:w="30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4" w:right="2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hot </w:t>
            </w:r>
          </w:p>
        </w:tc>
        <w:tc>
          <w:tcPr>
            <w:tcW w:type="dxa" w:w="19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" w:right="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热的；炎热的</w:t>
            </w:r>
          </w:p>
        </w:tc>
        <w:tc>
          <w:tcPr>
            <w:tcW w:type="dxa" w:w="302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2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90" w:right="9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cold </w:t>
            </w:r>
          </w:p>
        </w:tc>
        <w:tc>
          <w:tcPr>
            <w:tcW w:type="dxa" w:w="196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40" w:right="1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寒冷的</w:t>
            </w:r>
          </w:p>
        </w:tc>
        <w:tc>
          <w:tcPr>
            <w:tcW w:type="dxa" w:w="302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12" w:right="51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42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8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1240"/>
        </w:trPr>
        <w:tc>
          <w:tcPr>
            <w:tcW w:type="dxa" w:w="3582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ride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骑；乘</w:t>
            </w:r>
          </w:p>
        </w:tc>
        <w:tc>
          <w:tcPr>
            <w:tcW w:type="dxa" w:w="28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22" w:right="2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rich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" w:right="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富有的；丰富的</w:t>
            </w:r>
          </w:p>
        </w:tc>
        <w:tc>
          <w:tcPr>
            <w:tcW w:type="dxa" w:w="28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6" w:right="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April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74" w:right="1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4月</w:t>
            </w:r>
          </w:p>
        </w:tc>
        <w:tc>
          <w:tcPr>
            <w:tcW w:type="dxa" w:w="28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6" w:right="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warm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24" w:right="22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暖和的</w:t>
            </w:r>
          </w:p>
        </w:tc>
        <w:tc>
          <w:tcPr>
            <w:tcW w:type="dxa" w:w="28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8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98" w:right="19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spring </w:t>
            </w:r>
          </w:p>
        </w:tc>
        <w:tc>
          <w:tcPr>
            <w:tcW w:type="dxa" w:w="1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34" w:right="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春天</w:t>
            </w:r>
          </w:p>
        </w:tc>
        <w:tc>
          <w:tcPr>
            <w:tcW w:type="dxa" w:w="286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8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80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March </w:t>
            </w:r>
          </w:p>
        </w:tc>
        <w:tc>
          <w:tcPr>
            <w:tcW w:type="dxa" w:w="17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3月</w:t>
            </w:r>
          </w:p>
        </w:tc>
        <w:tc>
          <w:tcPr>
            <w:tcW w:type="dxa" w:w="286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352" w:right="35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582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47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1504"/>
        </w:trPr>
        <w:tc>
          <w:tcPr>
            <w:tcW w:type="dxa" w:w="3478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Christmas </w:t>
            </w:r>
          </w:p>
        </w:tc>
        <w:tc>
          <w:tcPr>
            <w:tcW w:type="dxa" w:w="12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圣诞节</w:t>
            </w:r>
          </w:p>
        </w:tc>
        <w:tc>
          <w:tcPr>
            <w:tcW w:type="dxa" w:w="29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better </w:t>
            </w:r>
          </w:p>
        </w:tc>
        <w:tc>
          <w:tcPr>
            <w:tcW w:type="dxa" w:w="182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更加；更好</w:t>
            </w:r>
          </w:p>
        </w:tc>
        <w:tc>
          <w:tcPr>
            <w:tcW w:type="dxa" w:w="2972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47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7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56" w:right="456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8168"/>
        </w:trPr>
        <w:tc>
          <w:tcPr>
            <w:tcW w:type="dxa" w:w="41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so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because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sad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why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angry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happy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tired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make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tell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snowman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feel</w:t>
            </w:r>
          </w:p>
        </w:tc>
        <w:tc>
          <w:tcPr>
            <w:tcW w:type="dxa" w:w="62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因此；所以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0" w:right="23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因为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812" w:right="18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悲伤的；难过的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0" w:right="23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为什么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812" w:right="18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生气的；愤怒的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812" w:right="18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高兴的；快乐的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812" w:right="181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劳累的；疲倦的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0" w:right="23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使；让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0" w:right="23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告诉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20" w:right="23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雪人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2" w:right="21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感觉；感到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2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13616"/>
        </w:trPr>
        <w:tc>
          <w:tcPr>
            <w:tcW w:type="dxa" w:w="42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summer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year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interesting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winter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season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autumn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cool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hot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cold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ride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rich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April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warm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spring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March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Christmas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better</w:t>
            </w:r>
          </w:p>
        </w:tc>
        <w:tc>
          <w:tcPr>
            <w:tcW w:type="dxa" w:w="6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夏天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有趣的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5月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冬天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季节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种植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秋天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凉爽的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32" w:right="193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热的；炎热的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寒冷的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骑；乘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92" w:right="169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富有的；丰富的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4月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暖和的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春天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3月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62" w:right="226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圣诞节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72" w:right="217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更加；更好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21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472" w:right="47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ebueacs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esbeuca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because</w:t>
            </w:r>
          </w:p>
        </w:tc>
        <w:tc>
          <w:tcPr>
            <w:tcW w:type="dxa" w:w="45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472" w:right="4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因为</w:t>
            </w:r>
          </w:p>
        </w:tc>
      </w:tr>
      <w:tr>
        <w:trPr>
          <w:trHeight w:hRule="exact" w:val="876"/>
        </w:trPr>
        <w:tc>
          <w:tcPr>
            <w:tcW w:type="dxa" w:w="21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ads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70" w:right="4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sad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70" w:right="47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dsa</w:t>
            </w:r>
          </w:p>
        </w:tc>
        <w:tc>
          <w:tcPr>
            <w:tcW w:type="dxa" w:w="45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72" w:right="4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悲伤的；难过的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3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5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790"/>
        </w:trPr>
        <w:tc>
          <w:tcPr>
            <w:tcW w:type="dxa" w:w="23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hyw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wyh</w:t>
            </w:r>
          </w:p>
        </w:tc>
        <w:tc>
          <w:tcPr>
            <w:tcW w:type="dxa" w:w="1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why</w:t>
            </w:r>
          </w:p>
        </w:tc>
        <w:tc>
          <w:tcPr>
            <w:tcW w:type="dxa" w:w="43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为什么</w:t>
            </w:r>
          </w:p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nrayg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nryga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angry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生气的；愤怒的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happy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ypahp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phpya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高兴的；快乐的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rdite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tired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reitd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劳累的；疲倦的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make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eamk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mkea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使；让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letl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tell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tlle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告诉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28" w:right="4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noswnma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snowman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wamsnno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雪人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lefe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feel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fele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感觉；感到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12" w:right="6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mrusem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sremum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summer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夏天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year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eyar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yare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年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rentisntgie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interesting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itntigrseen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有趣的</w:t>
            </w:r>
          </w:p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yaM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May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5月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iwretn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winter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neirtw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冬天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osasen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season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sesona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季节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plant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tplan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atlpn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种植</w:t>
            </w:r>
          </w:p>
        </w:tc>
      </w:tr>
      <w:tr>
        <w:trPr>
          <w:trHeight w:hRule="exact" w:val="520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unatum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autumn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ntuuam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秋天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oolc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cool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lcoo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凉爽的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oht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hot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热的；炎热的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dloc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cold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ocdl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寒冷的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ride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redi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edri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骑；乘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rich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chri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rcih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富有的；丰富的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Alpri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lrAip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April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4月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rwam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awmr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warm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暖和的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spring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ignpsr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sirnpg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春天</w:t>
            </w:r>
          </w:p>
        </w:tc>
      </w:tr>
      <w:tr>
        <w:trPr>
          <w:trHeight w:hRule="exact" w:val="518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Mrcah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hacMr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March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3月</w:t>
            </w:r>
          </w:p>
        </w:tc>
      </w:tr>
      <w:tr>
        <w:trPr>
          <w:trHeight w:hRule="exact" w:val="516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362" w:right="3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Christmas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msiathCsr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hmatCriss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圣诞节</w:t>
            </w:r>
          </w:p>
        </w:tc>
      </w:tr>
      <w:tr>
        <w:trPr>
          <w:trHeight w:hRule="exact" w:val="604"/>
        </w:trPr>
        <w:tc>
          <w:tcPr>
            <w:tcW w:type="dxa" w:w="23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berett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4" w:right="3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tbeetr</w:t>
            </w:r>
          </w:p>
        </w:tc>
        <w:tc>
          <w:tcPr>
            <w:tcW w:type="dxa" w:w="1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better</w:t>
            </w:r>
          </w:p>
        </w:tc>
        <w:tc>
          <w:tcPr>
            <w:tcW w:type="dxa" w:w="435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312" w:right="31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更加；更好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12" w:lineRule="exact" w:before="82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8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14282"/>
        </w:trPr>
        <w:tc>
          <w:tcPr>
            <w:tcW w:type="dxa" w:w="48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bec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因为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为什么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54" w:right="754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高兴的；快乐的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使；让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雪人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夏天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有趣的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冬天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种植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凉爽的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寒冷的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富有的；丰富的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暖和的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3月</w:t>
            </w:r>
          </w:p>
        </w:tc>
        <w:tc>
          <w:tcPr>
            <w:tcW w:type="dxa" w:w="56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1376" w:right="13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悲伤的；难过的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02" w:right="10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生气的；愤怒的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52" w:right="7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劳累的；疲倦的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76" w:right="1376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告诉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52" w:right="7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感觉；感到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52" w:right="7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02" w:right="10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5月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02" w:right="10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季节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02" w:right="10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utum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秋天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02" w:right="10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热的；炎热的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52" w:right="7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骑；乘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002" w:right="100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4月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52" w:right="7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春天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52" w:right="7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tmas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圣诞节</w:t>
            </w:r>
          </w:p>
        </w:tc>
      </w:tr>
    </w:tbl>
    <w:p>
      <w:pPr>
        <w:autoSpaceDN w:val="0"/>
        <w:autoSpaceDE w:val="0"/>
        <w:widowControl/>
        <w:spacing w:line="414" w:lineRule="exact" w:before="292" w:after="0"/>
        <w:ind w:left="706" w:right="70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>be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t</w:t>
      </w:r>
      <w:r>
        <w:rPr>
          <w:rFonts w:ascii="Helvetica" w:hAnsi="Helvetica" w:eastAsia="Helvetica"/>
          <w:b w:val="0"/>
          <w:i w:val="0"/>
          <w:color w:val="000000"/>
          <w:sz w:val="30"/>
          <w:u w:val="single"/>
        </w:rPr>
        <w:t xml:space="preserve">    </w:t>
      </w:r>
      <w:r>
        <w:rPr>
          <w:rFonts w:ascii="Times" w:hAnsi="Times" w:eastAsia="Times"/>
          <w:b w:val="0"/>
          <w:i w:val="0"/>
          <w:color w:val="000000"/>
          <w:sz w:val="30"/>
        </w:rPr>
        <w:t>r</w:t>
      </w:r>
      <w:r>
        <w:rPr>
          <w:rFonts w:ascii="Helvetica" w:hAnsi="Helvetica" w:eastAsia="Helvetica"/>
          <w:b w:val="0"/>
          <w:i w:val="0"/>
          <w:color w:val="000000"/>
          <w:sz w:val="30"/>
        </w:rPr>
        <w:t xml:space="preserve">    </w:t>
      </w:r>
      <w:r>
        <w:rPr>
          <w:rFonts w:ascii="宋体" w:hAnsi="宋体" w:eastAsia="宋体"/>
          <w:b w:val="0"/>
          <w:i w:val="0"/>
          <w:color w:val="555D5D"/>
          <w:sz w:val="24"/>
        </w:rPr>
        <w:t>更加；更好</w:t>
      </w:r>
    </w:p>
    <w:p>
      <w:pPr>
        <w:autoSpaceDN w:val="0"/>
        <w:autoSpaceDE w:val="0"/>
        <w:widowControl/>
        <w:spacing w:line="212" w:lineRule="exact" w:before="1048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0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06"/>
              </w:trPr>
              <w:tc>
                <w:tcPr>
                  <w:tcW w:type="dxa" w:w="2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</w:t>
                  </w:r>
                </w:p>
              </w:tc>
              <w:tc>
                <w:tcPr>
                  <w:tcW w:type="dxa" w:w="4144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274" w:after="0"/>
                    <w:ind w:left="398" w:right="398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</w:t>
                  </w:r>
                </w:p>
              </w:tc>
              <w:tc>
                <w:tcPr>
                  <w:tcW w:type="dxa" w:w="2130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306" w:right="306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94"/>
                  <w:vMerge w:val="restart"/>
                  <w:tcBorders/>
                  <w:tcMar>
                    <w:start w:w="0" w:type="dxa"/>
                    <w:end w:w="0" w:type="dxa"/>
                  </w:tcMar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46" w:right="46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  <w:tr>
              <w:trPr>
                <w:trHeight w:hRule="exact" w:val="618"/>
              </w:trPr>
              <w:tc>
                <w:tcPr>
                  <w:tcW w:type="dxa" w:w="2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140" w:after="0"/>
                    <w:ind w:left="240" w:right="240" w:firstLine="0"/>
                    <w:jc w:val="lef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文</w:t>
                  </w:r>
                </w:p>
              </w:tc>
              <w:tc>
                <w:tcPr>
                  <w:tcW w:type="dxa" w:w="4144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58" w:after="0"/>
                    <w:ind w:left="398" w:right="398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词</w:t>
                  </w:r>
                </w:p>
              </w:tc>
              <w:tc>
                <w:tcPr>
                  <w:tcW w:type="dxa" w:w="2450"/>
                  <w:vMerge/>
                  <w:tcBorders/>
                </w:tcPr>
                <w:p/>
              </w:tc>
              <w:tc>
                <w:tcPr>
                  <w:tcW w:type="dxa" w:w="2450"/>
                  <w:vMerge/>
                  <w:tcBorders/>
                </w:tcPr>
                <w:p/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因此；所以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0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因为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悲伤的；难过的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为什么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生气的；愤怒的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高兴的；快乐的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劳累的；疲倦的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使；让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告诉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雪人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感觉；感到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夏天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年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有趣的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5月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冬天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季节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种植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秋天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凉爽的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热的；炎热的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寒冷的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骑；乘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富有的；丰富的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4月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暖和的 </w:t>
            </w:r>
          </w:p>
        </w:tc>
      </w:tr>
      <w:tr>
        <w:trPr>
          <w:trHeight w:hRule="exact" w:val="1332"/>
        </w:trPr>
        <w:tc>
          <w:tcPr>
            <w:tcW w:type="dxa" w:w="49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春天 </w:t>
            </w:r>
          </w:p>
        </w:tc>
        <w:tc>
          <w:tcPr>
            <w:tcW w:type="dxa" w:w="24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6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3月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47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陕旅版（三年级起点）</w:t>
            </w:r>
          </w:p>
        </w:tc>
      </w:tr>
      <w:tr>
        <w:trPr>
          <w:trHeight w:hRule="exact" w:val="15952"/>
        </w:trPr>
        <w:tc>
          <w:tcPr>
            <w:tcW w:type="dxa" w:w="447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圣诞节 </w:t>
            </w:r>
          </w:p>
        </w:tc>
        <w:tc>
          <w:tcPr>
            <w:tcW w:type="dxa" w:w="291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更加；更好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