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2025年农村消防知识试题及答案</w:t>
      </w:r>
    </w:p>
    <w:p>
      <w:r>
        <w:br/>
        <w:t xml:space="preserve"> 一、单项选择题（每题2分，共10题）</w:t>
        <w:br/>
        <w:br/>
        <w:t>1. 农村火灾发生的主要原因是什么？</w:t>
        <w:br/>
        <w:br/>
        <w:t>A. 电气线路老化</w:t>
        <w:br/>
        <w:br/>
        <w:t>B. 农事用火不慎</w:t>
        <w:br/>
        <w:br/>
        <w:t>C. 儿童玩火</w:t>
        <w:br/>
        <w:br/>
        <w:t>D. 以上都是</w:t>
        <w:br/>
        <w:br/>
        <w:t>2. 农村家庭预防电气火灾的有效措施是？</w:t>
        <w:br/>
        <w:br/>
        <w:t>A. 随意增加电器</w:t>
        <w:br/>
        <w:br/>
        <w:t>B. 使用劣质插座</w:t>
        <w:br/>
        <w:br/>
        <w:t>C. 定期检查线路，避免超负荷用电</w:t>
        <w:br/>
        <w:br/>
        <w:t>D. 长时间离开时电器不断电</w:t>
        <w:br/>
        <w:br/>
        <w:t>3. 农村柴草堆放的安全距离应保持多少米？</w:t>
        <w:br/>
        <w:br/>
        <w:t>A. 不少于2米</w:t>
        <w:br/>
        <w:br/>
        <w:t>B. 不少于5米</w:t>
        <w:br/>
        <w:br/>
        <w:t>C. 不少于10米</w:t>
        <w:br/>
        <w:br/>
        <w:t>D. 不少于15米</w:t>
        <w:br/>
        <w:br/>
        <w:t>4. 农村发生火灾时，正确的报警电话是？</w:t>
        <w:br/>
        <w:br/>
        <w:t>A. 110</w:t>
        <w:br/>
        <w:br/>
        <w:t>B. 119</w:t>
        <w:br/>
        <w:br/>
        <w:t>C. 120</w:t>
        <w:br/>
        <w:br/>
        <w:t>D. 122</w:t>
        <w:br/>
        <w:br/>
        <w:t>5. 农村家庭应配备哪种类型的灭火器？</w:t>
        <w:br/>
        <w:br/>
        <w:t>A. 只需配备水型灭火器</w:t>
        <w:br/>
        <w:br/>
        <w:t>B. 只需配备泡沫灭火器</w:t>
        <w:br/>
        <w:br/>
        <w:t>C. 配备适合家庭使用的ABC干粉灭火器</w:t>
        <w:br/>
        <w:br/>
        <w:t>D. 不需要配备灭火器</w:t>
        <w:br/>
        <w:br/>
        <w:t>6. 农村房屋建筑防火间距不应小于多少米？</w:t>
        <w:br/>
        <w:br/>
        <w:t>A. 3米</w:t>
        <w:br/>
        <w:br/>
        <w:t>B. 5米</w:t>
        <w:br/>
        <w:br/>
        <w:t>C. 8米</w:t>
        <w:br/>
        <w:br/>
        <w:t>D. 10米</w:t>
        <w:br/>
        <w:br/>
        <w:t>7. 农村沼气池使用过程中，以下哪种行为是错误的？</w:t>
        <w:br/>
        <w:br/>
        <w:t>A. 定期检查管道是否漏气</w:t>
        <w:br/>
        <w:br/>
        <w:t>B. 在沼气池附近使用明火</w:t>
        <w:br/>
        <w:br/>
        <w:t>C. 保持通风良好</w:t>
        <w:br/>
        <w:br/>
        <w:t>D. 遵守安全操作规程</w:t>
        <w:br/>
        <w:br/>
        <w:t>8. 农村祭祀用火时，应注意什么？</w:t>
        <w:br/>
        <w:br/>
        <w:t>A. 可以在易燃物附近焚烧纸钱</w:t>
        <w:br/>
        <w:br/>
        <w:t>B. 用火后立即离开</w:t>
        <w:br/>
        <w:br/>
        <w:t>C. 选择安全地点，并确保火源完全熄灭</w:t>
        <w:br/>
        <w:br/>
        <w:t>D. 祭祀时不需要看管火源</w:t>
        <w:br/>
        <w:br/>
        <w:t>9. 农村家庭厨房防火，以下做法错误的是？</w:t>
        <w:br/>
        <w:br/>
        <w:t>A. 烹饪时不离开厨房</w:t>
        <w:br/>
        <w:br/>
        <w:t>B. 油锅起火时用水扑救</w:t>
        <w:br/>
        <w:br/>
        <w:t>C. 定期清洗抽油烟机</w:t>
        <w:br/>
        <w:br/>
        <w:t>D. 不在厨房堆放易燃物品</w:t>
        <w:br/>
        <w:br/>
        <w:t>10. 农村消防通道的宽度不应小于多少米？</w:t>
        <w:br/>
        <w:br/>
        <w:t>A. 2米</w:t>
        <w:br/>
        <w:br/>
        <w:t>B. 3米</w:t>
        <w:br/>
        <w:br/>
        <w:t>C. 4米</w:t>
        <w:br/>
        <w:br/>
        <w:t>D. 5米</w:t>
        <w:br/>
        <w:br/>
        <w:t xml:space="preserve"> 二、填空题（每题2分，共6题）</w:t>
        <w:br/>
        <w:br/>
        <w:t>1. 农村消防工作实行"预防为主，_________"的方针。</w:t>
        <w:br/>
        <w:br/>
        <w:t>2. 农村房屋建筑材料应优先选择_________材料。</w:t>
        <w:br/>
        <w:br/>
        <w:t>3. 农村家庭应至少每_________检查一次电气线路安全。</w:t>
        <w:br/>
        <w:br/>
        <w:t>4. 农村消防水源主要包括_________、水井和消防水池。</w:t>
        <w:br/>
        <w:br/>
        <w:t>5. 农村柴草堆放应远离_________和电力设施。</w:t>
        <w:br/>
        <w:br/>
        <w:t>6. 农村消防安全"三懂三会"是指懂基本消防知识、懂预防火灾措施、懂扑救初起火灾；会报警、会使用消防器材、_________。</w:t>
        <w:br/>
        <w:br/>
        <w:t xml:space="preserve"> 三、判断题（每题2分，共6题）</w:t>
        <w:br/>
        <w:br/>
        <w:t>1. 农村可以在田间地头随意焚烧秸秆。（ ）</w:t>
        <w:br/>
        <w:br/>
        <w:t>2. 农村房屋装修时可以使用易燃材料。（ ）</w:t>
        <w:br/>
        <w:br/>
        <w:t>3. 农村家庭可以使用铜丝、铁丝代替保险丝。（ ）</w:t>
        <w:br/>
        <w:br/>
        <w:t>4. 农村沼气池使用后可以立即进入池内清理。（ ）</w:t>
        <w:br/>
        <w:br/>
        <w:t>5. 农村祭祀用火后，应确保火源完全熄灭后方可离开。（ ）</w:t>
        <w:br/>
        <w:br/>
        <w:t>6. 农村消防栓周围3米内不得堆放物品。（ ）</w:t>
        <w:br/>
        <w:br/>
        <w:t xml:space="preserve"> 四、多项选择题（每题2分，共2题）</w:t>
        <w:br/>
        <w:br/>
        <w:t>1. 农村家庭预防火灾的措施包括（ ）</w:t>
        <w:br/>
        <w:br/>
        <w:t>A. 定期检查电气线路</w:t>
        <w:br/>
        <w:br/>
        <w:t>B. 不私拉乱接电线</w:t>
        <w:br/>
        <w:br/>
        <w:t>C. 不超负荷用电</w:t>
        <w:br/>
        <w:br/>
        <w:t>D. 随意堆放易燃物品</w:t>
        <w:br/>
        <w:br/>
        <w:t>2. 农村火灾逃生自救的方法有（ ）</w:t>
        <w:br/>
        <w:br/>
        <w:t>A. 用湿毛巾捂住口鼻</w:t>
        <w:br/>
        <w:br/>
        <w:t>B. 低姿势前进</w:t>
        <w:br/>
        <w:br/>
        <w:t>C. 乘坐电梯逃生</w:t>
        <w:br/>
        <w:br/>
        <w:t>D. 切断电源和气源</w:t>
        <w:br/>
        <w:br/>
        <w:t xml:space="preserve"> 五、简答题（每题5分，共2题）</w:t>
        <w:br/>
        <w:br/>
        <w:t>1. 简述农村家庭电气火灾的预防措施。</w:t>
        <w:br/>
        <w:br/>
        <w:t>2. 农村发生火灾时，如何正确报警并说明火灾情况？</w:t>
        <w:br/>
        <w:br/>
        <w:t xml:space="preserve"> 参考答案及解析</w:t>
        <w:br/>
        <w:br/>
        <w:t xml:space="preserve"> 一、单项选择题</w:t>
        <w:br/>
        <w:br/>
        <w:t>1. 答案：D</w:t>
        <w:br/>
        <w:br/>
        <w:t>解析：农村火灾发生的原因是多方面的，包括电气线路老化、农事用火不慎、儿童玩火等多种因素。因此，预防农村火灾需要综合考虑各种因素，采取综合措施。</w:t>
        <w:br/>
        <w:br/>
        <w:t>2. 答案：C</w:t>
        <w:br/>
        <w:br/>
        <w:t>解析：预防电气火灾的有效措施包括定期检查线路，避免超负荷用电，不使用劣质电器和插座，离开时及时关闭电源等。随意增加电器、使用劣质插座和长时间离开时电器不断电都会增加电气火灾的风险。</w:t>
        <w:br/>
        <w:br/>
        <w:t>3. 答案：C</w:t>
        <w:br/>
        <w:br/>
        <w:t>解析：农村柴草堆放应保持足够的安全距离，一般不应少于10米，以防止火灾蔓延。同时，柴草堆放应远离建筑物、电力设施和道路等。</w:t>
        <w:br/>
        <w:br/>
        <w:t>4. 答案：B</w:t>
        <w:br/>
        <w:br/>
        <w:t>解析：火灾报警电话是119，110是报警电话，120是急救电话，122是交通事故报警电话。农村发生火灾时应立即拨打119报警。</w:t>
        <w:br/>
        <w:br/>
        <w:t>5. 答案：C</w:t>
        <w:br/>
        <w:br/>
        <w:t>解析：农村家庭应配备适合家庭使用的ABC干粉灭火器，因为它可以扑救多种类型的火灾，包括固体物质火灾、液体火灾和气体火灾。只配备水型灭火器或泡沫灭火器可能无法应对所有类型的火灾。</w:t>
        <w:br/>
        <w:br/>
        <w:t>6. 答案：D</w:t>
        <w:br/>
        <w:br/>
        <w:t>解析：根据《建筑设计防火规范》，农村房屋建筑之间的防火间距不应小于10米，以确保火灾发生时不会迅速蔓延到相邻建筑。</w:t>
        <w:br/>
        <w:br/>
        <w:t>7. 答案：B</w:t>
        <w:br/>
        <w:br/>
        <w:t>解析：沼气是易燃易爆气体，在沼气池附近使用明火是非常危险的，可能引起爆炸。正确做法是定期检查管道是否漏气，保持通风良好，并严格遵守安全操作规程。</w:t>
        <w:br/>
        <w:br/>
        <w:t>8. 答案：C</w:t>
        <w:br/>
        <w:br/>
        <w:t>解析：农村祭祀用火时应选择安全地点，远离易燃物，并确保用火后有专人看管，火源完全熄灭后方可离开，防止引发火灾。</w:t>
        <w:br/>
        <w:br/>
        <w:t>9. 答案：B</w:t>
        <w:br/>
        <w:br/>
        <w:t>解析：油锅起火时用水扑救是错误的，因为水会使油火飞溅，扩大火势。正确的做法是用锅盖或湿布覆盖油锅，隔绝空气，使火熄灭。</w:t>
        <w:br/>
        <w:br/>
        <w:t>10. 答案：C</w:t>
        <w:br/>
        <w:br/>
        <w:t>解析：农村消防通道的宽度不应小于4米，以确保消防车辆能够顺利通行，及时到达火灾现场进行扑救。</w:t>
        <w:br/>
        <w:br/>
        <w:t xml:space="preserve"> 二、填空题</w:t>
        <w:br/>
        <w:br/>
        <w:t>1. 答案：防消结合</w:t>
        <w:br/>
        <w:br/>
        <w:t>解析："预防为主，防消结合"是我国消防工作的基本方针，强调在做好火灾预防工作的同时，也要做好火灾扑救的准备工作，两者相辅相成。</w:t>
        <w:br/>
        <w:br/>
        <w:t>2. 答案：阻燃</w:t>
        <w:br/>
        <w:br/>
        <w:t>解析：农村房屋建筑材料应优先选择阻燃材料，以提高建筑物的防火性能，减少火灾发生的可能性和火灾蔓延的速度。</w:t>
        <w:br/>
        <w:br/>
        <w:t>3. 答案：半年</w:t>
        <w:br/>
        <w:br/>
        <w:t>解析：农村家庭应至少每半年检查一次电气线路安全，及时发现和排除电气线路老化、短路等隐患，预防电气火灾的发生。</w:t>
        <w:br/>
        <w:br/>
        <w:t>4. 答案：河流</w:t>
        <w:br/>
        <w:br/>
        <w:t>解析：农村消防水源主要包括河流、水井和消防水池等。在火灾发生时，这些水源可以提供灭火用水，是农村消防工作的重要保障。</w:t>
        <w:br/>
        <w:br/>
        <w:t>5. 答案：建筑物</w:t>
        <w:br/>
        <w:br/>
        <w:t>解析：农村柴草堆放应远离建筑物和电力设施，以防止柴草堆发生火灾时蔓延到建筑物或引发电气火灾，确保农村消防安全。</w:t>
        <w:br/>
        <w:br/>
        <w:t>6. 答案：会逃生自救</w:t>
        <w:br/>
        <w:br/>
        <w:t>解析：农村消防安全"三懂三会"是指懂基本消防知识、懂预防火灾措施、懂扑救初起火灾；会报警、会使用消防器材、会逃生自救。这是提高农村居民消防安全意识和自救能力的重要内容。</w:t>
        <w:br/>
        <w:br/>
        <w:t xml:space="preserve"> 三、判断题</w:t>
        <w:br/>
        <w:br/>
        <w:t>1. 答案：×</w:t>
        <w:br/>
        <w:br/>
        <w:t>解析：农村不应在田间地头随意焚烧秸秆，因为这种行为容易引发火灾，造成环境污染，还可能影响交通安全。正确的做法是按照当地政府的规定，在指定地点、指定时间内进行秸秆焚烧，并采取必要的防火措施。</w:t>
        <w:br/>
        <w:br/>
        <w:t>2. 答案：×</w:t>
        <w:br/>
        <w:br/>
        <w:t>解析：农村房屋装修时不应使用易燃材料，而应优先选择阻燃材料，以提高房屋的防火性能，减少火灾风险。</w:t>
        <w:br/>
        <w:br/>
        <w:t>3. 答案：×</w:t>
        <w:br/>
        <w:br/>
        <w:t>解析：农村家庭不可以用铜丝、铁丝代替保险丝，因为铜丝、铁丝的熔点高，当电路过载时不会熔断，无法起到保护作用，容易引发电气火灾。</w:t>
        <w:br/>
        <w:br/>
        <w:t>4. 答案：×</w:t>
        <w:br/>
        <w:br/>
        <w:t>解析：农村沼气池使用后不能立即进入池内清理，因为沼气池内可能残留沼气，遇到明火可能引发爆炸。进入沼气池前应先通风，并进行气体检测，确保安全。</w:t>
        <w:br/>
        <w:br/>
        <w:t>5. 答案：√</w:t>
        <w:br/>
        <w:br/>
        <w:t>解析：农村祭祀用火后，应确保火源完全熄灭后方可离开，这是预防火灾的重要措施，可以避免祭祀用火引发火灾。</w:t>
        <w:br/>
        <w:br/>
        <w:t>6. 答案：√</w:t>
        <w:br/>
        <w:br/>
        <w:t>解析：农村消防栓周围3米内不得堆放物品，这是为了确保消防栓在火灾发生时能够正常使用，不影响消防人员的操作。</w:t>
        <w:br/>
        <w:br/>
        <w:t xml:space="preserve"> 四、多项选择题</w:t>
        <w:br/>
        <w:br/>
        <w:t>1. 答案：ABC</w:t>
        <w:br/>
        <w:br/>
        <w:t>解析：农村家庭预防火灾的措施包括定期检查电气线路、不私拉乱接电线、不超负荷用电等，这些措施可以有效预防电气火灾的发生。随意堆放易燃物品会增加火灾风险，不属于预防火灾的措施。</w:t>
        <w:br/>
        <w:br/>
        <w:t>2. 答案：ABD</w:t>
        <w:br/>
        <w:br/>
        <w:t>解析：农村火灾逃生自救的方法包括用湿毛巾捂住口鼻、低姿势前进、切断电源和气源等，这些措施可以减少吸入有毒烟气，避免被高温烟气伤害，并防止火势扩大。乘坐电梯逃生是错误的，因为火灾时电梯可能断电，成为"陷阱"。</w:t>
        <w:br/>
        <w:br/>
        <w:t xml:space="preserve"> 五、简答题</w:t>
        <w:br/>
        <w:br/>
        <w:t>1. 答案：农村家庭电气火灾的预防措施包括：</w:t>
        <w:br/>
        <w:br/>
        <w:t>（1）定期检查电气线路，发现老化、破损及时更换；</w:t>
        <w:br/>
        <w:br/>
        <w:t>（2）不私拉乱接电线，不超负荷用电；</w:t>
        <w:br/>
        <w:br/>
        <w:t>（3）使用合格的电器产品，不使用"三无"产品；</w:t>
        <w:br/>
        <w:br/>
        <w:t>（4）大功率电器使用专用插座，避免一个插座连接多个电器；</w:t>
        <w:br/>
        <w:br/>
        <w:t>（5）离家或睡觉前关闭不必要的电源，拔掉插头；</w:t>
        <w:br/>
        <w:br/>
        <w:t>（6）不在电器上覆盖易燃物品，保持电器周围通风良好；</w:t>
        <w:br/>
        <w:br/>
        <w:t>（7）安装漏电保护器，定期检测其功能是否正常；</w:t>
        <w:br/>
        <w:br/>
        <w:t>（8）学习电气安全知识，提高安全意识。</w:t>
        <w:br/>
        <w:br/>
        <w:t>解析：电气火灾是农村火灾的主要原因之一，采取有效的预防措施可以大大降低电气火灾的风险。这些措施涵盖了电气线路的检查、电器使用规范、安全习惯养成等多个方面，需要农村居民全面掌握并严格执行。</w:t>
        <w:br/>
        <w:br/>
        <w:t>2. 答案：农村发生火灾时，正确报警并说明火灾情况的方法包括：</w:t>
        <w:br/>
        <w:br/>
        <w:t>（1）立即拨打119火警电话；</w:t>
        <w:br/>
        <w:br/>
        <w:t>（2）清晰说明火灾发生的准确地点，包括省、市、县、乡、村、组及具体位置；</w:t>
        <w:br/>
        <w:br/>
        <w:t>（3）说明火灾类型，如房屋火灾、山林火灾、秸秆火灾等；</w:t>
        <w:br/>
        <w:br/>
        <w:t>（4）说明火势大小，是否有人员被困，是否有爆炸危险；</w:t>
        <w:br/>
        <w:br/>
        <w:t>（5）留下报警人的姓名和联系电话，以便消防部门联系；</w:t>
        <w:br/>
        <w:br/>
        <w:t>（6）派人到村口或路口引导消防车辆；</w:t>
        <w:br/>
        <w:br/>
        <w:t>（7）报警后，组织人员疏散，确保人员安全。</w:t>
        <w:br/>
        <w:br/>
        <w:t>解析：正确报警是火灾初期扑救和人员疏散的关键环节。报警时提供准确的信息可以帮助消防部门快速制定灭火方案，调派适当的救援力量。农村地区往往地理位置偏远，交通不便，提供准确的火灾位置信息尤为重要。同时，报警后应立即组织人员疏散，确保人员安全，这是报警工作的首要目标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