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2025年铁道概论多选试题及答案</w:t>
      </w:r>
    </w:p>
    <w:p>
      <w:r>
        <w:br/>
        <w:t xml:space="preserve"> 一、单项选择题（共10题，每题2分）</w:t>
        <w:br/>
        <w:br/>
        <w:t>1. 中国第一条铁路是哪一年建成的？</w:t>
        <w:br/>
        <w:br/>
        <w:t>A. 1876年</w:t>
        <w:br/>
        <w:br/>
        <w:t>B. 1894年</w:t>
        <w:br/>
        <w:br/>
        <w:t>C. 1909年</w:t>
        <w:br/>
        <w:br/>
        <w:t>D. 1912年</w:t>
        <w:br/>
        <w:br/>
        <w:t>2. 以下哪种铁路轨道的标准轨距是？</w:t>
        <w:br/>
        <w:br/>
        <w:t>A. 1000mm</w:t>
        <w:br/>
        <w:br/>
        <w:t>B. 1435mm</w:t>
        <w:br/>
        <w:br/>
        <w:t>C. 1520mm</w:t>
        <w:br/>
        <w:br/>
        <w:t>D. 1668mm</w:t>
        <w:br/>
        <w:br/>
        <w:t>3. 高速铁路的定义是指新建铁路列车设计时速达到多少公里以上的铁路？</w:t>
        <w:br/>
        <w:br/>
        <w:t>A. 200km/h</w:t>
        <w:br/>
        <w:br/>
        <w:t>B. 250km/h</w:t>
        <w:br/>
        <w:br/>
        <w:t>C. 300km/h</w:t>
        <w:br/>
        <w:br/>
        <w:t>D. 350km/h</w:t>
        <w:br/>
        <w:br/>
        <w:t>4. 以下哪种信号系统是中国高铁普遍采用的信号系统？</w:t>
        <w:br/>
        <w:br/>
        <w:t>A. ATP</w:t>
        <w:br/>
        <w:br/>
        <w:t>B. CTCS</w:t>
        <w:br/>
        <w:br/>
        <w:t>C. ETCS</w:t>
        <w:br/>
        <w:br/>
        <w:t>D. ATC</w:t>
        <w:br/>
        <w:br/>
        <w:t>5. 铁路线路的最小曲线半径主要受什么因素限制？</w:t>
        <w:br/>
        <w:br/>
        <w:t>A. 列车长度</w:t>
        <w:br/>
        <w:br/>
        <w:t>B. 列车速度</w:t>
        <w:br/>
        <w:br/>
        <w:t>C. 轨道材料</w:t>
        <w:br/>
        <w:br/>
        <w:t>D. 地形条件</w:t>
        <w:br/>
        <w:br/>
        <w:t>6. 以下哪种机车是依靠电力驱动的？</w:t>
        <w:br/>
        <w:br/>
        <w:t>A. 蒸汽机车</w:t>
        <w:br/>
        <w:br/>
        <w:t>B. 内燃机车</w:t>
        <w:br/>
        <w:br/>
        <w:t>C. 电力机车</w:t>
        <w:br/>
        <w:br/>
        <w:t>D. 磁悬浮机车</w:t>
        <w:br/>
        <w:br/>
        <w:t>7. 铁路运输中，"三定"运输是指什么？</w:t>
        <w:br/>
        <w:br/>
        <w:t>A. 定点、定线、定时</w:t>
        <w:br/>
        <w:br/>
        <w:t>B. 定车、定人、定责</w:t>
        <w:br/>
        <w:br/>
        <w:t>C. 定货、定价、定期</w:t>
        <w:br/>
        <w:br/>
        <w:t>D. 定站、定班、定票</w:t>
        <w:br/>
        <w:br/>
        <w:t>8. 铁路车辆的基本组成部分不包括以下哪项？</w:t>
        <w:br/>
        <w:br/>
        <w:t>A. 车体</w:t>
        <w:br/>
        <w:br/>
        <w:t>B. 走行部</w:t>
        <w:br/>
        <w:br/>
        <w:t>C. 制动装置</w:t>
        <w:br/>
        <w:br/>
        <w:t>D. 发动机</w:t>
        <w:br/>
        <w:br/>
        <w:t>9. 铁路信号中的红色信号灯表示什么含义？</w:t>
        <w:br/>
        <w:br/>
        <w:t>A. 减速慢行</w:t>
        <w:br/>
        <w:br/>
        <w:t>B. 注意或准备停车</w:t>
        <w:br/>
        <w:br/>
        <w:t>C. 前方有障碍</w:t>
        <w:br/>
        <w:br/>
        <w:t>D. 停车</w:t>
        <w:br/>
        <w:br/>
        <w:t>10. 中国高速铁路网"八纵八横"规划中的"八纵"不包括以下哪条线路？</w:t>
        <w:br/>
        <w:br/>
        <w:t>A. 京哈通道</w:t>
        <w:br/>
        <w:br/>
        <w:t>B. 京港澳通道</w:t>
        <w:br/>
        <w:br/>
        <w:t>C. 青银通道</w:t>
        <w:br/>
        <w:br/>
        <w:t>D. 沿海通道</w:t>
        <w:br/>
        <w:br/>
        <w:t xml:space="preserve"> 二、填空题（共5题，每题2分）</w:t>
        <w:br/>
        <w:br/>
        <w:t>1. 铁路线路由路基、________和________三部分组成。</w:t>
        <w:br/>
        <w:br/>
        <w:t>2. 铁路车辆按用途可分为客车、________和________三大类。</w:t>
        <w:br/>
        <w:br/>
        <w:t>3. 铁路信号系统按设置位置可分为________、________和手信号。</w:t>
        <w:br/>
        <w:br/>
        <w:t>4. 铁路运输的基本特点是运量大、________、________和能耗低。</w:t>
        <w:br/>
        <w:br/>
        <w:t>5. 中国铁路的最高运营时速为________公里。</w:t>
        <w:br/>
        <w:br/>
        <w:t xml:space="preserve"> 三、判断题（共5题，每题2分）</w:t>
        <w:br/>
        <w:br/>
        <w:t>1. 铁路曲线半径越小，列车通过速度可以越高。（ ）</w:t>
        <w:br/>
        <w:br/>
        <w:t>2. 铁路信号中的黄色信号灯表示减速慢行。（ ）</w:t>
        <w:br/>
        <w:br/>
        <w:t>3. 磁悬浮列车依靠电磁力悬浮在轨道上运行，与轨道无接触。（ ）</w:t>
        <w:br/>
        <w:br/>
        <w:t>4. 铁路运输的缺点之一是受天气条件影响较大。（ ）</w:t>
        <w:br/>
        <w:br/>
        <w:t>5. 中国铁路采用的是左侧行车制。（ ）</w:t>
        <w:br/>
        <w:br/>
        <w:t xml:space="preserve"> 四、多项选择题（共2题，每题2分）</w:t>
        <w:br/>
        <w:br/>
        <w:t>1. 以下哪些因素会影响铁路线路的坡度设计？（ ）</w:t>
        <w:br/>
        <w:br/>
        <w:t>A. 地形条件</w:t>
        <w:br/>
        <w:br/>
        <w:t>B. 列车类型</w:t>
        <w:br/>
        <w:br/>
        <w:t>C. 牵引动力</w:t>
        <w:br/>
        <w:br/>
        <w:t>D. 运输需求</w:t>
        <w:br/>
        <w:br/>
        <w:t>E. 气候条件</w:t>
        <w:br/>
        <w:br/>
        <w:t>2. 以下哪些属于铁路运输的组成部分？（ ）</w:t>
        <w:br/>
        <w:br/>
        <w:t>A. 线路设施</w:t>
        <w:br/>
        <w:br/>
        <w:t>B. 机车车辆</w:t>
        <w:br/>
        <w:br/>
        <w:t>C. 通信信号</w:t>
        <w:br/>
        <w:br/>
        <w:t>D. 运输组织</w:t>
        <w:br/>
        <w:br/>
        <w:t>E. 乘客服务</w:t>
        <w:br/>
        <w:br/>
        <w:t xml:space="preserve"> 五、简答题（共2题，每题5分）</w:t>
        <w:br/>
        <w:br/>
        <w:t>1. 简述铁路运输的主要特点及其优缺点。</w:t>
        <w:br/>
        <w:br/>
        <w:t>2. 简述中国高铁的发展历程及其在世界铁路发展中的地位。</w:t>
        <w:br/>
        <w:br/>
        <w:t xml:space="preserve"> 参考答案及解析</w:t>
        <w:br/>
        <w:br/>
        <w:t xml:space="preserve"> 一、单项选择题</w:t>
        <w:br/>
        <w:br/>
        <w:t>1. 答案：A</w:t>
        <w:br/>
        <w:br/>
        <w:t>解析：中国第一条铁路是1876年建成的吴淞铁路，由英国人修建。这条铁路从上海到吴淞，全长约14公里，标志着中国铁路的开端。</w:t>
        <w:br/>
        <w:br/>
        <w:t>2. 答案：B</w:t>
        <w:br/>
        <w:br/>
        <w:t>解析：国际铁路联盟规定的标准轨距为1435毫米，这也是中国铁路采用的轨距。1000毫米为窄轨，1520毫米为俄罗斯等国的宽轨，1668毫米为葡萄牙等国的特殊轨距。</w:t>
        <w:br/>
        <w:br/>
        <w:t>3. 答案：B</w:t>
        <w:br/>
        <w:br/>
        <w:t>解析：根据中国《高速铁路设计规范》，高速铁路是指新建铁路列车设计时速达到250公里/小时及以上的铁路。</w:t>
        <w:br/>
        <w:br/>
        <w:t>4. 答案：B</w:t>
        <w:br/>
        <w:br/>
        <w:t>解析：CTCS(中国列车运行控制系统)是中国高铁普遍采用的信号系统。ATP是列车保护系统，ETCS是欧洲列车控制系统，ATC是列车自动控制系统。</w:t>
        <w:br/>
        <w:br/>
        <w:t>5. 答案：B</w:t>
        <w:br/>
        <w:br/>
        <w:t>解析：铁路线路的最小曲线半径主要受列车速度限制。曲线半径越小，列车通过速度必须降低，以确保安全和舒适度。</w:t>
        <w:br/>
        <w:br/>
        <w:t>6. 答案：C</w:t>
        <w:br/>
        <w:br/>
        <w:t>解析：电力机车是依靠外部供电系统获取电能，通过电动机驱动车轮的机车。蒸汽机车依靠燃烧煤炭产生蒸汽，内燃机车依靠内燃机产生动力。</w:t>
        <w:br/>
        <w:br/>
        <w:t>7. 答案：A</w:t>
        <w:br/>
        <w:br/>
        <w:t>解析：铁路运输中的"三定"运输是指定点、定线、定时，这是铁路运输组织的基本原则，确保运输的规律性和可靠性。</w:t>
        <w:br/>
        <w:br/>
        <w:t>8. 答案：D</w:t>
        <w:br/>
        <w:br/>
        <w:t>解析：铁路车辆的基本组成部分包括车体、走行部和制动装置。发动机不是铁路车辆的组成部分，因为铁路车辆通常由机车牵引或自身有动力装置。</w:t>
        <w:br/>
        <w:br/>
        <w:t>9. 答案：D</w:t>
        <w:br/>
        <w:br/>
        <w:t>解析：铁路信号中的红色信号灯表示停车，是最严格的信号指令。黄色信号灯表示注意或准备停车，绿色信号灯表示按规定速度运行。</w:t>
        <w:br/>
        <w:br/>
        <w:t>10. 答案：C</w:t>
        <w:br/>
        <w:br/>
        <w:t>解析：中国高速铁路网"八纵八横"规划中的"八纵"包括：京哈通道、京港澳通道、京港(台)通道、京昆通道、包海通道、兰广通道、银渝通道、青银通道。青银通道属于"八纵"之一。</w:t>
        <w:br/>
        <w:br/>
        <w:t xml:space="preserve"> 二、填空题</w:t>
        <w:br/>
        <w:br/>
        <w:t>1. 答案：轨道、道岔</w:t>
        <w:br/>
        <w:br/>
        <w:t>解析：铁路线路由路基、轨道和道岔三部分组成。路基是铁路的基础，承受轨道和列车的重量；轨道是列车行驶的表面；道岔是使列车能够从一条线路转入另一条线路的设备。</w:t>
        <w:br/>
        <w:br/>
        <w:t>2. 答案：货车、特种车</w:t>
        <w:br/>
        <w:br/>
        <w:t>解析：铁路车辆按用途可分为客车、货车和特种车三大类。客车用于运送旅客，货车用于运送货物，特种车有工程车、救援车、检测车等特殊用途。</w:t>
        <w:br/>
        <w:br/>
        <w:t>3. 答案：固定信号、移动信号</w:t>
        <w:br/>
        <w:br/>
        <w:t>解析：铁路信号系统按设置位置可分为固定信号、移动信号和手信号。固定信号设置在固定位置，如信号机；移动信号设置在移动设备上，如机车信号。</w:t>
        <w:br/>
        <w:br/>
        <w:t>4. 答案：速度快、成本较低</w:t>
        <w:br/>
        <w:br/>
        <w:t>解析：铁路运输的基本特点是运量大、速度快、成本较低和能耗低。铁路运输适合大宗货物和大量旅客的长距离运输，具有明显的规模经济效应。</w:t>
        <w:br/>
        <w:br/>
        <w:t>5. 答案：350</w:t>
        <w:br/>
        <w:br/>
        <w:t>解析：中国高速铁路的最高运营时速为350公里。目前，京沪高铁、京广高铁等线路已实现350公里/小时的商业运营速度。</w:t>
        <w:br/>
        <w:br/>
        <w:t xml:space="preserve"> 三、判断题</w:t>
        <w:br/>
        <w:br/>
        <w:t>1. 答案：×</w:t>
        <w:br/>
        <w:br/>
        <w:t>解析：铁路曲线半径越小，列车通过速度必须降低。曲线半径与列车速度成正比关系，曲线半径越小，离心力越大，为保证安全和舒适，必须降低通过速度。</w:t>
        <w:br/>
        <w:br/>
        <w:t>2. 答案：√</w:t>
        <w:br/>
        <w:br/>
        <w:t>解析：铁路信号中的黄色信号灯表示减速慢行。这是铁路信号的基本规定，黄色信号灯提醒列车司机注意前方情况，准备减速。</w:t>
        <w:br/>
        <w:br/>
        <w:t>3. 答案：√</w:t>
        <w:br/>
        <w:br/>
        <w:t>解析：磁悬浮列车依靠电磁力悬浮在轨道上运行，与轨道无接触。这是磁悬浮技术的基本原理，消除了传统轮轨摩擦，可以实现更高的速度和平稳性。</w:t>
        <w:br/>
        <w:br/>
        <w:t>4. 答案：√</w:t>
        <w:br/>
        <w:br/>
        <w:t>解析：铁路运输的缺点之一是受天气条件影响较大。大雨、大雪、大雾等恶劣天气会影响铁路运输的安全和效率，甚至导致线路中断。</w:t>
        <w:br/>
        <w:br/>
        <w:t>5. 答案：×</w:t>
        <w:br/>
        <w:br/>
        <w:t>解析：中国铁路采用的是右侧行车制，与大多数国家一致。只有少数国家如英国、日本等采用左侧行车制。</w:t>
        <w:br/>
        <w:br/>
        <w:t xml:space="preserve"> 四、多项选择题</w:t>
        <w:br/>
        <w:br/>
        <w:t>1. 答案：A、B、C、D</w:t>
        <w:br/>
        <w:br/>
        <w:t>解析：铁路线路的坡度设计受多种因素影响：地形条件决定了线路的自然坡度；列车类型影响对坡度的适应能力；牵引动力决定了列车能够克服的最大坡度；运输需求影响对线路坡度的要求。气候条件也会间接影响坡度设计，但不是直接因素。</w:t>
        <w:br/>
        <w:br/>
        <w:t>2. 答案：A、B、C、D</w:t>
        <w:br/>
        <w:br/>
        <w:t>解析：铁路运输的组成部分包括：线路设施（轨道、桥梁、隧道等）、机车车辆（机车、客车、货车等）、通信信号（信号系统、通信设备等）和运输组织（调度、运营管理等）。乘客服务属于运输服务的范畴，不是铁路运输系统的技术组成部分。</w:t>
        <w:br/>
        <w:br/>
        <w:t xml:space="preserve"> 五、简答题</w:t>
        <w:br/>
        <w:br/>
        <w:t>1. 答案：</w:t>
        <w:br/>
        <w:br/>
        <w:t>铁路运输的主要特点：</w:t>
        <w:br/>
        <w:br/>
        <w:t>- 运量大：一列货运列车可运送数千吨货物，客运列车可运送上千名旅客。</w:t>
        <w:br/>
        <w:br/>
        <w:t>- 速度快：现代高速列车时速可达300-350公里，长途运输效率高。</w:t>
        <w:br/>
        <w:br/>
        <w:t>- 成本较低：单位运输成本低于公路和航空运输。</w:t>
        <w:br/>
        <w:br/>
        <w:t>- 能耗低：人均能耗低于公路和航空运输。</w:t>
        <w:br/>
        <w:br/>
        <w:t>- 安全性高：铁路运输事故率相对较低。</w:t>
        <w:br/>
        <w:br/>
        <w:t>- 准点率高：受天气影响相对较小，准点率较高。</w:t>
        <w:br/>
        <w:br/>
        <w:t>- 环保性好：单位运输量的污染排放较少。</w:t>
        <w:br/>
        <w:br/>
        <w:t>优点：</w:t>
        <w:br/>
        <w:br/>
        <w:t>- 适合大宗货物和大量旅客的长距离运输。</w:t>
        <w:br/>
        <w:br/>
        <w:t>- 运输成本相对较低。</w:t>
        <w:br/>
        <w:br/>
        <w:t>- 受天气影响相对较小。</w:t>
        <w:br/>
        <w:br/>
        <w:t>- 安全性较高。</w:t>
        <w:br/>
        <w:br/>
        <w:t>缺点：</w:t>
        <w:br/>
        <w:br/>
        <w:t>- 线路固定，灵活性差。</w:t>
        <w:br/>
        <w:br/>
        <w:t>- 建设投资大，周期长。</w:t>
        <w:br/>
        <w:br/>
        <w:t>- 短途运输竞争力不如公路。</w:t>
        <w:br/>
        <w:br/>
        <w:t>- 受地形限制较大。</w:t>
        <w:br/>
        <w:br/>
        <w:t>- 机动性差，难以实现门到门运输。</w:t>
        <w:br/>
        <w:br/>
        <w:t>2. 答案：</w:t>
        <w:br/>
        <w:br/>
        <w:t>中国高铁的发展历程：</w:t>
        <w:br/>
        <w:br/>
        <w:t>- 2004年：中国发布《中长期铁路网规划》，提出建设"四纵四横"客运专线。</w:t>
        <w:br/>
        <w:br/>
        <w:t>- 2008年：中国第一条高速铁路京津城际铁路通车运营。</w:t>
        <w:br/>
        <w:br/>
        <w:t>- 2011年：京沪高铁全线通车，标志着中国高铁进入网络化发展阶段。</w:t>
        <w:br/>
        <w:br/>
        <w:t>- 2012年：中国高铁运营里程突破1万公里，成为世界上高铁运营里程最长的国家。</w:t>
        <w:br/>
        <w:br/>
        <w:t>- 2017年：中国标准动车组"复兴号"投入运营，实现了关键技术自主化。</w:t>
        <w:br/>
        <w:br/>
        <w:t>- 2020年：中国高铁运营里程达到3.8万公里，占全球高铁总里程的2/3以上。</w:t>
        <w:br/>
        <w:br/>
        <w:t>- 2025年：预计中国高铁运营里程将超过4万公里，形成更加完善的高铁网络。</w:t>
        <w:br/>
        <w:br/>
        <w:t>在世界铁路发展中的地位：</w:t>
        <w:br/>
        <w:br/>
        <w:t>- 中国已成为世界高铁技术最先进、运营里程最长、运营速度最高的国家。</w:t>
        <w:br/>
        <w:br/>
        <w:t>- 中国高铁技术实现了从引进消化到自主创新的历史性跨越。</w:t>
        <w:br/>
        <w:br/>
        <w:t>- 中国高铁已成为中国"走出去"战略的重要名片，在"一带一路"建设中发挥重要作用。</w:t>
        <w:br/>
        <w:br/>
        <w:t>- 中国高铁标准已成为国际标准的重要组成部分，提升了我国在国际铁路领域的话语权。</w:t>
        <w:br/>
        <w:br/>
        <w:t>- 中国高铁的发展为世界铁路发展提供了中国方案和中国经验。</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