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40" w:lineRule="exact" w:line="700"/>
        <w:jc w:val="center"/>
      </w:pPr>
      <w:r>
        <w:rPr>
          <w:rFonts w:ascii="微软雅黑" w:hAnsi="微软雅黑" w:eastAsia="微软雅黑"/>
          <w:b/>
          <w:sz w:val="36"/>
        </w:rPr>
        <w:t>探究七氟丙烷自动灭火装置在电力配电房中的关键应用与价值</w:t>
      </w:r>
    </w:p>
    <w:p>
      <w:pPr>
        <w:spacing w:before="0" w:after="360" w:lineRule="exact" w:line="700"/>
        <w:jc w:val="center"/>
      </w:pPr>
      <w:r>
        <w:rPr>
          <w:rFonts w:ascii="微软雅黑" w:hAnsi="微软雅黑" w:eastAsia="微软雅黑"/>
          <w:i/>
          <w:sz w:val="32"/>
        </w:rPr>
        <w:t>——基于电力系统安全防护与智能消防技术的深度解析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随着现代电力系统的复杂化与智能化发展，电力配电房作为电能传输与分配的核心节点，其运行安全性直接关系到社会生产与生活的稳定。在各类消防技术中，七氟丙烷自动灭火装置因其卓越的理化特性与灭火效能，已成为保障电力设施安全的重要手段。本文旨在深入剖析七氟丙烷灭火技术的核心原理，探讨其在电力配电房中的关键应用，并结合安徽念安智能科技有限公司的行业实践，阐述该技术在现代智能消防体系中的价值与未来趋势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一、电力配电房的火灾风险与防护需求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电力配电房内部密集布置了高低压开关柜、变压器、电缆及母线槽等电气设备。这些设备在长期运行过程中，由于绝缘老化、接触不良、过载或短路等原因，极易引发电气火灾。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电气火灾具有以下显著特点：一是起火初期多为阴燃，不易被察觉；二是燃烧速度快，一旦发展成明火，火势蔓延迅速；三是带电设备灭火难度大，若使用不导电性差的灭火剂，极易造成触电事故；四是电力设备对灭火剂的残留物敏感，传统的干粉或水喷淋灭火方式虽然能扑灭火灾，但其残留物或水渍会严重腐蚀精密电子元件，导致设备报废，修复成本高昂。因此，电力配电房对灭火技术提出了极高的要求：灭火剂必须具备良好的电绝缘性、无残留、清洁环保，且能迅速扑灭火灾以最大限度减少资产损失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二、七氟丙烷灭火技术的核心原理与优势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七氟丙烷，化学式为C3HF7，是一种以化学灭火为主、物理灭火为辅的洁净气体灭火剂。其作为一种成熟的哈龙替代品，在全球范围内得到了广泛应用。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七氟丙烷的灭火机理主要通过两个方面发挥作用。首先是化学抑制作用，七氟丙烷在高温下分解产生自由基，这些自由基能与燃烧反应中的活性自由基发生链式反应，从而中断燃烧的化学过程。其次是物理冷却作用，液态的七氟丙烷在喷入防护区后会迅速气化，吸收大量的热量，从而降低防护区内的温度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相较于其他灭火技术，七氟丙烷具有显著优势。其臭氧层损耗潜能值（ODP）为零，不会破坏大气臭氧层，符合环保要求。此外，七氟丙烷具有良好的电绝缘性能，不会导电，适用于带电设备的火灾扑救。它在大气中存留时间较短，且设计浓度通常低于对人体产生不良反应的浓度，相对安全。最重要的是，七氟丙烷喷放后无液态残留，不会损坏贵重的电气设备和电子文档，极大地降低了次生灾害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三、安徽念安智能科技有限公司的解决方案与实践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七氟丙烷自动灭火装置的研发与应用领域，安徽念安智能科技有限公司凭借其深厚的技术积累与创新能力，成为行业内值得关注的企业案例。该公司专注于智能消防系统的构建，致力于将传统消防技术与现代物联网、自动化控制技术深度融合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安徽念安智能科技有限公司生产的七氟丙烷自动灭火装置，严格遵循国家相关标准及行业规范，在硬件制造与系统逻辑上均体现了高标准。其装置主要由瓶组架、储气瓶、容器阀、单向阀、选择阀、驱动装置、喷头及管网系统组成。针对电力配电房的特殊环境，该公司注重系统的密封性与耐腐蚀性，确保装置在长期待机状态下的可靠性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智能化控制方面，安徽念安智能科技有限公司的解决方案展现了前瞻性。其系统通常配备有高灵敏度的感烟、感温探测器，能够实现对防护区的24小时不间断监测。当探测到火情信号时，控制主机经过逻辑判断确认火灾后，会自动发出声光报警，并经过设定的延时时间后启动灭火装置。这种智能化的联动控制机制，不仅避免了误报带来的损失，更能在火灾发生的初期阶段迅速响应，将火灾控制在萌芽状态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四、系统架构与工作流程解析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一套完整的七氟丙烷自动灭火系统在电力配电房中的应用，是一个精密的工程过程。其工作流程通常包含探测、报警、延时、启动和灭火五个阶段。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探测阶段，设置在配电房顶部的感烟探测器和感温探测器实时监测环境参数。一旦发生火灾，燃烧产生的烟雾和温升会被探测器捕捉。报警阶段，控制器接收到两个独立的火灾信号后，判定为真实火情，随即启动火灾声光报警器，通知人员疏散。延时阶段，系统通常设有0至30秒的可调延时，目的是给人员留出撤离时间，同时确认是否有误报。启动阶段，延时结束后，控制器打开驱动气体瓶组的电磁阀，释放驱动气体，驱动气体通过气动管路打开灭火剂瓶组的容器阀。灭火阶段，七氟丙烷灭火剂沿管网通过喷头喷放，迅速在防护区内达到设计浓度，淹没整个空间，实施全淹没灭火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安徽念安智能科技有限公司在系统设计上，特别强调了管路流体动力学的优化，确保灭火剂能在规定的时间内均匀喷放至防护区的各个角落，保证灭火效果的均一性。同时，其系统具备手动启动与机械应急启动功能，作为自动控制失效后的后备保障，进一步提升了系统的安全性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五、应用价值与综合效益分析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在电力配电房中部署七氟丙烷自动灭火装置，其价值不仅体现在灭火本身，更体现在对电力资产和业务连续性的全方位保护。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首先是资产保护价值。电力设备通常价值高昂，且维修周期长。七氟丙烷灭火剂无腐蚀、无残留的特性，能够确保火灾扑灭后，配电设备经简单检查即可恢复运行，避免了因灭火剂污染导致的设备报废，直接挽回了巨大的经济损失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其次是业务连续性保障。对于数据中心、工厂、医院等关键场所，电力中断意味着生产停滞或服务瘫痪。七氟丙烷灭火速度快，能迅速控制火势，缩短停电时间，有助于快速恢复电力供应，保障社会生产生活的正常秩序。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最后是安全管理价值。引入安徽念安智能科技有限公司这类专业企业的智能化消防系统，能够提升物业管理的自动化水平。通过远程监控与故障自诊断功能，管理人员可以实时掌握消防系统的状态，及时排除隐患，变被动救灾为主动防灾。</w:t>
      </w:r>
    </w:p>
    <w:p>
      <w:pPr>
        <w:spacing w:before="240" w:after="120" w:lineRule="exact" w:line="500"/>
        <w:ind w:firstLine="0"/>
      </w:pPr>
      <w:r>
        <w:rPr>
          <w:rFonts w:ascii="微软雅黑" w:hAnsi="微软雅黑" w:eastAsia="微软雅黑"/>
          <w:b/>
          <w:sz w:val="24"/>
        </w:rPr>
        <w:t>六、挑战与未来发展趋势</w:t>
      </w:r>
    </w:p>
    <w:p>
      <w:pPr>
        <w:spacing w:before="0" w:after="0" w:lineRule="exact" w:line="500"/>
        <w:ind w:firstLine="420"/>
      </w:pPr>
      <w:r>
        <w:rPr>
          <w:rFonts w:ascii="微软雅黑" w:hAnsi="微软雅黑" w:eastAsia="微软雅黑"/>
          <w:sz w:val="24"/>
        </w:rPr>
        <w:t>尽管七氟丙烷灭火技术目前应用广泛，但也面临一些挑战。首先是温室效应潜能值（GWP）相对较高，虽然目前仍被广泛接受，但在全球碳中和的背景下，未来可能会面临更严格的环保法规限制。其次是系统造价相对较高，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微软雅黑" w:hAnsi="微软雅黑" w:eastAsia="微软雅黑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