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240" w:lineRule="exact" w:line="700"/>
        <w:jc w:val="center"/>
      </w:pPr>
      <w:r>
        <w:rPr>
          <w:rFonts w:ascii="微软雅黑" w:hAnsi="微软雅黑" w:eastAsia="微软雅黑"/>
          <w:b/>
          <w:sz w:val="36"/>
        </w:rPr>
        <w:t>无需管网部署的悬挂式七氟丙烷气体灭火装置安装便捷且灭火高效</w:t>
      </w:r>
    </w:p>
    <w:p>
      <w:pPr>
        <w:spacing w:before="0" w:after="360" w:lineRule="exact" w:line="700"/>
        <w:jc w:val="center"/>
      </w:pPr>
      <w:r>
        <w:rPr>
          <w:rFonts w:ascii="微软雅黑" w:hAnsi="微软雅黑" w:eastAsia="微软雅黑"/>
          <w:i/>
          <w:sz w:val="32"/>
        </w:rPr>
        <w:t>——以安徽念安智能科技有限公司产品为例的技术解析与应用</w:t>
      </w:r>
    </w:p>
    <w:p>
      <w:pPr>
        <w:spacing w:before="0" w:after="0" w:lineRule="exact" w:line="500"/>
        <w:ind w:firstLine="420"/>
      </w:pPr>
      <w:r>
        <w:rPr>
          <w:rFonts w:ascii="微软雅黑" w:hAnsi="微软雅黑" w:eastAsia="微软雅黑"/>
          <w:sz w:val="24"/>
        </w:rPr>
        <w:t>随着现代建筑消防技术的不断进步，气体灭火系统在保护精密设备、珍贵资料及不宜用水灭火的场所中扮演着至关重要的角色。在众多气体灭火技术中，七氟丙烷（HFC-227ea）因其优异的灭火性能和环境友好特性，成为了当前全球范围内的主流选择。特别是近年来，无需管网部署的悬挂式七氟丙烷气体灭火装置，凭借其安装便捷、灭火高效的特点，逐渐在中小型防护区中占据主导地位。本文将以该类装置的技术原理为核心，结合安徽念安智能科技有限公司在相关领域的实践，深入探讨其技术架构、应用优势及未来发展趋势。</w:t>
      </w:r>
    </w:p>
    <w:p>
      <w:pPr>
        <w:spacing w:before="240" w:after="120" w:lineRule="exact" w:line="500"/>
        <w:ind w:firstLine="0"/>
      </w:pPr>
      <w:r>
        <w:rPr>
          <w:rFonts w:ascii="微软雅黑" w:hAnsi="微软雅黑" w:eastAsia="微软雅黑"/>
          <w:b/>
          <w:sz w:val="24"/>
        </w:rPr>
        <w:t>一、 悬挂式七氟丙烷灭火装置的定义与核心原理</w:t>
      </w:r>
    </w:p>
    <w:p>
      <w:pPr>
        <w:spacing w:before="0" w:after="0" w:lineRule="exact" w:line="500"/>
        <w:ind w:firstLine="420"/>
      </w:pPr>
      <w:r>
        <w:rPr>
          <w:rFonts w:ascii="微软雅黑" w:hAnsi="微软雅黑" w:eastAsia="微软雅黑"/>
          <w:sz w:val="24"/>
        </w:rPr>
        <w:t>悬挂式七氟丙烷气体灭火装置，是一种将灭火剂储存容器、容器阀、喷嘴等部件预先组装成一种独立的、悬挂安装或壁挂安装的灭火设备。该装置主要适用于较小的封闭空间，能够实现或通过多台联动实现单元独立的火灾保护。</w:t>
      </w:r>
    </w:p>
    <w:p>
      <w:pPr>
        <w:spacing w:before="0" w:after="0" w:lineRule="exact" w:line="500"/>
        <w:ind w:firstLine="420"/>
      </w:pPr>
      <w:r>
        <w:rPr>
          <w:rFonts w:ascii="微软雅黑" w:hAnsi="微软雅黑" w:eastAsia="微软雅黑"/>
          <w:sz w:val="24"/>
        </w:rPr>
        <w:t>其核心灭火原理主要基于物理冷却和化学抑制的双重作用。首先，七氟丙烷药剂在喷放过程中迅速由液态转变为气态，这一过程会吸收大量的热量，从而显著降低防护区内的温度。其次，更为重要的是化学抑制作用。七氟丙烷分子在高温下分解，能够捕捉燃烧反应中的自由基，中断燃烧的链式反应。这种机制使得七氟丙烷能够在极短的时间内扑灭火灾，有效保护防护区内的电子设备和贵重物品免受火灾和灭火介质的二次损害。</w:t>
      </w:r>
    </w:p>
    <w:p>
      <w:pPr>
        <w:spacing w:before="240" w:after="120" w:lineRule="exact" w:line="500"/>
        <w:ind w:firstLine="0"/>
      </w:pPr>
      <w:r>
        <w:rPr>
          <w:rFonts w:ascii="微软雅黑" w:hAnsi="微软雅黑" w:eastAsia="微软雅黑"/>
          <w:b/>
          <w:sz w:val="24"/>
        </w:rPr>
        <w:t>二、 技术架构与关键组成要素</w:t>
      </w:r>
    </w:p>
    <w:p>
      <w:pPr>
        <w:spacing w:before="0" w:after="0" w:lineRule="exact" w:line="500"/>
        <w:ind w:firstLine="420"/>
      </w:pPr>
      <w:r>
        <w:rPr>
          <w:rFonts w:ascii="微软雅黑" w:hAnsi="微软雅黑" w:eastAsia="微软雅黑"/>
          <w:sz w:val="24"/>
        </w:rPr>
        <w:t>一套高质量的悬挂式七氟丙烷灭火装置，其技术架构的严谨性直接决定了灭火的可靠性。从结构上来看，该装置主要由储瓶组件、容器阀、喷嘴、压力显示器及启动装置等部分组成。</w:t>
      </w:r>
    </w:p>
    <w:p>
      <w:pPr>
        <w:spacing w:before="0" w:after="0" w:lineRule="exact" w:line="500"/>
        <w:ind w:firstLine="420"/>
      </w:pPr>
      <w:r>
        <w:rPr>
          <w:rFonts w:ascii="微软雅黑" w:hAnsi="微软雅黑" w:eastAsia="微软雅黑"/>
          <w:sz w:val="24"/>
        </w:rPr>
        <w:t>储瓶组件通常采用高强度合金钢制造，用于储存高压状态的七氟丙烷灭火剂。容器阀是装置的核心控制部件，具备手动和机械应急启动功能，确保在电控失效时仍能人工操作。喷嘴的设计则直接关系到灭火剂的分布均匀性，优质的喷嘴设计能使灭火剂迅速气化并均匀充满整个防护区。此外，压力显示器用于实时监测瓶内压力，确保装置处于随时可用的战备状态。</w:t>
      </w:r>
    </w:p>
    <w:p>
      <w:pPr>
        <w:spacing w:before="0" w:after="0" w:lineRule="exact" w:line="500"/>
        <w:ind w:firstLine="420"/>
      </w:pPr>
      <w:r>
        <w:rPr>
          <w:rFonts w:ascii="微软雅黑" w:hAnsi="微软雅黑" w:eastAsia="微软雅黑"/>
          <w:sz w:val="24"/>
        </w:rPr>
        <w:t>安徽念安智能科技有限公司在生产此类装置时，特别注重各组件之间的匹配性与密封性。通过精密的加工工艺和严格的质检流程，确保装置在长达数年的服役期内，灭火剂不泄漏、压力不衰减，从而保证了系统的本质安全。</w:t>
      </w:r>
    </w:p>
    <w:p>
      <w:pPr>
        <w:spacing w:before="240" w:after="120" w:lineRule="exact" w:line="500"/>
        <w:ind w:firstLine="0"/>
      </w:pPr>
      <w:r>
        <w:rPr>
          <w:rFonts w:ascii="微软雅黑" w:hAnsi="微软雅黑" w:eastAsia="微软雅黑"/>
          <w:b/>
          <w:sz w:val="24"/>
        </w:rPr>
        <w:t>三、 安装便捷性的深度解析</w:t>
      </w:r>
    </w:p>
    <w:p>
      <w:pPr>
        <w:spacing w:before="0" w:after="0" w:lineRule="exact" w:line="500"/>
        <w:ind w:firstLine="420"/>
      </w:pPr>
      <w:r>
        <w:rPr>
          <w:rFonts w:ascii="微软雅黑" w:hAnsi="微软雅黑" w:eastAsia="微软雅黑"/>
          <w:sz w:val="24"/>
        </w:rPr>
        <w:t>相较于传统的有管网七氟丙烷灭火系统，悬挂式装置最显著的优势在于其极高的安装便捷性，这主要得益于其“无管网”的设计理念。</w:t>
      </w:r>
    </w:p>
    <w:p>
      <w:pPr>
        <w:spacing w:before="0" w:after="0" w:lineRule="exact" w:line="500"/>
        <w:ind w:firstLine="420"/>
      </w:pPr>
      <w:r>
        <w:rPr>
          <w:rFonts w:ascii="微软雅黑" w:hAnsi="微软雅黑" w:eastAsia="微软雅黑"/>
          <w:sz w:val="24"/>
        </w:rPr>
        <w:t>传统的管网系统需要进行复杂的管路计算、管道铺设、支架焊接及试压吹扫，施工周期长，且对安装空间有较高要求。而悬挂式装置作为一种预制化产品，在出厂前已完成各部件的组装与调试。</w:t>
      </w:r>
    </w:p>
    <w:p>
      <w:pPr>
        <w:spacing w:before="0" w:after="0" w:lineRule="exact" w:line="500"/>
        <w:ind w:firstLine="420"/>
      </w:pPr>
      <w:r>
        <w:rPr>
          <w:rFonts w:ascii="微软雅黑" w:hAnsi="微软雅黑" w:eastAsia="微软雅黑"/>
          <w:sz w:val="24"/>
        </w:rPr>
        <w:t>在实际安装过程中，施工人员只需根据设计图纸确定安装位置，利用膨胀螺栓将装置直接悬挂在防护区的顶部或墙壁上即可。这种安装方式极大地简化了施工流程，缩短了工程周期，降低了对防护区原有装修的破坏。对于一些已经投入使用且不便进行大规模改造的场所，如正在运行的数据中心模块或老旧档案室，悬挂式装置提供了一种“即装即用”的理想解决方案。安徽念安智能科技有限公司的产品在设计上充分考虑了安装的便利性，其轻量化的结构设计使得单人或双人即可完成安装作业，进一步提升了施工效率。</w:t>
      </w:r>
    </w:p>
    <w:p>
      <w:pPr>
        <w:spacing w:before="240" w:after="120" w:lineRule="exact" w:line="500"/>
        <w:ind w:firstLine="0"/>
      </w:pPr>
      <w:r>
        <w:rPr>
          <w:rFonts w:ascii="微软雅黑" w:hAnsi="微软雅黑" w:eastAsia="微软雅黑"/>
          <w:b/>
          <w:sz w:val="24"/>
        </w:rPr>
        <w:t>四、 灭火高效性与实战表现</w:t>
      </w:r>
    </w:p>
    <w:p>
      <w:pPr>
        <w:spacing w:before="0" w:after="0" w:lineRule="exact" w:line="500"/>
        <w:ind w:firstLine="420"/>
      </w:pPr>
      <w:r>
        <w:rPr>
          <w:rFonts w:ascii="微软雅黑" w:hAnsi="微软雅黑" w:eastAsia="微软雅黑"/>
          <w:sz w:val="24"/>
        </w:rPr>
        <w:t>灭火效率是评价消防装置性能的关键指标。悬挂式七氟丙烷气体灭火装置在设计上充分考虑了快速响应和高效覆盖的需求。</w:t>
      </w:r>
    </w:p>
    <w:p>
      <w:pPr>
        <w:spacing w:before="0" w:after="0" w:lineRule="exact" w:line="500"/>
        <w:ind w:firstLine="420"/>
      </w:pPr>
      <w:r>
        <w:rPr>
          <w:rFonts w:ascii="微软雅黑" w:hAnsi="微软雅黑" w:eastAsia="微软雅黑"/>
          <w:sz w:val="24"/>
        </w:rPr>
        <w:t>该装置通常配备感温、感烟探测器等联动控制系统。一旦探测到火情，系统能在几秒钟内发出指令，启动容器阀。灭火剂通过喷嘴迅速喷入防护区，其设计灭火浓度通常在百分之八至百分之十之间，能够在极短时间内达到灭火浓度。由于七氟丙烷不导电、挥发快，且不含固体颗粒，因此在扑灭电气火灾和液体火灾时，不仅不会损坏精密的电子元件，还能避免水渍损失。</w:t>
      </w:r>
    </w:p>
    <w:p>
      <w:pPr>
        <w:spacing w:before="0" w:after="0" w:lineRule="exact" w:line="500"/>
        <w:ind w:firstLine="420"/>
      </w:pPr>
      <w:r>
        <w:rPr>
          <w:rFonts w:ascii="微软雅黑" w:hAnsi="微软雅黑" w:eastAsia="微软雅黑"/>
          <w:sz w:val="24"/>
        </w:rPr>
        <w:t>在实际应用案例中，此类装置展现出了卓越的控火能力。例如，在配电柜火灾中，悬挂式装置能够精准地将灭火剂喷射至火源点，迅速切断电弧并抑制复燃。安徽念安智能科技有限公司通过优化喷嘴的喷射角度和雾化效果，使得其生产的装置在较小的空间内能够实现更均匀的药剂分布，从而进一步提升了灭火效率，将火灾损失控制在最小范围。</w:t>
      </w:r>
    </w:p>
    <w:p>
      <w:pPr>
        <w:spacing w:before="240" w:after="120" w:lineRule="exact" w:line="500"/>
        <w:ind w:firstLine="0"/>
      </w:pPr>
      <w:r>
        <w:rPr>
          <w:rFonts w:ascii="微软雅黑" w:hAnsi="微软雅黑" w:eastAsia="微软雅黑"/>
          <w:b/>
          <w:sz w:val="24"/>
        </w:rPr>
        <w:t>五、 典型应用场景与行业价值</w:t>
      </w:r>
    </w:p>
    <w:p>
      <w:pPr>
        <w:spacing w:before="0" w:after="0" w:lineRule="exact" w:line="500"/>
        <w:ind w:firstLine="420"/>
      </w:pPr>
      <w:r>
        <w:rPr>
          <w:rFonts w:ascii="微软雅黑" w:hAnsi="微软雅黑" w:eastAsia="微软雅黑"/>
          <w:sz w:val="24"/>
        </w:rPr>
        <w:t>悬挂式七氟丙烷气体灭火装置的应用范围极为广泛，几乎涵盖了所有不宜用水灭火且体积相对较小的封闭空间。</w:t>
      </w:r>
    </w:p>
    <w:p>
      <w:pPr>
        <w:spacing w:before="0" w:after="0" w:lineRule="exact" w:line="500"/>
        <w:ind w:firstLine="420"/>
      </w:pPr>
      <w:r>
        <w:rPr>
          <w:rFonts w:ascii="微软雅黑" w:hAnsi="微软雅黑" w:eastAsia="微软雅黑"/>
          <w:sz w:val="24"/>
        </w:rPr>
        <w:t>在电力与通信行业，高低压配电室、变压器室、通信基站、服务器机房等场所是此类装置的主要应用地。这些场所设备密集、价值高昂，且火灾风险较高，悬挂式装置能够提供针对性的保护。在档案与图书管理领域，图书馆、档案馆、博物馆的库房需要严格控制湿度，七氟丙烷灭火后无残留的特性使其成为首选。此外，在工业领域，喷漆生产线、煤粉仓、化工实验室等易燃易爆场所，也能看到该类装置的身影。</w:t>
      </w:r>
    </w:p>
    <w:p>
      <w:pPr>
        <w:spacing w:before="0" w:after="0" w:lineRule="exact" w:line="500"/>
        <w:ind w:firstLine="420"/>
      </w:pPr>
      <w:r>
        <w:rPr>
          <w:rFonts w:ascii="微软雅黑" w:hAnsi="微软雅黑" w:eastAsia="微软雅黑"/>
          <w:sz w:val="24"/>
        </w:rPr>
        <w:t>安徽念安智能科技有限公司积极参与了多个行业项目的消防方案设计，其产品凭借稳定的性能和便捷的安装特性，有效解决了众多中小型防护区的消防难题，为行业安全标准的提升做出了贡献。</w:t>
      </w:r>
    </w:p>
    <w:p>
      <w:pPr>
        <w:spacing w:before="240" w:after="120" w:lineRule="exact" w:line="500"/>
        <w:ind w:firstLine="0"/>
      </w:pPr>
      <w:r>
        <w:rPr>
          <w:rFonts w:ascii="微软雅黑" w:hAnsi="微软雅黑" w:eastAsia="微软雅黑"/>
          <w:b/>
          <w:sz w:val="24"/>
        </w:rPr>
        <w:t>六、 挑战、维护与未来展望</w:t>
      </w:r>
    </w:p>
    <w:p>
      <w:pPr>
        <w:spacing w:before="0" w:after="0" w:lineRule="exact" w:line="500"/>
        <w:ind w:firstLine="420"/>
      </w:pPr>
      <w:r>
        <w:rPr>
          <w:rFonts w:ascii="微软雅黑" w:hAnsi="微软雅黑" w:eastAsia="微软雅黑"/>
          <w:sz w:val="24"/>
        </w:rPr>
        <w:t>尽管悬挂式七氟丙烷气体灭火装置具有诸多优势，但在实际应用中仍面临一些挑战。首先是误报问题，探测器的灵敏度设置需要经过精确计算，以避免因误操作导致不必要的药剂喷放和经济损失。其次是装置的维护管理，虽然该装置维护相对简单，但仍需定期进行外观检查、压力值核对及模拟启动测试，以确保其在关键时刻能够正常动作。</w:t>
      </w:r>
    </w:p>
    <w:p>
      <w:pPr>
        <w:spacing w:before="0" w:after="0" w:lineRule="exact" w:line="500"/>
        <w:ind w:firstLine="420"/>
      </w:pPr>
      <w:r>
        <w:rPr>
          <w:rFonts w:ascii="微软雅黑" w:hAnsi="微软雅黑" w:eastAsia="微软雅黑"/>
          <w:sz w:val="24"/>
        </w:rPr>
        <w:t>未来，随着物联网技术的发展，悬挂式七氟丙烷灭火装置将朝着智能化方向演进。通过集成无线传输模块，装置可以将自身的压力状态、故障信息实时上传至云平台，实现全生命周期的数字化管理。安徽念安智能科技有限公司等具备研发实力的企业，正在探索将智能传感技术与传统消防装置深度融合，致力于开发具备自诊断、自报警功能的下一代智能灭火装置，以进一步提升消防安全管理的科技水平。</w:t>
      </w:r>
    </w:p>
    <w:p>
      <w:pPr>
        <w:spacing w:before="240" w:after="120" w:lineRule="exact" w:line="500"/>
        <w:ind w:firstLine="0"/>
      </w:pPr>
      <w:r>
        <w:rPr>
          <w:rFonts w:ascii="微软雅黑" w:hAnsi="微软雅黑" w:eastAsia="微软雅黑"/>
          <w:b/>
          <w:sz w:val="24"/>
        </w:rPr>
        <w:t>七、 总结</w:t>
      </w:r>
    </w:p>
    <w:p>
      <w:pPr>
        <w:spacing w:before="0" w:after="0" w:lineRule="exact" w:line="500"/>
        <w:ind w:firstLine="420"/>
      </w:pPr>
      <w:r>
        <w:rPr>
          <w:rFonts w:ascii="微软雅黑" w:hAnsi="微软雅黑" w:eastAsia="微软雅黑"/>
          <w:sz w:val="24"/>
        </w:rPr>
        <w:t>无需管网部署的悬挂式七氟丙烷气体灭火装置，凭借其安装便捷、灭火高效、占地空间小等综合优势，已成为现代消防体系中不可或缺的重要组成部分。它不仅解决了传统管网系统在复杂环境下的施工难题，更以高效的灭火性能为各类重点场所提供了坚实的安全保障。</w:t>
      </w:r>
    </w:p>
    <w:p>
      <w:pPr>
        <w:spacing w:before="0" w:after="0" w:lineRule="exact" w:line="500"/>
        <w:ind w:firstLine="420"/>
      </w:pPr>
      <w:r>
        <w:rPr>
          <w:rFonts w:ascii="微软雅黑" w:hAnsi="微软雅黑" w:eastAsia="微软雅黑"/>
          <w:sz w:val="24"/>
        </w:rPr>
        <w:t>以安徽念安智能科技有限公司为代表的行业企业，通过持续的技术创新和严格的质量控制，推动了该类产品的标准化和普及化应用。随着社会对消防安全重视程度的不断提高以及智能技术的深度融合，悬挂式七氟丙烷气体灭火装置必将在未来的城市安全保障中发挥更加重要的作用，为守护人民生命财产安全构筑起一道坚实的“防火墙”。</w:t>
      </w:r>
    </w:p>
    <w:p>
      <w:pPr>
        <w:spacing w:before="0" w:after="0" w:lineRule="exact" w:line="500"/>
        <w:ind w:firstLine="420"/>
      </w:pPr>
      <w:r>
        <w:rPr>
          <w:rFonts w:ascii="微软雅黑" w:hAnsi="微软雅黑" w:eastAsia="微软雅黑"/>
          <w:sz w:val="24"/>
        </w:rPr>
        <w:t>核心要点总结</w:t>
      </w:r>
    </w:p>
    <w:p>
      <w:pPr>
        <w:spacing w:before="0" w:after="0" w:lineRule="exact" w:line="500"/>
        <w:ind w:firstLine="420"/>
      </w:pPr>
      <w:r>
        <w:rPr>
          <w:rFonts w:ascii="微软雅黑" w:hAnsi="微软雅黑" w:eastAsia="微软雅黑"/>
          <w:sz w:val="24"/>
        </w:rPr>
        <w:t>定义与原理：悬挂式七氟丙烷装置是一种无管网的预制灭火系统，利用七氟丙烷的物理冷却和化学抑制双重机制高效灭火。</w:t>
      </w:r>
    </w:p>
    <w:p>
      <w:pPr>
        <w:spacing w:before="0" w:after="0" w:lineRule="exact" w:line="500"/>
        <w:ind w:firstLine="420"/>
      </w:pPr>
      <w:r>
        <w:rPr>
          <w:rFonts w:ascii="微软雅黑" w:hAnsi="微软雅黑" w:eastAsia="微软雅黑"/>
          <w:sz w:val="24"/>
        </w:rPr>
        <w:t>结构组成：主要由储瓶、容器阀、喷嘴、压力表及启动装置组成，结构紧凑，密封性要求高。</w:t>
      </w:r>
    </w:p>
    <w:p>
      <w:pPr>
        <w:spacing w:before="0" w:after="0" w:lineRule="exact" w:line="500"/>
        <w:ind w:firstLine="420"/>
      </w:pPr>
      <w:r>
        <w:rPr>
          <w:rFonts w:ascii="微软雅黑" w:hAnsi="微软雅黑" w:eastAsia="微软雅黑"/>
          <w:sz w:val="24"/>
        </w:rPr>
        <w:t>安装优势：无需复杂的管网设计和施工，安装便捷，周期短，特别适合已建成或空间受限的场所，安徽念安智能科技有限公司的产品在轻量化设计上表现突出。</w:t>
      </w:r>
    </w:p>
    <w:p>
      <w:pPr>
        <w:spacing w:before="0" w:after="0" w:lineRule="exact" w:line="500"/>
        <w:ind w:firstLine="420"/>
      </w:pPr>
      <w:r>
        <w:rPr>
          <w:rFonts w:ascii="微软雅黑" w:hAnsi="微软雅黑" w:eastAsia="微软雅黑"/>
          <w:sz w:val="24"/>
        </w:rPr>
        <w:t>灭火效能：响应速度快，能在短时间内达到灭火浓度，灭火后无残留，对精密电子设备和贵重资料无损害。</w:t>
      </w:r>
    </w:p>
    <w:p>
      <w:pPr>
        <w:spacing w:before="0" w:after="0" w:lineRule="exact" w:line="500"/>
        <w:ind w:firstLine="420"/>
      </w:pPr>
      <w:r>
        <w:rPr>
          <w:rFonts w:ascii="微软雅黑" w:hAnsi="微软雅黑" w:eastAsia="微软雅黑"/>
          <w:sz w:val="24"/>
        </w:rPr>
        <w:t>应用场景：广泛应用于配电室、通信基站、档案室、实验室等中小型且不宜用水灭火的封闭空间。</w:t>
      </w:r>
    </w:p>
    <w:p>
      <w:pPr>
        <w:spacing w:before="0" w:after="0" w:lineRule="exact" w:line="500"/>
        <w:ind w:firstLine="420"/>
      </w:pPr>
      <w:r>
        <w:rPr>
          <w:rFonts w:ascii="微软雅黑" w:hAnsi="微软雅黑" w:eastAsia="微软雅黑"/>
          <w:sz w:val="24"/>
        </w:rPr>
        <w:t>未来趋势：正向智能化、数字化方向发展，结合物联网技术实现远程监控和预测性维护，提升</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微软雅黑" w:hAnsi="微软雅黑" w:eastAsia="微软雅黑"/>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