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六年级下学期 / 接力版（三年级起点）</w:t>
            </w:r>
          </w:p>
        </w:tc>
      </w:tr>
    </w:tbl>
    <w:p>
      <w:pPr>
        <w:autoSpaceDN w:val="0"/>
        <w:autoSpaceDE w:val="0"/>
        <w:widowControl/>
        <w:spacing w:line="250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348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218" w:right="218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单词表总结和背单词练习</w:t>
            </w:r>
          </w:p>
        </w:tc>
      </w:tr>
      <w:tr>
        <w:trPr>
          <w:trHeight w:hRule="exact" w:val="1468"/>
        </w:trPr>
        <w:tc>
          <w:tcPr>
            <w:tcW w:type="dxa" w:w="3480"/>
            <w:tcBorders>
              <w:top w:sz="5.599999904632568" w:val="single" w:color="#324C4C"/>
              <w:end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96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学期：六年级下学期</w:t>
            </w:r>
          </w:p>
          <w:p>
            <w:pPr>
              <w:autoSpaceDN w:val="0"/>
              <w:autoSpaceDE w:val="0"/>
              <w:widowControl/>
              <w:spacing w:line="422" w:lineRule="exact" w:before="228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版本：接力版（三年级起点）</w:t>
            </w:r>
          </w:p>
        </w:tc>
      </w:tr>
    </w:tbl>
    <w:p>
      <w:pPr>
        <w:autoSpaceDN w:val="0"/>
        <w:autoSpaceDE w:val="0"/>
        <w:widowControl/>
        <w:spacing w:line="212" w:lineRule="exact" w:before="11326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六年级下学期 / 接力版（三年级起点）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01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30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单词表</w:t>
                  </w:r>
                </w:p>
              </w:tc>
              <w:tc>
                <w:tcPr>
                  <w:tcW w:type="dxa" w:w="37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按课文顺序</w:t>
                  </w:r>
                </w:p>
              </w:tc>
              <w:tc>
                <w:tcPr>
                  <w:tcW w:type="dxa" w:w="35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400" w:lineRule="exact" w:before="1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Lesson 1 He is wearing a blue T-shirt.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1414"/>
        </w:trPr>
        <w:tc>
          <w:tcPr>
            <w:tcW w:type="dxa" w:w="457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cousin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堂（表）兄弟，堂（表）姐妹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女士</w:t>
            </w:r>
          </w:p>
        </w:tc>
        <w:tc>
          <w:tcPr>
            <w:tcW w:type="dxa" w:w="514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364" w:right="3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hold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抱住，夹住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64" w:right="3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T-shirt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T恤衫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which </w:t>
      </w:r>
      <w:r>
        <w:rPr>
          <w:rFonts w:ascii="宋体" w:hAnsi="宋体" w:eastAsia="宋体"/>
          <w:b w:val="0"/>
          <w:i w:val="0"/>
          <w:color w:val="555D5D"/>
          <w:sz w:val="24"/>
        </w:rPr>
        <w:t>哪一个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Lesson 2 How can we do it?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354"/>
        </w:trPr>
        <w:tc>
          <w:tcPr>
            <w:tcW w:type="dxa" w:w="354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catch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接住，捉住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easy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容易的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东西，事物</w:t>
            </w:r>
          </w:p>
        </w:tc>
        <w:tc>
          <w:tcPr>
            <w:tcW w:type="dxa" w:w="617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398" w:right="13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circle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圆圈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98" w:right="13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study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学习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98" w:right="13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方法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0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Lesson 3 It’s cold in Harbin. </w:t>
      </w:r>
    </w:p>
    <w:p>
      <w:pPr>
        <w:autoSpaceDN w:val="0"/>
        <w:autoSpaceDE w:val="0"/>
        <w:widowControl/>
        <w:spacing w:line="400" w:lineRule="exact" w:before="170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next </w:t>
      </w:r>
      <w:r>
        <w:rPr>
          <w:rFonts w:ascii="宋体" w:hAnsi="宋体" w:eastAsia="宋体"/>
          <w:b w:val="0"/>
          <w:i w:val="0"/>
          <w:color w:val="555D5D"/>
          <w:sz w:val="24"/>
        </w:rPr>
        <w:t>下一个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Lesson 4 Sally is going to Beijing.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1414"/>
        </w:trPr>
        <w:tc>
          <w:tcPr>
            <w:tcW w:type="dxa" w:w="312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lake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湖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计划</w:t>
            </w:r>
          </w:p>
        </w:tc>
        <w:tc>
          <w:tcPr>
            <w:tcW w:type="dxa" w:w="659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816" w:right="181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mount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山；山峰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816" w:right="181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sound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听起来好像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west </w:t>
      </w:r>
      <w:r>
        <w:rPr>
          <w:rFonts w:ascii="宋体" w:hAnsi="宋体" w:eastAsia="宋体"/>
          <w:b w:val="0"/>
          <w:i w:val="0"/>
          <w:color w:val="555D5D"/>
          <w:sz w:val="24"/>
        </w:rPr>
        <w:t>西</w:t>
      </w:r>
    </w:p>
    <w:p>
      <w:pPr>
        <w:autoSpaceDN w:val="0"/>
        <w:autoSpaceDE w:val="0"/>
        <w:widowControl/>
        <w:spacing w:line="400" w:lineRule="exact" w:before="720" w:after="0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Lesson 5 Can help you? </w:t>
      </w:r>
    </w:p>
    <w:p>
      <w:pPr>
        <w:autoSpaceDN w:val="0"/>
        <w:autoSpaceDE w:val="0"/>
        <w:widowControl/>
        <w:spacing w:line="400" w:lineRule="exact" w:before="172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healthy </w:t>
      </w:r>
      <w:r>
        <w:rPr>
          <w:rFonts w:ascii="宋体" w:hAnsi="宋体" w:eastAsia="宋体"/>
          <w:b w:val="0"/>
          <w:i w:val="0"/>
          <w:color w:val="555D5D"/>
          <w:sz w:val="24"/>
        </w:rPr>
        <w:t>健康的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Lesson 6 Beijing is a great city.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1280"/>
        </w:trPr>
        <w:tc>
          <w:tcPr>
            <w:tcW w:type="dxa" w:w="4362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around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</w:tc>
        <w:tc>
          <w:tcPr>
            <w:tcW w:type="dxa" w:w="535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578" w:right="5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famous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著名的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382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67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296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六年级下学期 / 接力版（三年级起点）</w:t>
            </w:r>
          </w:p>
        </w:tc>
      </w:tr>
      <w:tr>
        <w:trPr>
          <w:trHeight w:hRule="exact" w:val="952"/>
        </w:trPr>
        <w:tc>
          <w:tcPr>
            <w:tcW w:type="dxa" w:w="382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地图</w:t>
            </w:r>
          </w:p>
        </w:tc>
        <w:tc>
          <w:tcPr>
            <w:tcW w:type="dxa" w:w="367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202" w:right="20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划（船）</w:t>
            </w:r>
          </w:p>
        </w:tc>
        <w:tc>
          <w:tcPr>
            <w:tcW w:type="dxa" w:w="296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autoSpaceDE w:val="0"/>
        <w:widowControl/>
        <w:spacing w:line="400" w:lineRule="exact" w:before="180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travel </w:t>
      </w:r>
      <w:r>
        <w:rPr>
          <w:rFonts w:ascii="宋体" w:hAnsi="宋体" w:eastAsia="宋体"/>
          <w:b w:val="0"/>
          <w:i w:val="0"/>
          <w:color w:val="555D5D"/>
          <w:sz w:val="24"/>
        </w:rPr>
        <w:t>旅行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Lesson 7 We had a good time!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834"/>
        </w:trPr>
        <w:tc>
          <w:tcPr>
            <w:tcW w:type="dxa" w:w="300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its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它的</w:t>
            </w:r>
          </w:p>
        </w:tc>
        <w:tc>
          <w:tcPr>
            <w:tcW w:type="dxa" w:w="671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932" w:right="193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seafood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海鲜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Lesson 8 It’s time to say goodbye.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654"/>
        </w:trPr>
        <w:tc>
          <w:tcPr>
            <w:tcW w:type="dxa" w:w="345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happiness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幸福</w:t>
            </w:r>
          </w:p>
        </w:tc>
        <w:tc>
          <w:tcPr>
            <w:tcW w:type="dxa" w:w="626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484" w:right="14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kind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亲切的，友好的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wish </w:t>
      </w:r>
      <w:r>
        <w:rPr>
          <w:rFonts w:ascii="宋体" w:hAnsi="宋体" w:eastAsia="宋体"/>
          <w:b w:val="0"/>
          <w:i w:val="0"/>
          <w:color w:val="555D5D"/>
          <w:sz w:val="24"/>
        </w:rPr>
        <w:t>完整信息公众号英语超人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Revision 1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174"/>
        </w:trPr>
        <w:tc>
          <w:tcPr>
            <w:tcW w:type="dxa" w:w="413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missing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丢失的，失踪的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police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警察</w:t>
            </w:r>
          </w:p>
        </w:tc>
        <w:tc>
          <w:tcPr>
            <w:tcW w:type="dxa" w:w="558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804" w:right="8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冰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04" w:right="8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north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北方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04" w:right="8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shorts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短裤</w:t>
            </w:r>
          </w:p>
        </w:tc>
      </w:tr>
    </w:tbl>
    <w:p>
      <w:pPr>
        <w:autoSpaceDN w:val="0"/>
        <w:autoSpaceDE w:val="0"/>
        <w:widowControl/>
        <w:spacing w:line="402" w:lineRule="exact" w:before="172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trousers </w:t>
      </w:r>
      <w:r>
        <w:rPr>
          <w:rFonts w:ascii="宋体" w:hAnsi="宋体" w:eastAsia="宋体"/>
          <w:b w:val="0"/>
          <w:i w:val="0"/>
          <w:color w:val="555D5D"/>
          <w:sz w:val="24"/>
        </w:rPr>
        <w:t>裤子</w:t>
      </w:r>
    </w:p>
    <w:p>
      <w:pPr>
        <w:autoSpaceDN w:val="0"/>
        <w:autoSpaceDE w:val="0"/>
        <w:widowControl/>
        <w:spacing w:line="402" w:lineRule="exact" w:before="718" w:after="90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Revision 2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654"/>
        </w:trPr>
        <w:tc>
          <w:tcPr>
            <w:tcW w:type="dxa" w:w="321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beach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海滩</w:t>
            </w:r>
          </w:p>
        </w:tc>
        <w:tc>
          <w:tcPr>
            <w:tcW w:type="dxa" w:w="650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728" w:right="17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market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市场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654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stomachache </w:t>
      </w:r>
      <w:r>
        <w:rPr>
          <w:rFonts w:ascii="宋体" w:hAnsi="宋体" w:eastAsia="宋体"/>
          <w:b w:val="0"/>
          <w:i w:val="0"/>
          <w:color w:val="555D5D"/>
          <w:sz w:val="24"/>
        </w:rPr>
        <w:t>肚子痛；胃痛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02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单词抄写</w:t>
                  </w:r>
                </w:p>
              </w:tc>
              <w:tc>
                <w:tcPr>
                  <w:tcW w:type="dxa" w:w="376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将单词抄写6遍</w:t>
                  </w:r>
                </w:p>
              </w:tc>
              <w:tc>
                <w:tcPr>
                  <w:tcW w:type="dxa" w:w="32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2" name="Picture 2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620"/>
        </w:trPr>
        <w:tc>
          <w:tcPr>
            <w:tcW w:type="dxa" w:w="17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6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which </w:t>
            </w:r>
          </w:p>
        </w:tc>
        <w:tc>
          <w:tcPr>
            <w:tcW w:type="dxa" w:w="15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86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哪一个</w:t>
            </w:r>
          </w:p>
        </w:tc>
        <w:tc>
          <w:tcPr>
            <w:tcW w:type="dxa" w:w="3214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786"/>
        </w:trPr>
        <w:tc>
          <w:tcPr>
            <w:tcW w:type="dxa" w:w="3236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" name="Picture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6450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六年级下学期 / 接力版（三年级起点）</w:t>
            </w:r>
          </w:p>
        </w:tc>
      </w:tr>
      <w:tr>
        <w:trPr>
          <w:trHeight w:hRule="exact" w:val="1240"/>
        </w:trPr>
        <w:tc>
          <w:tcPr>
            <w:tcW w:type="dxa" w:w="3216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" name="Picture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" name="Picture 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" name="Picture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" name="Picture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" name="Picture 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" name="Picture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" name="Picture 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" name="Picture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" name="Picture 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" name="Picture 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" name="Picture 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" name="Picture 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9" name="Picture 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80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64" w:right="16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cousin </w:t>
            </w:r>
          </w:p>
        </w:tc>
        <w:tc>
          <w:tcPr>
            <w:tcW w:type="dxa" w:w="464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66" w:right="6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堂（表）兄弟，堂（表）姐妹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0" name="Picture 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1" name="Picture 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2" name="Picture 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3" name="Picture 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6"/>
        </w:trPr>
        <w:tc>
          <w:tcPr>
            <w:tcW w:type="dxa" w:w="180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30" w:right="13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T-shirt </w:t>
            </w:r>
          </w:p>
        </w:tc>
        <w:tc>
          <w:tcPr>
            <w:tcW w:type="dxa" w:w="464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00" w:right="10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T恤衫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4" name="Picture 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5" name="Picture 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6" name="Picture 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7" name="Picture 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14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48" w:right="2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Ms </w:t>
            </w:r>
          </w:p>
        </w:tc>
        <w:tc>
          <w:tcPr>
            <w:tcW w:type="dxa" w:w="496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女士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8" name="Picture 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9" name="Picture 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2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0" name="Picture 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1" name="Picture 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14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98" w:right="9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hold </w:t>
            </w:r>
          </w:p>
        </w:tc>
        <w:tc>
          <w:tcPr>
            <w:tcW w:type="dxa" w:w="496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32" w:right="1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抱住，夹住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2" name="Picture 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3" name="Picture 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2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4" name="Picture 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5" name="Picture 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8"/>
        </w:trPr>
        <w:tc>
          <w:tcPr>
            <w:tcW w:type="dxa" w:w="14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study </w:t>
            </w:r>
          </w:p>
        </w:tc>
        <w:tc>
          <w:tcPr>
            <w:tcW w:type="dxa" w:w="496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50" w:right="2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学习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6" name="Picture 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7" name="Picture 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8" name="Picture 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9" name="Picture 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34"/>
        </w:trPr>
        <w:tc>
          <w:tcPr>
            <w:tcW w:type="dxa" w:w="14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98" w:right="9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easy </w:t>
            </w:r>
          </w:p>
        </w:tc>
        <w:tc>
          <w:tcPr>
            <w:tcW w:type="dxa" w:w="496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32" w:right="1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容易的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1092"/>
        </w:trPr>
        <w:tc>
          <w:tcPr>
            <w:tcW w:type="dxa" w:w="321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98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0" name="Picture 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98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1" name="Picture 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42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02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六年级下学期 / 接力版（三年级起点）</w:t>
            </w:r>
          </w:p>
        </w:tc>
      </w:tr>
      <w:tr>
        <w:trPr>
          <w:trHeight w:hRule="exact" w:val="1504"/>
        </w:trPr>
        <w:tc>
          <w:tcPr>
            <w:tcW w:type="dxa" w:w="3426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2" name="Picture 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2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508" w:right="5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3" name="Picture 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4" name="Picture 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circle </w:t>
            </w:r>
          </w:p>
        </w:tc>
        <w:tc>
          <w:tcPr>
            <w:tcW w:type="dxa" w:w="192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圆圈</w:t>
            </w:r>
          </w:p>
        </w:tc>
        <w:tc>
          <w:tcPr>
            <w:tcW w:type="dxa" w:w="302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08" w:right="5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5" name="Picture 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6" name="Picture 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7" name="Picture 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8" name="Picture 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08" w:right="5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9" name="Picture 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0" name="Picture 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6" w:right="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catch </w:t>
            </w:r>
          </w:p>
        </w:tc>
        <w:tc>
          <w:tcPr>
            <w:tcW w:type="dxa" w:w="192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14" w:right="2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接住，捉住</w:t>
            </w:r>
          </w:p>
        </w:tc>
        <w:tc>
          <w:tcPr>
            <w:tcW w:type="dxa" w:w="302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08" w:right="5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1" name="Picture 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2" name="Picture 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3" name="Picture 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4" name="Picture 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08" w:right="5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5" name="Picture 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6" name="Picture 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50" w:right="15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way </w:t>
            </w:r>
          </w:p>
        </w:tc>
        <w:tc>
          <w:tcPr>
            <w:tcW w:type="dxa" w:w="192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80" w:right="8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方法</w:t>
            </w:r>
          </w:p>
        </w:tc>
        <w:tc>
          <w:tcPr>
            <w:tcW w:type="dxa" w:w="302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08" w:right="5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7" name="Picture 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8" name="Picture 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4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9" name="Picture 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0" name="Picture 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08" w:right="5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1" name="Picture 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2" name="Picture 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32" w:right="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thing </w:t>
            </w:r>
          </w:p>
        </w:tc>
        <w:tc>
          <w:tcPr>
            <w:tcW w:type="dxa" w:w="192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98" w:right="1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东西，事物</w:t>
            </w:r>
          </w:p>
        </w:tc>
        <w:tc>
          <w:tcPr>
            <w:tcW w:type="dxa" w:w="302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08" w:right="5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3" name="Picture 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4" name="Picture 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4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5" name="Picture 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6" name="Picture 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08" w:right="5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7" name="Picture 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8" name="Picture 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32" w:right="1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next </w:t>
            </w:r>
          </w:p>
        </w:tc>
        <w:tc>
          <w:tcPr>
            <w:tcW w:type="dxa" w:w="192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98" w:right="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下一个</w:t>
            </w:r>
          </w:p>
        </w:tc>
        <w:tc>
          <w:tcPr>
            <w:tcW w:type="dxa" w:w="302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08" w:right="5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9" name="Picture 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0" name="Picture 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1" name="Picture 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2" name="Picture 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24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08" w:right="5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3" name="Picture 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4" name="Picture 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462"/>
        </w:trPr>
        <w:tc>
          <w:tcPr>
            <w:tcW w:type="dxa" w:w="1802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80" w:right="18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mount </w:t>
            </w:r>
          </w:p>
        </w:tc>
        <w:tc>
          <w:tcPr>
            <w:tcW w:type="dxa" w:w="162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50" w:right="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山；山峰</w:t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468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98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六年级下学期 / 接力版（三年级起点）</w:t>
            </w:r>
          </w:p>
        </w:tc>
      </w:tr>
      <w:tr>
        <w:trPr>
          <w:trHeight w:hRule="exact" w:val="1306"/>
        </w:trPr>
        <w:tc>
          <w:tcPr>
            <w:tcW w:type="dxa" w:w="3468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5" name="Picture 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8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466" w:right="4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6" name="Picture 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7" name="Picture 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34"/>
        </w:trPr>
        <w:tc>
          <w:tcPr>
            <w:tcW w:type="dxa" w:w="346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8" name="Picture 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66" w:right="4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9" name="Picture 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0" name="Picture 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24" w:right="22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lake </w:t>
            </w:r>
          </w:p>
        </w:tc>
        <w:tc>
          <w:tcPr>
            <w:tcW w:type="dxa" w:w="189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6" w:right="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湖</w:t>
            </w:r>
          </w:p>
        </w:tc>
        <w:tc>
          <w:tcPr>
            <w:tcW w:type="dxa" w:w="298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66" w:right="4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1" name="Picture 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2" name="Picture 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6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3" name="Picture 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6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4" name="Picture 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66" w:right="4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5" name="Picture 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6" name="Picture 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74" w:right="17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west </w:t>
            </w:r>
          </w:p>
        </w:tc>
        <w:tc>
          <w:tcPr>
            <w:tcW w:type="dxa" w:w="189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58" w:right="5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西</w:t>
            </w:r>
          </w:p>
        </w:tc>
        <w:tc>
          <w:tcPr>
            <w:tcW w:type="dxa" w:w="298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66" w:right="4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7" name="Picture 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8" name="Picture 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6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9" name="Picture 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6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0" name="Picture 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66" w:right="4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1" name="Picture 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2" name="Picture 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6" w:right="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sound </w:t>
            </w:r>
          </w:p>
        </w:tc>
        <w:tc>
          <w:tcPr>
            <w:tcW w:type="dxa" w:w="189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24" w:right="22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听起来好像</w:t>
            </w:r>
          </w:p>
        </w:tc>
        <w:tc>
          <w:tcPr>
            <w:tcW w:type="dxa" w:w="298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66" w:right="4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3" name="Picture 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4" name="Picture 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46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5" name="Picture 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6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6" name="Picture 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66" w:right="4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7" name="Picture 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8" name="Picture 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206" w:right="20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plan </w:t>
            </w:r>
          </w:p>
        </w:tc>
        <w:tc>
          <w:tcPr>
            <w:tcW w:type="dxa" w:w="189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4" w:right="2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计划</w:t>
            </w:r>
          </w:p>
        </w:tc>
        <w:tc>
          <w:tcPr>
            <w:tcW w:type="dxa" w:w="298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466" w:right="4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9" name="Picture 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0" name="Picture 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6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1" name="Picture 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6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2" name="Picture 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66" w:right="4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3" name="Picture 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4" name="Picture 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88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46" w:right="14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healthy </w:t>
            </w:r>
          </w:p>
        </w:tc>
        <w:tc>
          <w:tcPr>
            <w:tcW w:type="dxa" w:w="15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84" w:right="8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健康的</w:t>
            </w:r>
          </w:p>
        </w:tc>
        <w:tc>
          <w:tcPr>
            <w:tcW w:type="dxa" w:w="298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66" w:right="4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5" name="Picture 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6" name="Picture 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6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7" name="Picture 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1660"/>
        </w:trPr>
        <w:tc>
          <w:tcPr>
            <w:tcW w:type="dxa" w:w="3468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8" name="Picture 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8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66" w:right="4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9" name="Picture 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0" name="Picture 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6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52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92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六年级下学期 / 接力版（三年级起点）</w:t>
            </w:r>
          </w:p>
        </w:tc>
      </w:tr>
      <w:tr>
        <w:trPr>
          <w:trHeight w:hRule="exact" w:val="938"/>
        </w:trPr>
        <w:tc>
          <w:tcPr>
            <w:tcW w:type="dxa" w:w="1778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40" w:right="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famous </w:t>
            </w:r>
          </w:p>
        </w:tc>
        <w:tc>
          <w:tcPr>
            <w:tcW w:type="dxa" w:w="174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96" w:after="0"/>
              <w:ind w:left="190" w:right="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著名的</w:t>
            </w:r>
          </w:p>
        </w:tc>
        <w:tc>
          <w:tcPr>
            <w:tcW w:type="dxa" w:w="2924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408" w:right="4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1" name="Picture 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2" name="Picture 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3" name="Picture 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5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4" name="Picture 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08" w:right="4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5" name="Picture 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6" name="Picture 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45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34" w:right="13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row </w:t>
            </w:r>
          </w:p>
        </w:tc>
        <w:tc>
          <w:tcPr>
            <w:tcW w:type="dxa" w:w="207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96" w:right="9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划（船）</w:t>
            </w:r>
          </w:p>
        </w:tc>
        <w:tc>
          <w:tcPr>
            <w:tcW w:type="dxa" w:w="292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408" w:right="4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7" name="Picture 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8" name="Picture 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9" name="Picture 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0" name="Picture 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08" w:right="4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1" name="Picture 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2" name="Picture 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5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84" w:right="8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map </w:t>
            </w:r>
          </w:p>
        </w:tc>
        <w:tc>
          <w:tcPr>
            <w:tcW w:type="dxa" w:w="207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46" w:right="1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地图</w:t>
            </w:r>
          </w:p>
        </w:tc>
        <w:tc>
          <w:tcPr>
            <w:tcW w:type="dxa" w:w="292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08" w:right="4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3" name="Picture 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4" name="Picture 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5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5" name="Picture 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6" name="Picture 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08" w:right="4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7" name="Picture 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8" name="Picture 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77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90" w:right="9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around </w:t>
            </w:r>
          </w:p>
        </w:tc>
        <w:tc>
          <w:tcPr>
            <w:tcW w:type="dxa" w:w="17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40" w:right="1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围绕；到处</w:t>
            </w:r>
          </w:p>
        </w:tc>
        <w:tc>
          <w:tcPr>
            <w:tcW w:type="dxa" w:w="292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408" w:right="4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9" name="Picture 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0" name="Picture 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1" name="Picture 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2" name="Picture 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08" w:right="4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3" name="Picture 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4" name="Picture 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77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40" w:right="2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travel </w:t>
            </w:r>
          </w:p>
        </w:tc>
        <w:tc>
          <w:tcPr>
            <w:tcW w:type="dxa" w:w="17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旅行</w:t>
            </w:r>
          </w:p>
        </w:tc>
        <w:tc>
          <w:tcPr>
            <w:tcW w:type="dxa" w:w="292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08" w:right="4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5" name="Picture 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6" name="Picture 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7" name="Picture 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8" name="Picture 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08" w:right="4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9" name="Picture 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0" name="Picture 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77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seafood </w:t>
            </w:r>
          </w:p>
        </w:tc>
        <w:tc>
          <w:tcPr>
            <w:tcW w:type="dxa" w:w="17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40" w:right="2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海鲜</w:t>
            </w:r>
          </w:p>
        </w:tc>
        <w:tc>
          <w:tcPr>
            <w:tcW w:type="dxa" w:w="292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08" w:right="4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1" name="Picture 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2" name="Picture 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898"/>
        </w:trPr>
        <w:tc>
          <w:tcPr>
            <w:tcW w:type="dxa" w:w="35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3" name="Picture 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1128"/>
        </w:trPr>
        <w:tc>
          <w:tcPr>
            <w:tcW w:type="dxa" w:w="352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4" name="Picture 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2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408" w:right="4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5" name="Picture 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6" name="Picture 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7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3616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8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六年级下学期 / 接力版（三年级起点）</w:t>
            </w:r>
          </w:p>
        </w:tc>
      </w:tr>
      <w:tr>
        <w:trPr>
          <w:trHeight w:hRule="exact" w:val="1202"/>
        </w:trPr>
        <w:tc>
          <w:tcPr>
            <w:tcW w:type="dxa" w:w="125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32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its </w:t>
            </w:r>
          </w:p>
        </w:tc>
        <w:tc>
          <w:tcPr>
            <w:tcW w:type="dxa" w:w="2362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760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它的</w:t>
            </w:r>
          </w:p>
        </w:tc>
        <w:tc>
          <w:tcPr>
            <w:tcW w:type="dxa" w:w="2834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318" w:right="3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7" name="Picture 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8" name="Picture 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9" name="Picture 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1749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6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0" name="Picture 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18" w:right="3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1" name="Picture 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2" name="Picture 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74" w:right="17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wish </w:t>
            </w:r>
          </w:p>
        </w:tc>
        <w:tc>
          <w:tcPr>
            <w:tcW w:type="dxa" w:w="202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56" w:right="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祝愿</w:t>
            </w:r>
          </w:p>
        </w:tc>
        <w:tc>
          <w:tcPr>
            <w:tcW w:type="dxa" w:w="28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18" w:right="3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3" name="Picture 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4" name="Picture 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5" name="Picture 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6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6" name="Picture 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18" w:right="3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7" name="Picture 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8" name="Picture 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08" w:right="20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kind </w:t>
            </w:r>
          </w:p>
        </w:tc>
        <w:tc>
          <w:tcPr>
            <w:tcW w:type="dxa" w:w="202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2" w:right="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亲切的，友好的</w:t>
            </w:r>
          </w:p>
        </w:tc>
        <w:tc>
          <w:tcPr>
            <w:tcW w:type="dxa" w:w="28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18" w:right="3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9" name="Picture 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0" name="Picture 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6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1" name="Picture 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2" name="Picture 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18" w:right="3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3" name="Picture 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4" name="Picture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03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happiness </w:t>
            </w:r>
          </w:p>
        </w:tc>
        <w:tc>
          <w:tcPr>
            <w:tcW w:type="dxa" w:w="15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30" w:right="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幸福</w:t>
            </w:r>
          </w:p>
        </w:tc>
        <w:tc>
          <w:tcPr>
            <w:tcW w:type="dxa" w:w="28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18" w:right="3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5" name="Picture 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6" name="Picture 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7" name="Picture 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8" name="Picture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18" w:right="3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9" name="Picture 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0" name="Picture 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4" w:right="2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shorts </w:t>
            </w:r>
          </w:p>
        </w:tc>
        <w:tc>
          <w:tcPr>
            <w:tcW w:type="dxa" w:w="202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06" w:right="20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短裤</w:t>
            </w:r>
          </w:p>
        </w:tc>
        <w:tc>
          <w:tcPr>
            <w:tcW w:type="dxa" w:w="28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18" w:right="3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1" name="Picture 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2" name="Picture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3" name="Picture 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6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4" name="Picture 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18" w:right="3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5" name="Picture 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6" name="Picture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03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34" w:right="23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trousers </w:t>
            </w:r>
          </w:p>
        </w:tc>
        <w:tc>
          <w:tcPr>
            <w:tcW w:type="dxa" w:w="15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裤子</w:t>
            </w:r>
          </w:p>
        </w:tc>
        <w:tc>
          <w:tcPr>
            <w:tcW w:type="dxa" w:w="2834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18" w:right="3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7" name="Picture 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8" name="Picture 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764"/>
        </w:trPr>
        <w:tc>
          <w:tcPr>
            <w:tcW w:type="dxa" w:w="3616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9" name="Picture 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8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321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2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六年级下学期 / 接力版（三年级起点）</w:t>
            </w:r>
          </w:p>
        </w:tc>
      </w:tr>
      <w:tr>
        <w:trPr>
          <w:trHeight w:hRule="exact" w:val="1306"/>
        </w:trPr>
        <w:tc>
          <w:tcPr>
            <w:tcW w:type="dxa" w:w="321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0" name="Picture 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1" name="Picture 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2" name="Picture 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0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03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4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94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中英文连线</w:t>
                  </w:r>
                </w:p>
              </w:tc>
              <w:tc>
                <w:tcPr>
                  <w:tcW w:type="dxa" w:w="46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用直线或序号将单词的中英文相连</w:t>
                  </w:r>
                </w:p>
              </w:tc>
              <w:tc>
                <w:tcPr>
                  <w:tcW w:type="dxa" w:w="20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200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3" name="Picture 183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8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13628"/>
        </w:trPr>
        <w:tc>
          <w:tcPr>
            <w:tcW w:type="dxa" w:w="40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84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which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cousin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T-shirt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Ms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hold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study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easy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circle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catch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way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thing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next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mount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lake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west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sound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plan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healthy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famous</w:t>
            </w:r>
          </w:p>
        </w:tc>
        <w:tc>
          <w:tcPr>
            <w:tcW w:type="dxa" w:w="642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14" w:after="0"/>
              <w:ind w:left="2450" w:right="24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(1) 哪一个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376" w:right="376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(2) 堂（表）兄弟，堂（表）姐妹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450" w:right="24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(3) T恤衫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450" w:right="24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(4) 女士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96" w:right="2296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(5) 抱住，夹住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450" w:right="24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(6) 学习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450" w:right="24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(7) 容易的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450" w:right="24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(8) 圆圈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96" w:right="2296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(9) 接住，捉住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450" w:right="24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(10) 方法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76" w:right="2176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(11) 东西，事物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450" w:right="24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(12) 下一个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(13) 山；山峰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450" w:right="24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(14) 湖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450" w:right="24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(15) 西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76" w:right="2176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(16) 听起来好像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450" w:right="24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(17) 计划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450" w:right="24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(18) 健康的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450" w:right="24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(19) 著名的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9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18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27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六年级下学期 / 接力版（三年级起点）</w:t>
            </w:r>
          </w:p>
        </w:tc>
      </w:tr>
      <w:tr>
        <w:trPr>
          <w:trHeight w:hRule="exact" w:val="8014"/>
        </w:trPr>
        <w:tc>
          <w:tcPr>
            <w:tcW w:type="dxa" w:w="418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row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map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around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travel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seafood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its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wish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kind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happiness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shorts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trousers</w:t>
            </w:r>
          </w:p>
        </w:tc>
        <w:tc>
          <w:tcPr>
            <w:tcW w:type="dxa" w:w="627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2300" w:right="230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(20) 划（船）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0" w:right="230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(21) 地图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76" w:right="2176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(22) 围绕；到处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0" w:right="230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(23) 旅行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0" w:right="230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(24) 海鲜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0" w:right="230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(25) 它的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0" w:right="230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(26) 祝愿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696" w:right="1696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(27) 亲切的，友好的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0" w:right="230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(28) 幸福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0" w:right="230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(29) 短裤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0" w:right="230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(30) 裤子</w:t>
            </w:r>
          </w:p>
        </w:tc>
      </w:tr>
    </w:tbl>
    <w:p>
      <w:pPr>
        <w:autoSpaceDN w:val="0"/>
        <w:autoSpaceDE w:val="0"/>
        <w:widowControl/>
        <w:spacing w:line="19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04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字母顺序打乱</w:t>
                  </w:r>
                </w:p>
              </w:tc>
              <w:tc>
                <w:tcPr>
                  <w:tcW w:type="dxa" w:w="398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选出正确字母顺序的单词</w:t>
                  </w:r>
                </w:p>
              </w:tc>
              <w:tc>
                <w:tcPr>
                  <w:tcW w:type="dxa" w:w="23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4" name="Picture 184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496"/>
        </w:trPr>
        <w:tc>
          <w:tcPr>
            <w:tcW w:type="dxa" w:w="20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620" w:right="62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cwhhi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536" w:right="5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which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538" w:right="5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ihhwc</w:t>
            </w:r>
          </w:p>
        </w:tc>
        <w:tc>
          <w:tcPr>
            <w:tcW w:type="dxa" w:w="45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44" w:after="0"/>
              <w:ind w:left="536" w:right="5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哪一个</w:t>
            </w:r>
          </w:p>
        </w:tc>
      </w:tr>
      <w:tr>
        <w:trPr>
          <w:trHeight w:hRule="exact" w:val="518"/>
        </w:trPr>
        <w:tc>
          <w:tcPr>
            <w:tcW w:type="dxa" w:w="20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570" w:right="57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cousin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snuoic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oucnsi</w:t>
            </w:r>
          </w:p>
        </w:tc>
        <w:tc>
          <w:tcPr>
            <w:tcW w:type="dxa" w:w="45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536" w:right="5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堂（表）兄弟，堂（表）姐妹</w:t>
            </w:r>
          </w:p>
        </w:tc>
      </w:tr>
      <w:tr>
        <w:trPr>
          <w:trHeight w:hRule="exact" w:val="518"/>
        </w:trPr>
        <w:tc>
          <w:tcPr>
            <w:tcW w:type="dxa" w:w="20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538" w:right="53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T-shirt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Tith-sr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rT-ihts</w:t>
            </w:r>
          </w:p>
        </w:tc>
        <w:tc>
          <w:tcPr>
            <w:tcW w:type="dxa" w:w="45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536" w:right="5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T恤衫</w:t>
            </w:r>
          </w:p>
        </w:tc>
      </w:tr>
      <w:tr>
        <w:trPr>
          <w:trHeight w:hRule="exact" w:val="516"/>
        </w:trPr>
        <w:tc>
          <w:tcPr>
            <w:tcW w:type="dxa" w:w="20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hdol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36" w:right="5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hold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38" w:right="5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lhdo</w:t>
            </w:r>
          </w:p>
        </w:tc>
        <w:tc>
          <w:tcPr>
            <w:tcW w:type="dxa" w:w="45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536" w:right="5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抱住，夹住</w:t>
            </w:r>
          </w:p>
        </w:tc>
      </w:tr>
      <w:tr>
        <w:trPr>
          <w:trHeight w:hRule="exact" w:val="520"/>
        </w:trPr>
        <w:tc>
          <w:tcPr>
            <w:tcW w:type="dxa" w:w="20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dtsuy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536" w:right="5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study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538" w:right="5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ydtsu</w:t>
            </w:r>
          </w:p>
        </w:tc>
        <w:tc>
          <w:tcPr>
            <w:tcW w:type="dxa" w:w="45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536" w:right="5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学习</w:t>
            </w:r>
          </w:p>
        </w:tc>
      </w:tr>
      <w:tr>
        <w:trPr>
          <w:trHeight w:hRule="exact" w:val="516"/>
        </w:trPr>
        <w:tc>
          <w:tcPr>
            <w:tcW w:type="dxa" w:w="20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aeys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36" w:right="5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ysae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38" w:right="5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easy</w:t>
            </w:r>
          </w:p>
        </w:tc>
        <w:tc>
          <w:tcPr>
            <w:tcW w:type="dxa" w:w="45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536" w:right="5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容易的</w:t>
            </w:r>
          </w:p>
        </w:tc>
      </w:tr>
      <w:tr>
        <w:trPr>
          <w:trHeight w:hRule="exact" w:val="518"/>
        </w:trPr>
        <w:tc>
          <w:tcPr>
            <w:tcW w:type="dxa" w:w="20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crlcie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536" w:right="5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cclrie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538" w:right="5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circle</w:t>
            </w:r>
          </w:p>
        </w:tc>
        <w:tc>
          <w:tcPr>
            <w:tcW w:type="dxa" w:w="45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536" w:right="5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圆圈</w:t>
            </w:r>
          </w:p>
        </w:tc>
      </w:tr>
      <w:tr>
        <w:trPr>
          <w:trHeight w:hRule="exact" w:val="516"/>
        </w:trPr>
        <w:tc>
          <w:tcPr>
            <w:tcW w:type="dxa" w:w="20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actch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36" w:right="5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achtc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38" w:right="5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catch</w:t>
            </w:r>
          </w:p>
        </w:tc>
        <w:tc>
          <w:tcPr>
            <w:tcW w:type="dxa" w:w="45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536" w:right="5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接住，捉住</w:t>
            </w:r>
          </w:p>
        </w:tc>
      </w:tr>
      <w:tr>
        <w:trPr>
          <w:trHeight w:hRule="exact" w:val="520"/>
        </w:trPr>
        <w:tc>
          <w:tcPr>
            <w:tcW w:type="dxa" w:w="20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yaw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536" w:right="5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awy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538" w:right="5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way</w:t>
            </w:r>
          </w:p>
        </w:tc>
        <w:tc>
          <w:tcPr>
            <w:tcW w:type="dxa" w:w="45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536" w:right="5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方法</w:t>
            </w:r>
          </w:p>
        </w:tc>
      </w:tr>
      <w:tr>
        <w:trPr>
          <w:trHeight w:hRule="exact" w:val="516"/>
        </w:trPr>
        <w:tc>
          <w:tcPr>
            <w:tcW w:type="dxa" w:w="20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hgnit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36" w:right="5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thing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38" w:right="5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tngih</w:t>
            </w:r>
          </w:p>
        </w:tc>
        <w:tc>
          <w:tcPr>
            <w:tcW w:type="dxa" w:w="45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536" w:right="5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东西，事物</w:t>
            </w:r>
          </w:p>
        </w:tc>
      </w:tr>
      <w:tr>
        <w:trPr>
          <w:trHeight w:hRule="exact" w:val="518"/>
        </w:trPr>
        <w:tc>
          <w:tcPr>
            <w:tcW w:type="dxa" w:w="20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etxn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36" w:right="5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next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38" w:right="5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txne</w:t>
            </w:r>
          </w:p>
        </w:tc>
        <w:tc>
          <w:tcPr>
            <w:tcW w:type="dxa" w:w="45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536" w:right="5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下一个</w:t>
            </w:r>
          </w:p>
        </w:tc>
      </w:tr>
      <w:tr>
        <w:trPr>
          <w:trHeight w:hRule="exact" w:val="1302"/>
        </w:trPr>
        <w:tc>
          <w:tcPr>
            <w:tcW w:type="dxa" w:w="20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88" w:right="58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utnmo</w:t>
            </w:r>
          </w:p>
        </w:tc>
        <w:tc>
          <w:tcPr>
            <w:tcW w:type="dxa" w:w="18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uonmt</w:t>
            </w:r>
          </w:p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mount</w:t>
            </w:r>
          </w:p>
        </w:tc>
        <w:tc>
          <w:tcPr>
            <w:tcW w:type="dxa" w:w="458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536" w:right="5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山；山峰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10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227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8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40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六年级下学期 / 接力版（三年级起点）</w:t>
            </w:r>
          </w:p>
        </w:tc>
      </w:tr>
      <w:tr>
        <w:trPr>
          <w:trHeight w:hRule="exact" w:val="790"/>
        </w:trPr>
        <w:tc>
          <w:tcPr>
            <w:tcW w:type="dxa" w:w="227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lake</w:t>
            </w:r>
          </w:p>
        </w:tc>
        <w:tc>
          <w:tcPr>
            <w:tcW w:type="dxa" w:w="18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elak</w:t>
            </w:r>
          </w:p>
        </w:tc>
        <w:tc>
          <w:tcPr>
            <w:tcW w:type="dxa" w:w="189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kela</w:t>
            </w:r>
          </w:p>
        </w:tc>
        <w:tc>
          <w:tcPr>
            <w:tcW w:type="dxa" w:w="440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32" w:after="0"/>
              <w:ind w:left="354" w:right="35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湖</w:t>
            </w:r>
          </w:p>
        </w:tc>
      </w:tr>
      <w:tr>
        <w:trPr>
          <w:trHeight w:hRule="exact" w:val="520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west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wste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wets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54" w:right="35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西</w:t>
            </w:r>
          </w:p>
        </w:tc>
      </w:tr>
      <w:tr>
        <w:trPr>
          <w:trHeight w:hRule="exact" w:val="516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sound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odsun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usond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54" w:right="35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听起来好像</w:t>
            </w:r>
          </w:p>
        </w:tc>
      </w:tr>
      <w:tr>
        <w:trPr>
          <w:trHeight w:hRule="exact" w:val="518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alnp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plan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apnl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54" w:right="35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计划</w:t>
            </w:r>
          </w:p>
        </w:tc>
      </w:tr>
      <w:tr>
        <w:trPr>
          <w:trHeight w:hRule="exact" w:val="518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652" w:right="65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alheyth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healthy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yaetlhh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54" w:right="35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健康的</w:t>
            </w:r>
          </w:p>
        </w:tc>
      </w:tr>
      <w:tr>
        <w:trPr>
          <w:trHeight w:hRule="exact" w:val="516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652" w:right="65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oufsma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famous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fmsoua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54" w:right="35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著名的</w:t>
            </w:r>
          </w:p>
        </w:tc>
      </w:tr>
      <w:tr>
        <w:trPr>
          <w:trHeight w:hRule="exact" w:val="518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wor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row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rwo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54" w:right="35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划（船）</w:t>
            </w:r>
          </w:p>
        </w:tc>
      </w:tr>
      <w:tr>
        <w:trPr>
          <w:trHeight w:hRule="exact" w:val="518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amp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map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pam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54" w:right="35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地图</w:t>
            </w:r>
          </w:p>
        </w:tc>
      </w:tr>
      <w:tr>
        <w:trPr>
          <w:trHeight w:hRule="exact" w:val="516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rdaoun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adnruo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around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54" w:right="35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围绕；到处</w:t>
            </w:r>
          </w:p>
        </w:tc>
      </w:tr>
      <w:tr>
        <w:trPr>
          <w:trHeight w:hRule="exact" w:val="518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travel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reavtl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ravlte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54" w:right="35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旅行</w:t>
            </w:r>
          </w:p>
        </w:tc>
      </w:tr>
      <w:tr>
        <w:trPr>
          <w:trHeight w:hRule="exact" w:val="516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602" w:right="60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ooasfed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seafood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saeodof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54" w:right="35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海鲜</w:t>
            </w:r>
          </w:p>
        </w:tc>
      </w:tr>
      <w:tr>
        <w:trPr>
          <w:trHeight w:hRule="exact" w:val="520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ist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tsi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its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54" w:right="35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它的</w:t>
            </w:r>
          </w:p>
        </w:tc>
      </w:tr>
      <w:tr>
        <w:trPr>
          <w:trHeight w:hRule="exact" w:val="516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hwsi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ihsw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wish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54" w:right="35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祝愿</w:t>
            </w:r>
          </w:p>
        </w:tc>
      </w:tr>
      <w:tr>
        <w:trPr>
          <w:trHeight w:hRule="exact" w:val="518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dkin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kind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ndki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54" w:right="35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亲切的，友好的</w:t>
            </w:r>
          </w:p>
        </w:tc>
      </w:tr>
      <w:tr>
        <w:trPr>
          <w:trHeight w:hRule="exact" w:val="516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2" w:right="35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hsisppane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apssinhep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happiness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54" w:right="35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幸福</w:t>
            </w:r>
          </w:p>
        </w:tc>
      </w:tr>
      <w:tr>
        <w:trPr>
          <w:trHeight w:hRule="exact" w:val="520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ostrsh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ostsrh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shorts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54" w:right="35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短裤</w:t>
            </w:r>
          </w:p>
        </w:tc>
      </w:tr>
      <w:tr>
        <w:trPr>
          <w:trHeight w:hRule="exact" w:val="604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86" w:right="58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rstoresu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surrsote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trousers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54" w:right="35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裤子</w:t>
            </w:r>
          </w:p>
        </w:tc>
      </w:tr>
    </w:tbl>
    <w:p>
      <w:pPr>
        <w:autoSpaceDN w:val="0"/>
        <w:autoSpaceDE w:val="0"/>
        <w:widowControl/>
        <w:spacing w:line="14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05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单词填空</w:t>
                  </w:r>
                </w:p>
              </w:tc>
              <w:tc>
                <w:tcPr>
                  <w:tcW w:type="dxa" w:w="42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填写单词所缺的2个字母</w:t>
                  </w:r>
                </w:p>
              </w:tc>
              <w:tc>
                <w:tcPr>
                  <w:tcW w:type="dxa" w:w="27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5" name="Picture 185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78.0" w:type="dxa"/>
      </w:tblPr>
      <w:tblGrid>
        <w:gridCol w:w="5246"/>
        <w:gridCol w:w="5246"/>
      </w:tblGrid>
      <w:tr>
        <w:trPr>
          <w:trHeight w:hRule="exact" w:val="1010"/>
        </w:trPr>
        <w:tc>
          <w:tcPr>
            <w:tcW w:type="dxa" w:w="38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478" w:right="478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hic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哪一个</w:t>
            </w:r>
          </w:p>
        </w:tc>
        <w:tc>
          <w:tcPr>
            <w:tcW w:type="dxa" w:w="61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90" w:right="9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cou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堂（表）兄弟，堂（表）姐</w:t>
            </w:r>
          </w:p>
        </w:tc>
      </w:tr>
    </w:tbl>
    <w:p>
      <w:pPr>
        <w:autoSpaceDN w:val="0"/>
        <w:autoSpaceDE w:val="0"/>
        <w:widowControl/>
        <w:spacing w:line="240" w:lineRule="exact" w:before="356" w:after="316"/>
        <w:ind w:left="2820" w:right="2820" w:firstLine="0"/>
        <w:jc w:val="right"/>
      </w:pPr>
      <w:r>
        <w:rPr>
          <w:rFonts w:ascii="宋体" w:hAnsi="宋体" w:eastAsia="宋体"/>
          <w:b w:val="0"/>
          <w:i w:val="0"/>
          <w:color w:val="555D5D"/>
          <w:sz w:val="24"/>
        </w:rPr>
        <w:t>妹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754"/>
        </w:trPr>
        <w:tc>
          <w:tcPr>
            <w:tcW w:type="dxa" w:w="43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31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-s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irt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T恤衫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学习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irc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圆圈</w:t>
            </w:r>
          </w:p>
        </w:tc>
        <w:tc>
          <w:tcPr>
            <w:tcW w:type="dxa" w:w="612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316" w:after="0"/>
              <w:ind w:left="1228" w:right="12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抱住，夹住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228" w:right="12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容易的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852" w:right="185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tch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接住，捉住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64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82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六年级下学期 / 接力版（三年级起点）</w:t>
            </w:r>
          </w:p>
        </w:tc>
      </w:tr>
      <w:tr>
        <w:trPr>
          <w:trHeight w:hRule="exact" w:val="10282"/>
        </w:trPr>
        <w:tc>
          <w:tcPr>
            <w:tcW w:type="dxa" w:w="464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方法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下一个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湖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听起来好像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健康的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划（船）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aro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围绕；到处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ood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海鲜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祝愿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appi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ess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幸福</w:t>
            </w:r>
          </w:p>
        </w:tc>
        <w:tc>
          <w:tcPr>
            <w:tcW w:type="dxa" w:w="582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922" w:right="9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东西，事物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22" w:right="9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山；山峰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22" w:right="9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西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172" w:right="117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计划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22" w:right="9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mou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著名的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546" w:right="1546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地图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22" w:right="9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tra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旅行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22" w:right="9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它的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546" w:right="1546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亲切的，友好的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22" w:right="9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短裤</w:t>
            </w:r>
          </w:p>
        </w:tc>
      </w:tr>
    </w:tbl>
    <w:p>
      <w:pPr>
        <w:autoSpaceDN w:val="0"/>
        <w:autoSpaceDE w:val="0"/>
        <w:widowControl/>
        <w:spacing w:line="414" w:lineRule="exact" w:before="292" w:after="518"/>
        <w:ind w:left="706" w:right="70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>trous</w:t>
      </w:r>
      <w:r>
        <w:rPr>
          <w:rFonts w:ascii="Helvetica" w:hAnsi="Helvetica" w:eastAsia="Helvetica"/>
          <w:b w:val="0"/>
          <w:i w:val="0"/>
          <w:color w:val="000000"/>
          <w:sz w:val="30"/>
          <w:u w:val="single"/>
        </w:rPr>
        <w:t xml:space="preserve">    </w:t>
      </w:r>
      <w:r>
        <w:rPr>
          <w:rFonts w:ascii="Helvetica" w:hAnsi="Helvetica" w:eastAsia="Helvetica"/>
          <w:b w:val="0"/>
          <w:i w:val="0"/>
          <w:color w:val="000000"/>
          <w:sz w:val="30"/>
          <w:u w:val="single"/>
        </w:rPr>
        <w:t xml:space="preserve">    </w:t>
      </w:r>
      <w:r>
        <w:rPr>
          <w:rFonts w:ascii="Times" w:hAnsi="Times" w:eastAsia="Times"/>
          <w:b w:val="0"/>
          <w:i w:val="0"/>
          <w:color w:val="000000"/>
          <w:sz w:val="30"/>
        </w:rPr>
        <w:t>s</w:t>
      </w:r>
      <w:r>
        <w:rPr>
          <w:rFonts w:ascii="Helvetica" w:hAnsi="Helvetica" w:eastAsia="Helvetica"/>
          <w:b w:val="0"/>
          <w:i w:val="0"/>
          <w:color w:val="000000"/>
          <w:sz w:val="30"/>
        </w:rPr>
        <w:t xml:space="preserve">    </w:t>
      </w:r>
      <w:r>
        <w:rPr>
          <w:rFonts w:ascii="宋体" w:hAnsi="宋体" w:eastAsia="宋体"/>
          <w:b w:val="0"/>
          <w:i w:val="0"/>
          <w:color w:val="555D5D"/>
          <w:sz w:val="24"/>
        </w:rPr>
        <w:t>裤子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06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看中文写英文</w:t>
                  </w:r>
                </w:p>
              </w:tc>
              <w:tc>
                <w:tcPr>
                  <w:tcW w:type="dxa" w:w="42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在空白处写出对应的英文单词</w:t>
                  </w:r>
                </w:p>
              </w:tc>
              <w:tc>
                <w:tcPr>
                  <w:tcW w:type="dxa" w:w="21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6" name="Picture 186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2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53.9999999999999" w:type="dxa"/>
      </w:tblPr>
      <w:tblGrid>
        <w:gridCol w:w="3497"/>
        <w:gridCol w:w="3497"/>
        <w:gridCol w:w="3497"/>
      </w:tblGrid>
      <w:tr>
        <w:trPr>
          <w:trHeight w:hRule="exact" w:val="1274"/>
        </w:trPr>
        <w:tc>
          <w:tcPr>
            <w:tcW w:type="dxa" w:w="41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352" w:right="35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7" name="Picture 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哪一个 </w:t>
            </w:r>
          </w:p>
        </w:tc>
        <w:tc>
          <w:tcPr>
            <w:tcW w:type="dxa" w:w="29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624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8" name="Picture 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22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堂（表）兄弟，堂（表）姐</w:t>
            </w:r>
          </w:p>
        </w:tc>
      </w:tr>
    </w:tbl>
    <w:p>
      <w:pPr>
        <w:autoSpaceDN w:val="0"/>
        <w:autoSpaceDE w:val="0"/>
        <w:widowControl/>
        <w:spacing w:line="240" w:lineRule="exact" w:before="48" w:after="282"/>
        <w:ind w:left="2726" w:right="2726" w:firstLine="0"/>
        <w:jc w:val="right"/>
      </w:pPr>
      <w:r>
        <w:rPr>
          <w:rFonts w:ascii="宋体" w:hAnsi="宋体" w:eastAsia="宋体"/>
          <w:b w:val="0"/>
          <w:i w:val="0"/>
          <w:color w:val="363639"/>
          <w:sz w:val="24"/>
        </w:rPr>
        <w:t xml:space="preserve">妹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1742"/>
        </w:trPr>
        <w:tc>
          <w:tcPr>
            <w:tcW w:type="dxa" w:w="44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8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9" name="Picture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T恤衫 </w:t>
            </w:r>
          </w:p>
        </w:tc>
        <w:tc>
          <w:tcPr>
            <w:tcW w:type="dxa" w:w="29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8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0" name="Picture 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7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女士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495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43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0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六年级下学期 / 接力版（三年级起点）</w:t>
            </w:r>
          </w:p>
        </w:tc>
      </w:tr>
      <w:tr>
        <w:trPr>
          <w:trHeight w:hRule="exact" w:val="1306"/>
        </w:trPr>
        <w:tc>
          <w:tcPr>
            <w:tcW w:type="dxa" w:w="495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1" name="Picture 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抱住，夹住 </w:t>
            </w:r>
          </w:p>
        </w:tc>
        <w:tc>
          <w:tcPr>
            <w:tcW w:type="dxa" w:w="243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2" name="Picture 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学习 </w:t>
            </w:r>
          </w:p>
        </w:tc>
      </w:tr>
      <w:tr>
        <w:trPr>
          <w:trHeight w:hRule="exact" w:val="1000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3" name="Picture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容易的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4" name="Picture 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圆圈 </w:t>
            </w:r>
          </w:p>
        </w:tc>
      </w:tr>
      <w:tr>
        <w:trPr>
          <w:trHeight w:hRule="exact" w:val="1000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5" name="Picture 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接住，捉住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6" name="Picture 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方法 </w:t>
            </w:r>
          </w:p>
        </w:tc>
      </w:tr>
      <w:tr>
        <w:trPr>
          <w:trHeight w:hRule="exact" w:val="1000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7" name="Picture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东西，事物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8" name="Picture 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下一个 </w:t>
            </w:r>
          </w:p>
        </w:tc>
      </w:tr>
      <w:tr>
        <w:trPr>
          <w:trHeight w:hRule="exact" w:val="1000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9" name="Picture 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山；山峰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0" name="Picture 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湖 </w:t>
            </w:r>
          </w:p>
        </w:tc>
      </w:tr>
      <w:tr>
        <w:trPr>
          <w:trHeight w:hRule="exact" w:val="1000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1" name="Picture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西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2" name="Picture 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听起来好像 </w:t>
            </w:r>
          </w:p>
        </w:tc>
      </w:tr>
      <w:tr>
        <w:trPr>
          <w:trHeight w:hRule="exact" w:val="1000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3" name="Picture 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计划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4" name="Picture 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健康的 </w:t>
            </w:r>
          </w:p>
        </w:tc>
      </w:tr>
      <w:tr>
        <w:trPr>
          <w:trHeight w:hRule="exact" w:val="1000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5" name="Picture 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著名的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6" name="Picture 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划（船） </w:t>
            </w:r>
          </w:p>
        </w:tc>
      </w:tr>
      <w:tr>
        <w:trPr>
          <w:trHeight w:hRule="exact" w:val="1000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7" name="Picture 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地图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8" name="Picture 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围绕；到处 </w:t>
            </w:r>
          </w:p>
        </w:tc>
      </w:tr>
      <w:tr>
        <w:trPr>
          <w:trHeight w:hRule="exact" w:val="1000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9" name="Picture 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旅行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0" name="Picture 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海鲜 </w:t>
            </w:r>
          </w:p>
        </w:tc>
      </w:tr>
      <w:tr>
        <w:trPr>
          <w:trHeight w:hRule="exact" w:val="1000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1" name="Picture 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它的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2" name="Picture 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祝愿 </w:t>
            </w:r>
          </w:p>
        </w:tc>
      </w:tr>
      <w:tr>
        <w:trPr>
          <w:trHeight w:hRule="exact" w:val="1000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10" w:right="61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3" name="Picture 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亲切的，友好的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4" name="Picture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幸福 </w:t>
            </w:r>
          </w:p>
        </w:tc>
      </w:tr>
      <w:tr>
        <w:trPr>
          <w:trHeight w:hRule="exact" w:val="3646"/>
        </w:trPr>
        <w:tc>
          <w:tcPr>
            <w:tcW w:type="dxa" w:w="495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5" name="Picture 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短裤 </w:t>
            </w:r>
          </w:p>
        </w:tc>
        <w:tc>
          <w:tcPr>
            <w:tcW w:type="dxa" w:w="243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6" name="Picture 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裤子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13</w:t>
      </w:r>
    </w:p>
    <w:sectPr w:rsidR="00FC693F" w:rsidRPr="0006063C" w:rsidSect="00034616">
      <w:pgSz w:w="11900" w:h="16840"/>
      <w:pgMar w:top="76" w:right="694" w:bottom="70" w:left="71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