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76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4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2038"/>
        </w:trPr>
        <w:tc>
          <w:tcPr>
            <w:tcW w:type="dxa" w:w="3476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4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学期：五年级下学期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版本：教科版（主编：龚亚夫）（三年级起点</w:t>
            </w:r>
          </w:p>
          <w:p>
            <w:pPr>
              <w:autoSpaceDN w:val="0"/>
              <w:autoSpaceDE w:val="0"/>
              <w:widowControl/>
              <w:spacing w:line="422" w:lineRule="exact" w:before="14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）</w:t>
            </w:r>
          </w:p>
        </w:tc>
      </w:tr>
    </w:tbl>
    <w:p>
      <w:pPr>
        <w:autoSpaceDN w:val="0"/>
        <w:autoSpaceDE w:val="0"/>
        <w:widowControl/>
        <w:spacing w:line="212" w:lineRule="exact" w:before="1075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1 Seasons     Unit 1 What's your favourite season?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934"/>
        </w:trPr>
        <w:tc>
          <w:tcPr>
            <w:tcW w:type="dxa" w:w="37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autumn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秋天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colourful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多彩的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 camping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去野营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prefer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选择；宁愿要</w:t>
            </w:r>
          </w:p>
        </w:tc>
        <w:tc>
          <w:tcPr>
            <w:tcW w:type="dxa" w:w="601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38" w:right="1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camp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野营；营地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38" w:right="1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38" w:right="1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种植；植物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38" w:right="1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ski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滑雪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winter </w:t>
      </w:r>
      <w:r>
        <w:rPr>
          <w:rFonts w:ascii="宋体" w:hAnsi="宋体" w:eastAsia="宋体"/>
          <w:b w:val="0"/>
          <w:i w:val="0"/>
          <w:color w:val="555D5D"/>
          <w:sz w:val="24"/>
        </w:rPr>
        <w:t>冬天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1 Seasons     Unit 2 It's the middle of winter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174"/>
        </w:trPr>
        <w:tc>
          <w:tcPr>
            <w:tcW w:type="dxa" w:w="437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answer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China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如果</w:t>
            </w:r>
          </w:p>
        </w:tc>
        <w:tc>
          <w:tcPr>
            <w:tcW w:type="dxa" w:w="534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574" w:right="5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Australia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澳大利亚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74" w:right="5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classmate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同班同学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74" w:right="5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middle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中间的；中等的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too......to...... </w:t>
      </w:r>
      <w:r>
        <w:rPr>
          <w:rFonts w:ascii="宋体" w:hAnsi="宋体" w:eastAsia="宋体"/>
          <w:b w:val="0"/>
          <w:i w:val="0"/>
          <w:color w:val="555D5D"/>
          <w:sz w:val="24"/>
        </w:rPr>
        <w:t>太......以致不......</w:t>
      </w:r>
    </w:p>
    <w:p>
      <w:pPr>
        <w:autoSpaceDN w:val="0"/>
        <w:autoSpaceDE w:val="0"/>
        <w:widowControl/>
        <w:spacing w:line="400" w:lineRule="exact" w:before="720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2 Plans     Unit 3 We are going to have an English test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596"/>
        </w:trPr>
        <w:tc>
          <w:tcPr>
            <w:tcW w:type="dxa" w:w="378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 going 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打算；将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important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重要的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计划</w:t>
            </w:r>
          </w:p>
        </w:tc>
        <w:tc>
          <w:tcPr>
            <w:tcW w:type="dxa" w:w="594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160" w:right="11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60" w:right="11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farm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农场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60" w:right="11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forget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忘记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60" w:right="11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meeting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会议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60" w:right="11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museum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博物馆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60" w:right="11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open 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开放日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60" w:right="11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second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第二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377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68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  <w:tr>
        <w:trPr>
          <w:trHeight w:hRule="exact" w:val="1170"/>
        </w:trPr>
        <w:tc>
          <w:tcPr>
            <w:tcW w:type="dxa" w:w="377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考试</w:t>
            </w:r>
          </w:p>
        </w:tc>
        <w:tc>
          <w:tcPr>
            <w:tcW w:type="dxa" w:w="668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1866" w:right="18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第三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Why? </w:t>
      </w:r>
      <w:r>
        <w:rPr>
          <w:rFonts w:ascii="宋体" w:hAnsi="宋体" w:eastAsia="宋体"/>
          <w:b w:val="0"/>
          <w:i w:val="0"/>
          <w:color w:val="555D5D"/>
          <w:sz w:val="24"/>
        </w:rPr>
        <w:t>怎么啦？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2 Plans     Unit 4 Have a good time in Hainan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114"/>
        </w:trPr>
        <w:tc>
          <w:tcPr>
            <w:tcW w:type="dxa" w:w="38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beach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鹿（单复数一样）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mountain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中午</w:t>
            </w:r>
          </w:p>
        </w:tc>
        <w:tc>
          <w:tcPr>
            <w:tcW w:type="dxa" w:w="58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climb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have a good time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过得愉快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mountain climbing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爬山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98" w:right="10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travel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3 Invitations     Unit 5 Would you like to go with us?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154"/>
        </w:trPr>
        <w:tc>
          <w:tcPr>
            <w:tcW w:type="dxa" w:w="43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a.m.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上午；午前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cool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太妙了；酷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guy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小伙子；家伙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invitation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邀请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 problem.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没问题。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Oh dear!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天啊！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sound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would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将；将会；愿意</w:t>
            </w:r>
          </w:p>
        </w:tc>
        <w:tc>
          <w:tcPr>
            <w:tcW w:type="dxa" w:w="54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634" w:right="6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centre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34" w:right="6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34" w:right="6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34" w:right="6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match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比赛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34" w:right="6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nothing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没有东西；没有事情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34" w:right="6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problem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问题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34" w:right="6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supermarket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超市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84" w:right="18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Would you like......?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你愿意......吗？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3 Invitations     Unit 6 See you at the party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3497"/>
        <w:gridCol w:w="3497"/>
        <w:gridCol w:w="3497"/>
      </w:tblGrid>
      <w:tr>
        <w:trPr>
          <w:trHeight w:hRule="exact" w:val="654"/>
        </w:trPr>
        <w:tc>
          <w:tcPr>
            <w:tcW w:type="dxa" w:w="344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arrive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到达</w:t>
            </w:r>
          </w:p>
        </w:tc>
        <w:tc>
          <w:tcPr>
            <w:tcW w:type="dxa" w:w="443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begin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开始</w:t>
            </w:r>
          </w:p>
        </w:tc>
        <w:tc>
          <w:tcPr>
            <w:tcW w:type="dxa" w:w="1850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932" w:after="0"/>
              <w:ind w:left="178" w:right="1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我想（做</w:t>
            </w:r>
          </w:p>
        </w:tc>
      </w:tr>
      <w:tr>
        <w:trPr>
          <w:trHeight w:hRule="exact" w:val="1346"/>
        </w:trPr>
        <w:tc>
          <w:tcPr>
            <w:tcW w:type="dxa" w:w="344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7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叫；打电话</w:t>
            </w:r>
          </w:p>
        </w:tc>
        <w:tc>
          <w:tcPr>
            <w:tcW w:type="dxa" w:w="44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78" w:after="0"/>
              <w:ind w:left="176" w:right="17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I'd like to......=I would 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39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55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  <w:tr>
        <w:trPr>
          <w:trHeight w:hRule="exact" w:val="952"/>
        </w:trPr>
        <w:tc>
          <w:tcPr>
            <w:tcW w:type="dxa" w:w="39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invite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邀请</w:t>
            </w:r>
          </w:p>
        </w:tc>
        <w:tc>
          <w:tcPr>
            <w:tcW w:type="dxa" w:w="655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732" w:right="17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special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特别的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surprise </w:t>
      </w:r>
      <w:r>
        <w:rPr>
          <w:rFonts w:ascii="宋体" w:hAnsi="宋体" w:eastAsia="宋体"/>
          <w:b w:val="0"/>
          <w:i w:val="0"/>
          <w:color w:val="555D5D"/>
          <w:sz w:val="24"/>
        </w:rPr>
        <w:t>惊奇；使惊奇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4 Travel     Unit 7 We will go by train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454"/>
        </w:trPr>
        <w:tc>
          <w:tcPr>
            <w:tcW w:type="dxa" w:w="466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America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美国；美洲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Australian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澳大利亚的；澳大利亚人的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exciting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激动的；兴奋的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island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London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伦敦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taxi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出租汽车</w:t>
            </w:r>
          </w:p>
        </w:tc>
        <w:tc>
          <w:tcPr>
            <w:tcW w:type="dxa" w:w="50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272" w:right="2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American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美国的；美国人的；美国人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72" w:right="2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乘；由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72" w:right="2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Hong Kong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香港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72" w:right="2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leave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离开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72" w:right="2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New York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纽约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72" w:right="2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火车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valley </w:t>
      </w:r>
      <w:r>
        <w:rPr>
          <w:rFonts w:ascii="宋体" w:hAnsi="宋体" w:eastAsia="宋体"/>
          <w:b w:val="0"/>
          <w:i w:val="0"/>
          <w:color w:val="555D5D"/>
          <w:sz w:val="24"/>
        </w:rPr>
        <w:t>山谷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4 Travel     Unit 8 Ben's first trip to Beijing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436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around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围绕着；在......的周围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hotel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 foot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步行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take a walk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散步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Summer Palace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颐和园</w:t>
            </w:r>
          </w:p>
        </w:tc>
        <w:tc>
          <w:tcPr>
            <w:tcW w:type="dxa" w:w="535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580" w:right="5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excited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激动的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80" w:right="5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湖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80" w:right="5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street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大街；马路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80" w:right="5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Great Wall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长城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80" w:right="5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trip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旅行；远足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underground </w:t>
      </w:r>
      <w:r>
        <w:rPr>
          <w:rFonts w:ascii="宋体" w:hAnsi="宋体" w:eastAsia="宋体"/>
          <w:b w:val="0"/>
          <w:i w:val="0"/>
          <w:color w:val="555D5D"/>
          <w:sz w:val="24"/>
        </w:rPr>
        <w:t>地铁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5 Safety     Unit 9 Be careful!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458"/>
        </w:trPr>
        <w:tc>
          <w:tcPr>
            <w:tcW w:type="dxa" w:w="308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坏的</w:t>
            </w:r>
          </w:p>
        </w:tc>
        <w:tc>
          <w:tcPr>
            <w:tcW w:type="dxa" w:w="664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1858" w:right="18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careful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小心的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9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5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  <w:tr>
        <w:trPr>
          <w:trHeight w:hRule="exact" w:val="6272"/>
        </w:trPr>
        <w:tc>
          <w:tcPr>
            <w:tcW w:type="dxa" w:w="492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向下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落；倒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扇；风扇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 hurt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被伤害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小孩子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oops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sharp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锐利的；尖利的</w:t>
            </w:r>
          </w:p>
        </w:tc>
        <w:tc>
          <w:tcPr>
            <w:tcW w:type="dxa" w:w="553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10" w:right="7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dangerous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危险的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0" w:right="7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弄干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0" w:right="7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fall down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跌倒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0" w:right="7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喂（食）；喂养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0" w:right="7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伤害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0" w:right="7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must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必须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0" w:right="7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safety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安全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10" w:right="7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watch out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注意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yourself </w:t>
      </w:r>
      <w:r>
        <w:rPr>
          <w:rFonts w:ascii="宋体" w:hAnsi="宋体" w:eastAsia="宋体"/>
          <w:b w:val="0"/>
          <w:i w:val="0"/>
          <w:color w:val="555D5D"/>
          <w:sz w:val="24"/>
        </w:rPr>
        <w:t>你自己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5 Safety     Unit 10 How to stay safe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394"/>
        </w:trPr>
        <w:tc>
          <w:tcPr>
            <w:tcW w:type="dxa" w:w="420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candy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糖果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crossing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人行横道；十字路口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 trouble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遇到麻烦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money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safe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安全的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stranger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陌生人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trouble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麻烦；烦恼</w:t>
            </w:r>
          </w:p>
        </w:tc>
        <w:tc>
          <w:tcPr>
            <w:tcW w:type="dxa" w:w="551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736" w:right="7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cross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横过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6" w:right="7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6" w:right="7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6" w:right="7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road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6" w:right="7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stair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6" w:right="7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traffic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交通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6" w:right="7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without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没有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6 Directions     Unit 11 Can you tell me the way?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630"/>
        </w:trPr>
        <w:tc>
          <w:tcPr>
            <w:tcW w:type="dxa" w:w="321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ahead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向前</w:t>
            </w:r>
          </w:p>
        </w:tc>
        <w:tc>
          <w:tcPr>
            <w:tcW w:type="dxa" w:w="650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726" w:right="17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银行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4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0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  <w:tr>
        <w:trPr>
          <w:trHeight w:hRule="exact" w:val="5692"/>
        </w:trPr>
        <w:tc>
          <w:tcPr>
            <w:tcW w:type="dxa" w:w="54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direction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方向；方位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hospital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医院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86" w:right="18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迷路的；遗失，失去（是lose的过去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police station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警察局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restaurant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饭店；酒楼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straight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直的；笔直地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路；途径；方法</w:t>
            </w:r>
          </w:p>
        </w:tc>
        <w:tc>
          <w:tcPr>
            <w:tcW w:type="dxa" w:w="50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84" w:right="1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Excuse me.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劳驾；请原谅。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84" w:right="1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left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左；左边的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84" w:right="1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错过；想念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84" w:right="1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post office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邮局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84" w:right="1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右；右边的；正好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84" w:right="1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train station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火车站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84" w:right="1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zoo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动物园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6 Directions     Unit 12 I know a short cut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360"/>
        </w:trPr>
        <w:tc>
          <w:tcPr>
            <w:tcW w:type="dxa" w:w="402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believe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相信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how long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多长时间；多久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 time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及时；按时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short cut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捷径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suddenly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突然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through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通过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手表</w:t>
            </w:r>
          </w:p>
        </w:tc>
        <w:tc>
          <w:tcPr>
            <w:tcW w:type="dxa" w:w="56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06" w:right="10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助动词（没实际意义）(do,does的过去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10" w:right="9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迟的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10" w:right="9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out of......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在......的外面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10" w:right="9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站；立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92" w:right="49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take the first right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在第一个路口右转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60" w:right="66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带，走（路线）(take的过去式)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10" w:right="9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是(are的过去式)</w:t>
            </w:r>
          </w:p>
        </w:tc>
      </w:tr>
    </w:tbl>
    <w:p>
      <w:pPr>
        <w:autoSpaceDN w:val="0"/>
        <w:autoSpaceDE w:val="0"/>
        <w:widowControl/>
        <w:spacing w:line="3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624"/>
        </w:trPr>
        <w:tc>
          <w:tcPr>
            <w:tcW w:type="dxa" w:w="16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prefer </w:t>
            </w:r>
          </w:p>
        </w:tc>
        <w:tc>
          <w:tcPr>
            <w:tcW w:type="dxa" w:w="19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8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选择；宁愿要</w:t>
            </w:r>
          </w:p>
        </w:tc>
        <w:tc>
          <w:tcPr>
            <w:tcW w:type="dxa" w:w="286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346" w:right="34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334"/>
        </w:trPr>
        <w:tc>
          <w:tcPr>
            <w:tcW w:type="dxa" w:w="358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6" w:right="34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43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64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  <w:tr>
        <w:trPr>
          <w:trHeight w:hRule="exact" w:val="938"/>
        </w:trPr>
        <w:tc>
          <w:tcPr>
            <w:tcW w:type="dxa" w:w="174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208" w:right="20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either </w:t>
            </w:r>
          </w:p>
        </w:tc>
        <w:tc>
          <w:tcPr>
            <w:tcW w:type="dxa" w:w="1690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也</w:t>
            </w:r>
          </w:p>
        </w:tc>
        <w:tc>
          <w:tcPr>
            <w:tcW w:type="dxa" w:w="264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74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autumn </w:t>
            </w:r>
          </w:p>
        </w:tc>
        <w:tc>
          <w:tcPr>
            <w:tcW w:type="dxa" w:w="16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秋天</w:t>
            </w:r>
          </w:p>
        </w:tc>
        <w:tc>
          <w:tcPr>
            <w:tcW w:type="dxa" w:w="26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4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2" w:right="2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camp </w:t>
            </w:r>
          </w:p>
        </w:tc>
        <w:tc>
          <w:tcPr>
            <w:tcW w:type="dxa" w:w="16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野营；营地</w:t>
            </w:r>
          </w:p>
        </w:tc>
        <w:tc>
          <w:tcPr>
            <w:tcW w:type="dxa" w:w="26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3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ski </w:t>
            </w:r>
          </w:p>
        </w:tc>
        <w:tc>
          <w:tcPr>
            <w:tcW w:type="dxa" w:w="21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滑雪</w:t>
            </w:r>
          </w:p>
        </w:tc>
        <w:tc>
          <w:tcPr>
            <w:tcW w:type="dxa" w:w="26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4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24" w:right="1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winter </w:t>
            </w:r>
          </w:p>
        </w:tc>
        <w:tc>
          <w:tcPr>
            <w:tcW w:type="dxa" w:w="169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06" w:right="1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冬天</w:t>
            </w:r>
          </w:p>
        </w:tc>
        <w:tc>
          <w:tcPr>
            <w:tcW w:type="dxa" w:w="26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0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30" w:right="1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colourful </w:t>
            </w:r>
          </w:p>
        </w:tc>
        <w:tc>
          <w:tcPr>
            <w:tcW w:type="dxa" w:w="13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00" w:right="1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多彩的</w:t>
            </w:r>
          </w:p>
        </w:tc>
        <w:tc>
          <w:tcPr>
            <w:tcW w:type="dxa" w:w="26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43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4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76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3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  <w:tr>
        <w:trPr>
          <w:trHeight w:hRule="exact" w:val="1202"/>
        </w:trPr>
        <w:tc>
          <w:tcPr>
            <w:tcW w:type="dxa" w:w="168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230" w:right="2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plant </w:t>
            </w:r>
          </w:p>
        </w:tc>
        <w:tc>
          <w:tcPr>
            <w:tcW w:type="dxa" w:w="2080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种植；植物</w:t>
            </w:r>
          </w:p>
        </w:tc>
        <w:tc>
          <w:tcPr>
            <w:tcW w:type="dxa" w:w="23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168" w:right="1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6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76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8" w:right="1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1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classmate </w:t>
            </w:r>
          </w:p>
        </w:tc>
        <w:tc>
          <w:tcPr>
            <w:tcW w:type="dxa" w:w="16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同班同学</w:t>
            </w:r>
          </w:p>
        </w:tc>
        <w:tc>
          <w:tcPr>
            <w:tcW w:type="dxa" w:w="23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68" w:right="1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6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6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8" w:right="1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middle </w:t>
            </w:r>
          </w:p>
        </w:tc>
        <w:tc>
          <w:tcPr>
            <w:tcW w:type="dxa" w:w="208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中间的；中等的</w:t>
            </w:r>
          </w:p>
        </w:tc>
        <w:tc>
          <w:tcPr>
            <w:tcW w:type="dxa" w:w="23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68" w:right="1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76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6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8" w:right="1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1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if </w:t>
            </w:r>
          </w:p>
        </w:tc>
        <w:tc>
          <w:tcPr>
            <w:tcW w:type="dxa" w:w="26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如果</w:t>
            </w:r>
          </w:p>
        </w:tc>
        <w:tc>
          <w:tcPr>
            <w:tcW w:type="dxa" w:w="23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68" w:right="1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6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6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8" w:right="1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China </w:t>
            </w:r>
          </w:p>
        </w:tc>
        <w:tc>
          <w:tcPr>
            <w:tcW w:type="dxa" w:w="208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中国</w:t>
            </w:r>
          </w:p>
        </w:tc>
        <w:tc>
          <w:tcPr>
            <w:tcW w:type="dxa" w:w="23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68" w:right="1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6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6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8" w:right="1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answer </w:t>
            </w:r>
          </w:p>
        </w:tc>
        <w:tc>
          <w:tcPr>
            <w:tcW w:type="dxa" w:w="208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回答</w:t>
            </w:r>
          </w:p>
        </w:tc>
        <w:tc>
          <w:tcPr>
            <w:tcW w:type="dxa" w:w="23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68" w:right="1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764"/>
        </w:trPr>
        <w:tc>
          <w:tcPr>
            <w:tcW w:type="dxa" w:w="376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53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5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  <w:tr>
        <w:trPr>
          <w:trHeight w:hRule="exact" w:val="1240"/>
        </w:trPr>
        <w:tc>
          <w:tcPr>
            <w:tcW w:type="dxa" w:w="3538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0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82" w:right="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Australia </w:t>
            </w:r>
          </w:p>
        </w:tc>
        <w:tc>
          <w:tcPr>
            <w:tcW w:type="dxa" w:w="15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8" w:right="1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澳大利亚</w:t>
            </w:r>
          </w:p>
        </w:tc>
        <w:tc>
          <w:tcPr>
            <w:tcW w:type="dxa" w:w="25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40" w:right="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forget </w:t>
            </w:r>
          </w:p>
        </w:tc>
        <w:tc>
          <w:tcPr>
            <w:tcW w:type="dxa" w:w="192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0" w:right="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忘记</w:t>
            </w:r>
          </w:p>
        </w:tc>
        <w:tc>
          <w:tcPr>
            <w:tcW w:type="dxa" w:w="25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0" w:right="1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ninth </w:t>
            </w:r>
          </w:p>
        </w:tc>
        <w:tc>
          <w:tcPr>
            <w:tcW w:type="dxa" w:w="192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90" w:right="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第九</w:t>
            </w:r>
          </w:p>
        </w:tc>
        <w:tc>
          <w:tcPr>
            <w:tcW w:type="dxa" w:w="25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90" w:right="1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third </w:t>
            </w:r>
          </w:p>
        </w:tc>
        <w:tc>
          <w:tcPr>
            <w:tcW w:type="dxa" w:w="192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40" w:right="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第三</w:t>
            </w:r>
          </w:p>
        </w:tc>
        <w:tc>
          <w:tcPr>
            <w:tcW w:type="dxa" w:w="25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0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4" w:right="2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meeting </w:t>
            </w:r>
          </w:p>
        </w:tc>
        <w:tc>
          <w:tcPr>
            <w:tcW w:type="dxa" w:w="15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6" w:right="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会议</w:t>
            </w:r>
          </w:p>
        </w:tc>
        <w:tc>
          <w:tcPr>
            <w:tcW w:type="dxa" w:w="25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4"/>
        </w:trPr>
        <w:tc>
          <w:tcPr>
            <w:tcW w:type="dxa" w:w="20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" w:right="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important </w:t>
            </w:r>
          </w:p>
        </w:tc>
        <w:tc>
          <w:tcPr>
            <w:tcW w:type="dxa" w:w="15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6" w:right="2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重要的</w:t>
            </w:r>
          </w:p>
        </w:tc>
        <w:tc>
          <w:tcPr>
            <w:tcW w:type="dxa" w:w="253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92"/>
        </w:trPr>
        <w:tc>
          <w:tcPr>
            <w:tcW w:type="dxa" w:w="353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37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69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  <w:tr>
        <w:trPr>
          <w:trHeight w:hRule="exact" w:val="1504"/>
        </w:trPr>
        <w:tc>
          <w:tcPr>
            <w:tcW w:type="dxa" w:w="3378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" w:right="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museum </w:t>
            </w:r>
          </w:p>
        </w:tc>
        <w:tc>
          <w:tcPr>
            <w:tcW w:type="dxa" w:w="14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06" w:right="2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博物馆</w:t>
            </w:r>
          </w:p>
        </w:tc>
        <w:tc>
          <w:tcPr>
            <w:tcW w:type="dxa" w:w="26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40" w:right="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farm </w:t>
            </w:r>
          </w:p>
        </w:tc>
        <w:tc>
          <w:tcPr>
            <w:tcW w:type="dxa" w:w="19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0" w:right="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农场</w:t>
            </w:r>
          </w:p>
        </w:tc>
        <w:tc>
          <w:tcPr>
            <w:tcW w:type="dxa" w:w="26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0" w:right="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fifth </w:t>
            </w:r>
          </w:p>
        </w:tc>
        <w:tc>
          <w:tcPr>
            <w:tcW w:type="dxa" w:w="19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40" w:right="1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第五</w:t>
            </w:r>
          </w:p>
        </w:tc>
        <w:tc>
          <w:tcPr>
            <w:tcW w:type="dxa" w:w="26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8" w:right="10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date </w:t>
            </w:r>
          </w:p>
        </w:tc>
        <w:tc>
          <w:tcPr>
            <w:tcW w:type="dxa" w:w="19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22" w:right="1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日期</w:t>
            </w:r>
          </w:p>
        </w:tc>
        <w:tc>
          <w:tcPr>
            <w:tcW w:type="dxa" w:w="26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9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08" w:right="20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second </w:t>
            </w:r>
          </w:p>
        </w:tc>
        <w:tc>
          <w:tcPr>
            <w:tcW w:type="dxa" w:w="14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第二</w:t>
            </w:r>
          </w:p>
        </w:tc>
        <w:tc>
          <w:tcPr>
            <w:tcW w:type="dxa" w:w="269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9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62"/>
        </w:trPr>
        <w:tc>
          <w:tcPr>
            <w:tcW w:type="dxa" w:w="14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90" w:right="1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test </w:t>
            </w:r>
          </w:p>
        </w:tc>
        <w:tc>
          <w:tcPr>
            <w:tcW w:type="dxa" w:w="191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40" w:right="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考试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21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6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  <w:tr>
        <w:trPr>
          <w:trHeight w:hRule="exact" w:val="1306"/>
        </w:trPr>
        <w:tc>
          <w:tcPr>
            <w:tcW w:type="dxa" w:w="321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month </w:t>
            </w:r>
          </w:p>
        </w:tc>
        <w:tc>
          <w:tcPr>
            <w:tcW w:type="dxa" w:w="1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</w:t>
            </w:r>
          </w:p>
        </w:tc>
        <w:tc>
          <w:tcPr>
            <w:tcW w:type="dxa" w:w="28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 </w:t>
            </w:r>
          </w:p>
        </w:tc>
        <w:tc>
          <w:tcPr>
            <w:tcW w:type="dxa" w:w="1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计划</w:t>
            </w:r>
          </w:p>
        </w:tc>
        <w:tc>
          <w:tcPr>
            <w:tcW w:type="dxa" w:w="28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eighth </w:t>
            </w:r>
          </w:p>
        </w:tc>
        <w:tc>
          <w:tcPr>
            <w:tcW w:type="dxa" w:w="1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第八</w:t>
            </w:r>
          </w:p>
        </w:tc>
        <w:tc>
          <w:tcPr>
            <w:tcW w:type="dxa" w:w="28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66" w:right="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climb </w:t>
            </w:r>
          </w:p>
        </w:tc>
        <w:tc>
          <w:tcPr>
            <w:tcW w:type="dxa" w:w="1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64" w:right="1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爬</w:t>
            </w:r>
          </w:p>
        </w:tc>
        <w:tc>
          <w:tcPr>
            <w:tcW w:type="dxa" w:w="28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50" w:right="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beach </w:t>
            </w:r>
          </w:p>
        </w:tc>
        <w:tc>
          <w:tcPr>
            <w:tcW w:type="dxa" w:w="16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80" w:right="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海滨</w:t>
            </w:r>
          </w:p>
        </w:tc>
        <w:tc>
          <w:tcPr>
            <w:tcW w:type="dxa" w:w="28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21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2" w:right="34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92" w:right="109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30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3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06"/>
              </w:trPr>
              <w:tc>
                <w:tcPr>
                  <w:tcW w:type="dxa" w:w="19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240" w:right="240" w:firstLine="0"/>
                    <w:jc w:val="lef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</w:t>
                  </w:r>
                </w:p>
              </w:tc>
              <w:tc>
                <w:tcPr>
                  <w:tcW w:type="dxa" w:w="45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274" w:after="0"/>
                    <w:ind w:left="380" w:right="3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</w:t>
                  </w:r>
                </w:p>
              </w:tc>
              <w:tc>
                <w:tcPr>
                  <w:tcW w:type="dxa" w:w="2068"/>
                  <w:vMerge w:val="restart"/>
                  <w:tcBorders/>
                  <w:tcMar>
                    <w:start w:w="0" w:type="dxa"/>
                    <w:end w:w="0" w:type="dxa"/>
                  </w:tcMar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306" w:right="306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94"/>
                  <w:vMerge w:val="restart"/>
                  <w:tcBorders/>
                  <w:tcMar>
                    <w:start w:w="0" w:type="dxa"/>
                    <w:end w:w="0" w:type="dxa"/>
                  </w:tcMar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46" w:right="46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  <w:tr>
              <w:trPr>
                <w:trHeight w:hRule="exact" w:val="618"/>
              </w:trPr>
              <w:tc>
                <w:tcPr>
                  <w:tcW w:type="dxa" w:w="19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140" w:after="0"/>
                    <w:ind w:left="240" w:right="240" w:firstLine="0"/>
                    <w:jc w:val="lef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线</w:t>
                  </w:r>
                </w:p>
              </w:tc>
              <w:tc>
                <w:tcPr>
                  <w:tcW w:type="dxa" w:w="45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58" w:after="0"/>
                    <w:ind w:left="380" w:right="3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连</w:t>
                  </w:r>
                </w:p>
              </w:tc>
              <w:tc>
                <w:tcPr>
                  <w:tcW w:type="dxa" w:w="2450"/>
                  <w:vMerge/>
                  <w:tcBorders/>
                </w:tcPr>
                <w:p/>
              </w:tc>
              <w:tc>
                <w:tcPr>
                  <w:tcW w:type="dxa" w:w="2450"/>
                  <w:vMerge/>
                  <w:tcBorders/>
                </w:tcPr>
                <w:p/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4298"/>
        </w:trPr>
        <w:tc>
          <w:tcPr>
            <w:tcW w:type="dxa" w:w="417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prefer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either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autumn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camp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ski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winter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colourful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plant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classmate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middle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if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China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answer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Australia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forget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ninth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third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meeting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important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museum</w:t>
            </w:r>
          </w:p>
        </w:tc>
        <w:tc>
          <w:tcPr>
            <w:tcW w:type="dxa" w:w="628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2" w:after="0"/>
              <w:ind w:left="2058" w:right="205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选择；宁愿要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也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秋天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野营；营地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滑雪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冬天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多彩的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种植；植物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同班同学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698" w:right="169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中间的；中等的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如果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中国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回答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澳大利亚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忘记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第九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第三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会议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重要的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8" w:right="23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博物馆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  <w:tr>
        <w:trPr>
          <w:trHeight w:hRule="exact" w:val="7314"/>
        </w:trPr>
        <w:tc>
          <w:tcPr>
            <w:tcW w:type="dxa" w:w="413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farm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fifth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date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second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test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month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plan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eighth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climb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beach</w:t>
            </w:r>
          </w:p>
        </w:tc>
        <w:tc>
          <w:tcPr>
            <w:tcW w:type="dxa" w:w="632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350" w:right="23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农场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50" w:right="23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第五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50" w:right="23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日期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50" w:right="23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第二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50" w:right="23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考试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50" w:right="23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50" w:right="23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计划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50" w:right="23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第八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50" w:right="23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爬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50" w:right="23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海滨</w:t>
            </w:r>
          </w:p>
        </w:tc>
      </w:tr>
    </w:tbl>
    <w:p>
      <w:pPr>
        <w:autoSpaceDN w:val="0"/>
        <w:autoSpaceDE w:val="0"/>
        <w:widowControl/>
        <w:spacing w:line="19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6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ereprf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rerpfe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prefer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选择；宁愿要</w:t>
            </w:r>
          </w:p>
        </w:tc>
      </w:tr>
      <w:tr>
        <w:trPr>
          <w:trHeight w:hRule="exact" w:val="520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ihrtee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eteirh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either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也</w:t>
            </w:r>
          </w:p>
        </w:tc>
      </w:tr>
      <w:tr>
        <w:trPr>
          <w:trHeight w:hRule="exact" w:val="516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28" w:right="62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uumtan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autunm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autumn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秋天</w:t>
            </w:r>
          </w:p>
        </w:tc>
      </w:tr>
      <w:tr>
        <w:trPr>
          <w:trHeight w:hRule="exact" w:val="516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macp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mcpa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camp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野营；营地</w:t>
            </w:r>
          </w:p>
        </w:tc>
      </w:tr>
      <w:tr>
        <w:trPr>
          <w:trHeight w:hRule="exact" w:val="520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ski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sik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iks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滑雪</w:t>
            </w:r>
          </w:p>
        </w:tc>
      </w:tr>
      <w:tr>
        <w:trPr>
          <w:trHeight w:hRule="exact" w:val="516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wrneti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ertiwn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winter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冬天</w:t>
            </w:r>
          </w:p>
        </w:tc>
      </w:tr>
      <w:tr>
        <w:trPr>
          <w:trHeight w:hRule="exact" w:val="518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428" w:right="42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foruulocl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frlooucul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colourful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多彩的</w:t>
            </w:r>
          </w:p>
        </w:tc>
      </w:tr>
      <w:tr>
        <w:trPr>
          <w:trHeight w:hRule="exact" w:val="516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ltanp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laptn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plant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种植；植物</w:t>
            </w:r>
          </w:p>
        </w:tc>
      </w:tr>
      <w:tr>
        <w:trPr>
          <w:trHeight w:hRule="exact" w:val="520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62" w:right="36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lmacstsae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setsmacal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classmate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同班同学</w:t>
            </w:r>
          </w:p>
        </w:tc>
      </w:tr>
      <w:tr>
        <w:trPr>
          <w:trHeight w:hRule="exact" w:val="516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meidld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dliemd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middle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中间的；中等的</w:t>
            </w:r>
          </w:p>
        </w:tc>
      </w:tr>
      <w:tr>
        <w:trPr>
          <w:trHeight w:hRule="exact" w:val="518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Canhi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ahnCi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China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中国</w:t>
            </w:r>
          </w:p>
        </w:tc>
      </w:tr>
      <w:tr>
        <w:trPr>
          <w:trHeight w:hRule="exact" w:val="516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answer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asenwr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awenrs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回答</w:t>
            </w:r>
          </w:p>
        </w:tc>
      </w:tr>
      <w:tr>
        <w:trPr>
          <w:trHeight w:hRule="exact" w:val="518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28" w:right="42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uraAtlsai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lairtauAs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Australia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澳大利亚</w:t>
            </w:r>
          </w:p>
        </w:tc>
      </w:tr>
      <w:tr>
        <w:trPr>
          <w:trHeight w:hRule="exact" w:val="968"/>
        </w:trPr>
        <w:tc>
          <w:tcPr>
            <w:tcW w:type="dxa" w:w="22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goertf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forget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trfoge</w:t>
            </w:r>
          </w:p>
        </w:tc>
        <w:tc>
          <w:tcPr>
            <w:tcW w:type="dxa" w:w="44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忘记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2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4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  <w:tr>
        <w:trPr>
          <w:trHeight w:hRule="exact" w:val="790"/>
        </w:trPr>
        <w:tc>
          <w:tcPr>
            <w:tcW w:type="dxa" w:w="226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ntihn</w:t>
            </w:r>
          </w:p>
        </w:tc>
        <w:tc>
          <w:tcPr>
            <w:tcW w:type="dxa" w:w="18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ninth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hinnt</w:t>
            </w:r>
          </w:p>
        </w:tc>
        <w:tc>
          <w:tcPr>
            <w:tcW w:type="dxa" w:w="44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第九</w:t>
            </w:r>
          </w:p>
        </w:tc>
      </w:tr>
      <w:tr>
        <w:trPr>
          <w:trHeight w:hRule="exact" w:val="520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tidrh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third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rihtd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第三</w:t>
            </w:r>
          </w:p>
        </w:tc>
      </w:tr>
      <w:tr>
        <w:trPr>
          <w:trHeight w:hRule="exact" w:val="516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62" w:right="56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gimeetn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meeting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emegtin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会议</w:t>
            </w:r>
          </w:p>
        </w:tc>
      </w:tr>
      <w:tr>
        <w:trPr>
          <w:trHeight w:hRule="exact" w:val="518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62" w:right="36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ortaipnmt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mitotnrap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important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重要的</w:t>
            </w:r>
          </w:p>
        </w:tc>
      </w:tr>
      <w:tr>
        <w:trPr>
          <w:trHeight w:hRule="exact" w:val="518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12" w:right="5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museum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umeusm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eumums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博物馆</w:t>
            </w:r>
          </w:p>
        </w:tc>
      </w:tr>
      <w:tr>
        <w:trPr>
          <w:trHeight w:hRule="exact" w:val="516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mfra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mfar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farm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农场</w:t>
            </w:r>
          </w:p>
        </w:tc>
      </w:tr>
      <w:tr>
        <w:trPr>
          <w:trHeight w:hRule="exact" w:val="518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fifth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ftfih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ihtff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第五</w:t>
            </w:r>
          </w:p>
        </w:tc>
      </w:tr>
      <w:tr>
        <w:trPr>
          <w:trHeight w:hRule="exact" w:val="518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aetd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etda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date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日期</w:t>
            </w:r>
          </w:p>
        </w:tc>
      </w:tr>
      <w:tr>
        <w:trPr>
          <w:trHeight w:hRule="exact" w:val="516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sonecd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second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dnceos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第二</w:t>
            </w:r>
          </w:p>
        </w:tc>
      </w:tr>
      <w:tr>
        <w:trPr>
          <w:trHeight w:hRule="exact" w:val="518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sett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etst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test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考试</w:t>
            </w:r>
          </w:p>
        </w:tc>
      </w:tr>
      <w:tr>
        <w:trPr>
          <w:trHeight w:hRule="exact" w:val="516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mnoht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htmon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month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月</w:t>
            </w:r>
          </w:p>
        </w:tc>
      </w:tr>
      <w:tr>
        <w:trPr>
          <w:trHeight w:hRule="exact" w:val="520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plan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anpl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lpna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计划</w:t>
            </w:r>
          </w:p>
        </w:tc>
      </w:tr>
      <w:tr>
        <w:trPr>
          <w:trHeight w:hRule="exact" w:val="516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itgehh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eighth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tegihh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第八</w:t>
            </w:r>
          </w:p>
        </w:tc>
      </w:tr>
      <w:tr>
        <w:trPr>
          <w:trHeight w:hRule="exact" w:val="518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climb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lmcbi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lbmic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爬</w:t>
            </w:r>
          </w:p>
        </w:tc>
      </w:tr>
      <w:tr>
        <w:trPr>
          <w:trHeight w:hRule="exact" w:val="604"/>
        </w:trPr>
        <w:tc>
          <w:tcPr>
            <w:tcW w:type="dxa" w:w="22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baehc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beach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ahbec</w:t>
            </w:r>
          </w:p>
        </w:tc>
        <w:tc>
          <w:tcPr>
            <w:tcW w:type="dxa" w:w="44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62" w:right="3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海滨</w:t>
            </w:r>
          </w:p>
        </w:tc>
      </w:tr>
    </w:tbl>
    <w:p>
      <w:pPr>
        <w:autoSpaceDN w:val="0"/>
        <w:autoSpaceDE w:val="0"/>
        <w:widowControl/>
        <w:spacing w:line="14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8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4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4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4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6710"/>
        </w:trPr>
        <w:tc>
          <w:tcPr>
            <w:tcW w:type="dxa" w:w="47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pre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选择；宁愿要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autu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秋天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滑雪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colour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多彩的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smate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同班同学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中国</w:t>
            </w:r>
          </w:p>
        </w:tc>
        <w:tc>
          <w:tcPr>
            <w:tcW w:type="dxa" w:w="56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6" w:after="0"/>
              <w:ind w:left="790" w:right="7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也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90" w:right="7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野营；营地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40" w:right="104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冬天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90" w:right="7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种植；植物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40" w:right="104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iddl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中间的；中等的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414" w:right="141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swer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回答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  <w:tr>
        <w:trPr>
          <w:trHeight w:hRule="exact" w:val="8282"/>
        </w:trPr>
        <w:tc>
          <w:tcPr>
            <w:tcW w:type="dxa" w:w="47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Aus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alia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澳大利亚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第九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tin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会议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博物馆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第五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ond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第二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第八</w:t>
            </w:r>
          </w:p>
        </w:tc>
        <w:tc>
          <w:tcPr>
            <w:tcW w:type="dxa" w:w="56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90" w:right="7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get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忘记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40" w:right="104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90" w:right="7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impo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重要的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40" w:right="104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农场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90" w:right="7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日期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414" w:right="141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考试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40" w:right="104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计划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40" w:right="104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爬</w:t>
            </w:r>
          </w:p>
        </w:tc>
      </w:tr>
    </w:tbl>
    <w:p>
      <w:pPr>
        <w:autoSpaceDN w:val="0"/>
        <w:autoSpaceDE w:val="0"/>
        <w:widowControl/>
        <w:spacing w:line="414" w:lineRule="exact" w:before="292" w:after="518"/>
        <w:ind w:left="706" w:right="70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>b</w:t>
      </w:r>
      <w:r>
        <w:rPr>
          <w:rFonts w:ascii="Helvetica" w:hAnsi="Helvetica" w:eastAsia="Helvetica"/>
          <w:b w:val="0"/>
          <w:i w:val="0"/>
          <w:color w:val="000000"/>
          <w:sz w:val="30"/>
          <w:u w:val="single"/>
        </w:rPr>
        <w:t xml:space="preserve">    </w:t>
      </w:r>
      <w:r>
        <w:rPr>
          <w:rFonts w:ascii="Times" w:hAnsi="Times" w:eastAsia="Times"/>
          <w:b w:val="0"/>
          <w:i w:val="0"/>
          <w:color w:val="000000"/>
          <w:sz w:val="30"/>
        </w:rPr>
        <w:t>ac</w:t>
      </w:r>
      <w:r>
        <w:rPr>
          <w:rFonts w:ascii="Helvetica" w:hAnsi="Helvetica" w:eastAsia="Helvetica"/>
          <w:b w:val="0"/>
          <w:i w:val="0"/>
          <w:color w:val="000000"/>
          <w:sz w:val="30"/>
          <w:u w:val="single"/>
        </w:rPr>
        <w:t xml:space="preserve">    </w:t>
      </w:r>
      <w:r>
        <w:rPr>
          <w:rFonts w:ascii="Helvetica" w:hAnsi="Helvetica" w:eastAsia="Helvetica"/>
          <w:b w:val="0"/>
          <w:i w:val="0"/>
          <w:color w:val="000000"/>
          <w:sz w:val="30"/>
        </w:rPr>
        <w:t xml:space="preserve">    </w:t>
      </w:r>
      <w:r>
        <w:rPr>
          <w:rFonts w:ascii="宋体" w:hAnsi="宋体" w:eastAsia="宋体"/>
          <w:b w:val="0"/>
          <w:i w:val="0"/>
          <w:color w:val="555D5D"/>
          <w:sz w:val="24"/>
        </w:rPr>
        <w:t>海滨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选择；宁愿要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也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秋天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野营；营地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滑雪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冬天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多彩的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种植；植物 </w:t>
            </w:r>
          </w:p>
        </w:tc>
      </w:tr>
      <w:tr>
        <w:trPr>
          <w:trHeight w:hRule="exact" w:val="1662"/>
        </w:trPr>
        <w:tc>
          <w:tcPr>
            <w:tcW w:type="dxa" w:w="48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同班同学 </w:t>
            </w:r>
          </w:p>
        </w:tc>
        <w:tc>
          <w:tcPr>
            <w:tcW w:type="dxa" w:w="25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中间的；中等的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4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990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教科版（主编：龚亚夫）（三年级起点）</w:t>
            </w:r>
          </w:p>
        </w:tc>
      </w:tr>
      <w:tr>
        <w:trPr>
          <w:trHeight w:hRule="exact" w:val="1306"/>
        </w:trPr>
        <w:tc>
          <w:tcPr>
            <w:tcW w:type="dxa" w:w="4470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如果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回答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忘记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第三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重要的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农场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日期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考试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计划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爬 </w:t>
            </w:r>
          </w:p>
        </w:tc>
        <w:tc>
          <w:tcPr>
            <w:tcW w:type="dxa" w:w="29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中国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澳大利亚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第九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会议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博物馆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第五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第二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月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第八 </w:t>
            </w:r>
          </w:p>
        </w:tc>
      </w:tr>
      <w:tr>
        <w:trPr>
          <w:trHeight w:hRule="exact" w:val="6646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9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海滨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16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