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学期：四年级上学期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版本：冀教版（一年级起点）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A New School Year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298"/>
        </w:trPr>
        <w:tc>
          <w:tcPr>
            <w:tcW w:type="dxa" w:w="440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behind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在……后面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between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在……中间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教室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friend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front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前面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hundred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front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在……前面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知道；了解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相遇；遇见；会面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Mr.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先生（用于男子姓或姓名前）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playground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pupil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schoolbag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</w:tc>
        <w:tc>
          <w:tcPr>
            <w:tcW w:type="dxa" w:w="531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称呼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crayon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彩色蜡笔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健康的；身体很好的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来自，从……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在……之内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金（女子名）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更多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高兴的；令人愉快的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number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仅；只有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pencil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please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请（礼貌用语）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4" w:right="5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七十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4172"/>
        </w:trPr>
        <w:tc>
          <w:tcPr>
            <w:tcW w:type="dxa" w:w="41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确信；当然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U.K.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英国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</w:t>
            </w:r>
          </w:p>
        </w:tc>
        <w:tc>
          <w:tcPr>
            <w:tcW w:type="dxa" w:w="62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史蒂文（男子名）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感谢；谢谢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在哪里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2" w:right="12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wood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你的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We Love Animals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0922"/>
        </w:trPr>
        <w:tc>
          <w:tcPr>
            <w:tcW w:type="dxa" w:w="400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animal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动物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bamboo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竹子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elephant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森林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部分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睡觉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他们（they的宾格）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树；树木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想要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世界</w:t>
            </w:r>
          </w:p>
        </w:tc>
        <w:tc>
          <w:tcPr>
            <w:tcW w:type="dxa" w:w="571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banana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black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黑色；黑色的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给……食物；喂养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狮子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monkey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猴子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panda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河流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尾巴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trunk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象鼻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白色；白色的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36" w:right="9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zoo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动物园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94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In the City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510"/>
        </w:trPr>
        <w:tc>
          <w:tcPr>
            <w:tcW w:type="dxa" w:w="479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包；袋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公共汽车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cinema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clothes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衣服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excuse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原谅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from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离……远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这里；在这儿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小孩；小家伙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午餐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公园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restaurant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饭店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给……指路；给……看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停下，停止；（公共汽车、火车）站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笔直地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supermarket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超市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在那里；（表示存在或发生）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玩具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转；转身</w:t>
            </w:r>
          </w:p>
        </w:tc>
        <w:tc>
          <w:tcPr>
            <w:tcW w:type="dxa" w:w="492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bicycle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自行车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糖果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连衣裙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远的；遥远的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film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饥饿的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可以；可能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potato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土豆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不好意思，抱歉，对不起（道歉时用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商店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street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街道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西红柿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traffic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交通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道路；方法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132"/>
        </w:trPr>
        <w:tc>
          <w:tcPr>
            <w:tcW w:type="dxa" w:w="4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（口语）好吧</w:t>
            </w:r>
          </w:p>
        </w:tc>
        <w:tc>
          <w:tcPr>
            <w:tcW w:type="dxa" w:w="30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318" w:right="3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会，要</w:t>
            </w:r>
          </w:p>
        </w:tc>
        <w:tc>
          <w:tcPr>
            <w:tcW w:type="dxa" w:w="30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My Favourites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212"/>
        </w:trPr>
        <w:tc>
          <w:tcPr>
            <w:tcW w:type="dxa" w:w="37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about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blue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蓝色；蓝色的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盒子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collect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收集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傍晚；晚上</w:t>
            </w:r>
          </w:p>
        </w:tc>
        <w:tc>
          <w:tcPr>
            <w:tcW w:type="dxa" w:w="60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afternoon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美术；艺术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bottle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瓶子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Chinese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汉语；语文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different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English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英语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0" w:right="12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每人；人人</w:t>
            </w:r>
          </w:p>
        </w:tc>
      </w:tr>
    </w:tbl>
    <w:p>
      <w:pPr>
        <w:autoSpaceDN w:val="0"/>
        <w:autoSpaceDE w:val="0"/>
        <w:widowControl/>
        <w:spacing w:line="404" w:lineRule="exact" w:before="172" w:after="18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favourite </w:t>
      </w:r>
      <w:r>
        <w:rPr>
          <w:rFonts w:ascii="宋体" w:hAnsi="宋体" w:eastAsia="宋体"/>
          <w:b w:val="0"/>
          <w:i w:val="0"/>
          <w:color w:val="555D5D"/>
          <w:sz w:val="24"/>
        </w:rPr>
        <w:t>最喜欢的；特别喜爱的人（或事</w:t>
      </w:r>
      <w:r>
        <w:rPr>
          <w:rFonts w:ascii="Times" w:hAnsi="Times" w:eastAsia="Times"/>
          <w:b w:val="0"/>
          <w:i w:val="0"/>
          <w:color w:val="000000"/>
          <w:sz w:val="30"/>
        </w:rPr>
        <w:t xml:space="preserve"> flower </w:t>
      </w:r>
      <w:r>
        <w:rPr>
          <w:rFonts w:ascii="宋体" w:hAnsi="宋体" w:eastAsia="宋体"/>
          <w:b w:val="0"/>
          <w:i w:val="0"/>
          <w:color w:val="555D5D"/>
          <w:sz w:val="24"/>
        </w:rPr>
        <w:t>花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988"/>
        </w:trPr>
        <w:tc>
          <w:tcPr>
            <w:tcW w:type="dxa" w:w="44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fruit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早晨；上午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另外；其他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放；安置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米；米饭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</w:tc>
        <w:tc>
          <w:tcPr>
            <w:tcW w:type="dxa" w:w="60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绿色；绿色的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果汁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红色；红色的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相同的；同样的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裙子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6" w:right="12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subject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学科；科目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39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3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1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164"/>
        </w:trPr>
        <w:tc>
          <w:tcPr>
            <w:tcW w:type="dxa" w:w="39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他们的</w:t>
            </w:r>
          </w:p>
        </w:tc>
        <w:tc>
          <w:tcPr>
            <w:tcW w:type="dxa" w:w="33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366" w:right="3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这些</w:t>
            </w:r>
          </w:p>
        </w:tc>
        <w:tc>
          <w:tcPr>
            <w:tcW w:type="dxa" w:w="312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3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</w:tc>
        <w:tc>
          <w:tcPr>
            <w:tcW w:type="dxa" w:w="33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06" w:right="7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墙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180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with </w:t>
      </w:r>
      <w:r>
        <w:rPr>
          <w:rFonts w:ascii="宋体" w:hAnsi="宋体" w:eastAsia="宋体"/>
          <w:b w:val="0"/>
          <w:i w:val="0"/>
          <w:color w:val="555D5D"/>
          <w:sz w:val="24"/>
        </w:rPr>
        <w:t>用；和；同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4"/>
        </w:trPr>
        <w:tc>
          <w:tcPr>
            <w:tcW w:type="dxa" w:w="13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give </w:t>
            </w:r>
          </w:p>
        </w:tc>
        <w:tc>
          <w:tcPr>
            <w:tcW w:type="dxa" w:w="245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</w:t>
            </w:r>
          </w:p>
        </w:tc>
        <w:tc>
          <w:tcPr>
            <w:tcW w:type="dxa" w:w="26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sure </w:t>
            </w:r>
          </w:p>
        </w:tc>
        <w:tc>
          <w:tcPr>
            <w:tcW w:type="dxa" w:w="245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0" w:right="2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确信；当然</w:t>
            </w:r>
          </w:p>
        </w:tc>
        <w:tc>
          <w:tcPr>
            <w:tcW w:type="dxa" w:w="26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hundred </w:t>
            </w:r>
          </w:p>
        </w:tc>
        <w:tc>
          <w:tcPr>
            <w:tcW w:type="dxa" w:w="17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百</w:t>
            </w:r>
          </w:p>
        </w:tc>
        <w:tc>
          <w:tcPr>
            <w:tcW w:type="dxa" w:w="26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2" w:right="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fine </w:t>
            </w:r>
          </w:p>
        </w:tc>
        <w:tc>
          <w:tcPr>
            <w:tcW w:type="dxa" w:w="245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0" w:right="11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健康的；身体很好的</w:t>
            </w:r>
          </w:p>
        </w:tc>
        <w:tc>
          <w:tcPr>
            <w:tcW w:type="dxa" w:w="26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24"/>
        </w:trPr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schoolbag </w:t>
            </w:r>
          </w:p>
        </w:tc>
        <w:tc>
          <w:tcPr>
            <w:tcW w:type="dxa" w:w="17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</w:tc>
        <w:tc>
          <w:tcPr>
            <w:tcW w:type="dxa" w:w="262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64"/>
        </w:trPr>
        <w:tc>
          <w:tcPr>
            <w:tcW w:type="dxa" w:w="382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8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542"/>
        </w:trPr>
        <w:tc>
          <w:tcPr>
            <w:tcW w:type="dxa" w:w="387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2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2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0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number </w:t>
            </w:r>
          </w:p>
        </w:tc>
        <w:tc>
          <w:tcPr>
            <w:tcW w:type="dxa" w:w="21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数字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Steven </w:t>
            </w:r>
          </w:p>
        </w:tc>
        <w:tc>
          <w:tcPr>
            <w:tcW w:type="dxa" w:w="21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6" w:right="5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史蒂文（男子名）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only </w:t>
            </w:r>
          </w:p>
        </w:tc>
        <w:tc>
          <w:tcPr>
            <w:tcW w:type="dxa" w:w="249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仅；只有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year </w:t>
            </w:r>
          </w:p>
        </w:tc>
        <w:tc>
          <w:tcPr>
            <w:tcW w:type="dxa" w:w="249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8" w:right="1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</w:p>
        </w:tc>
        <w:tc>
          <w:tcPr>
            <w:tcW w:type="dxa" w:w="21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22" w:right="1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24"/>
        </w:trPr>
        <w:tc>
          <w:tcPr>
            <w:tcW w:type="dxa" w:w="176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wood </w:t>
            </w:r>
          </w:p>
        </w:tc>
        <w:tc>
          <w:tcPr>
            <w:tcW w:type="dxa" w:w="211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伍德（姓氏）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51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351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sixty </w:t>
            </w:r>
          </w:p>
        </w:tc>
        <w:tc>
          <w:tcPr>
            <w:tcW w:type="dxa" w:w="18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六十</w:t>
            </w:r>
          </w:p>
        </w:tc>
        <w:tc>
          <w:tcPr>
            <w:tcW w:type="dxa" w:w="29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crayon </w:t>
            </w:r>
          </w:p>
        </w:tc>
        <w:tc>
          <w:tcPr>
            <w:tcW w:type="dxa" w:w="18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2" w:right="2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彩色蜡笔</w:t>
            </w:r>
          </w:p>
        </w:tc>
        <w:tc>
          <w:tcPr>
            <w:tcW w:type="dxa" w:w="29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8" w:right="2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ruler </w:t>
            </w:r>
          </w:p>
        </w:tc>
        <w:tc>
          <w:tcPr>
            <w:tcW w:type="dxa" w:w="18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</w:tc>
        <w:tc>
          <w:tcPr>
            <w:tcW w:type="dxa" w:w="29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behind </w:t>
            </w:r>
          </w:p>
        </w:tc>
        <w:tc>
          <w:tcPr>
            <w:tcW w:type="dxa" w:w="18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2" w:right="2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在……后面</w:t>
            </w:r>
          </w:p>
        </w:tc>
        <w:tc>
          <w:tcPr>
            <w:tcW w:type="dxa" w:w="29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8" w:right="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whose </w:t>
            </w:r>
          </w:p>
        </w:tc>
        <w:tc>
          <w:tcPr>
            <w:tcW w:type="dxa" w:w="18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2" w:right="1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</w:tc>
        <w:tc>
          <w:tcPr>
            <w:tcW w:type="dxa" w:w="29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51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16" w:right="4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83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938"/>
        </w:trPr>
        <w:tc>
          <w:tcPr>
            <w:tcW w:type="dxa" w:w="15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</w:t>
            </w:r>
          </w:p>
        </w:tc>
        <w:tc>
          <w:tcPr>
            <w:tcW w:type="dxa" w:w="22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新的</w:t>
            </w:r>
          </w:p>
        </w:tc>
        <w:tc>
          <w:tcPr>
            <w:tcW w:type="dxa" w:w="261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</w:p>
        </w:tc>
        <w:tc>
          <w:tcPr>
            <w:tcW w:type="dxa" w:w="22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高兴的；令人愉快的</w:t>
            </w:r>
          </w:p>
        </w:tc>
        <w:tc>
          <w:tcPr>
            <w:tcW w:type="dxa" w:w="26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 </w:t>
            </w:r>
          </w:p>
        </w:tc>
        <w:tc>
          <w:tcPr>
            <w:tcW w:type="dxa" w:w="22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相遇；遇见；会面</w:t>
            </w:r>
          </w:p>
        </w:tc>
        <w:tc>
          <w:tcPr>
            <w:tcW w:type="dxa" w:w="26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22" w:right="1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more </w:t>
            </w:r>
          </w:p>
        </w:tc>
        <w:tc>
          <w:tcPr>
            <w:tcW w:type="dxa" w:w="22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8" w:right="1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更多</w:t>
            </w:r>
          </w:p>
        </w:tc>
        <w:tc>
          <w:tcPr>
            <w:tcW w:type="dxa" w:w="26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" w:right="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friend </w:t>
            </w:r>
          </w:p>
        </w:tc>
        <w:tc>
          <w:tcPr>
            <w:tcW w:type="dxa" w:w="22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8" w:right="2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朋友</w:t>
            </w:r>
          </w:p>
        </w:tc>
        <w:tc>
          <w:tcPr>
            <w:tcW w:type="dxa" w:w="26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eighty </w:t>
            </w:r>
          </w:p>
        </w:tc>
        <w:tc>
          <w:tcPr>
            <w:tcW w:type="dxa" w:w="22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2" w:right="2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八十</w:t>
            </w:r>
          </w:p>
        </w:tc>
        <w:tc>
          <w:tcPr>
            <w:tcW w:type="dxa" w:w="26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8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83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96" w:right="9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7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202"/>
        </w:trPr>
        <w:tc>
          <w:tcPr>
            <w:tcW w:type="dxa" w:w="162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please </w:t>
            </w:r>
          </w:p>
        </w:tc>
        <w:tc>
          <w:tcPr>
            <w:tcW w:type="dxa" w:w="20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请（礼貌用语）</w:t>
            </w:r>
          </w:p>
        </w:tc>
        <w:tc>
          <w:tcPr>
            <w:tcW w:type="dxa" w:w="272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thanks </w:t>
            </w:r>
          </w:p>
        </w:tc>
        <w:tc>
          <w:tcPr>
            <w:tcW w:type="dxa" w:w="20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感谢；谢谢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6" w:right="1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</w:p>
        </w:tc>
        <w:tc>
          <w:tcPr>
            <w:tcW w:type="dxa" w:w="20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24" w:right="1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知道；了解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pencil </w:t>
            </w:r>
          </w:p>
        </w:tc>
        <w:tc>
          <w:tcPr>
            <w:tcW w:type="dxa" w:w="20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Kim </w:t>
            </w:r>
          </w:p>
        </w:tc>
        <w:tc>
          <w:tcPr>
            <w:tcW w:type="dxa" w:w="20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金（女子名）</w:t>
            </w:r>
          </w:p>
        </w:tc>
        <w:tc>
          <w:tcPr>
            <w:tcW w:type="dxa" w:w="27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 </w:t>
            </w:r>
          </w:p>
        </w:tc>
        <w:tc>
          <w:tcPr>
            <w:tcW w:type="dxa" w:w="23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钢笔</w:t>
            </w:r>
          </w:p>
        </w:tc>
        <w:tc>
          <w:tcPr>
            <w:tcW w:type="dxa" w:w="272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0" w:right="2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7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240"/>
        </w:trPr>
        <w:tc>
          <w:tcPr>
            <w:tcW w:type="dxa" w:w="321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00" w:right="2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ninety </w:t>
            </w:r>
          </w:p>
        </w:tc>
        <w:tc>
          <w:tcPr>
            <w:tcW w:type="dxa" w:w="1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九十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8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seventy </w:t>
            </w:r>
          </w:p>
        </w:tc>
        <w:tc>
          <w:tcPr>
            <w:tcW w:type="dxa" w:w="1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七十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8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8432"/>
        </w:trPr>
        <w:tc>
          <w:tcPr>
            <w:tcW w:type="dxa" w:w="41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give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hundred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schoolbag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number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Steven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only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library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wood</w:t>
            </w:r>
          </w:p>
        </w:tc>
        <w:tc>
          <w:tcPr>
            <w:tcW w:type="dxa" w:w="62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给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确信；当然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352" w:right="135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健康的；身体很好的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书包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数字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592" w:right="15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史蒂文（男子名）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仅；只有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76" w:right="227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图书馆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52" w:right="195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伍德（姓氏）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3616"/>
        </w:trPr>
        <w:tc>
          <w:tcPr>
            <w:tcW w:type="dxa" w:w="4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sixty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crayon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ruler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behind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whose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new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friend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eighty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please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thanks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know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pencil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Kim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ninety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seventy</w:t>
            </w:r>
          </w:p>
        </w:tc>
        <w:tc>
          <w:tcPr>
            <w:tcW w:type="dxa" w:w="6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六十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彩色蜡笔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尺子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在……后面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谁的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新的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232" w:right="123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高兴的；令人愉快的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472" w:right="14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相遇；遇见；会面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更多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朋友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八十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12" w:right="17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请（礼貌用语）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感谢；谢谢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知道；了解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铅笔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52" w:right="195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金（女子名）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钢笔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九十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七十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19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give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iegv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egvi</w:t>
            </w:r>
          </w:p>
        </w:tc>
        <w:tc>
          <w:tcPr>
            <w:tcW w:type="dxa" w:w="47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688" w:right="6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给</w:t>
            </w:r>
          </w:p>
        </w:tc>
      </w:tr>
      <w:tr>
        <w:trPr>
          <w:trHeight w:hRule="exact" w:val="876"/>
        </w:trPr>
        <w:tc>
          <w:tcPr>
            <w:tcW w:type="dxa" w:w="19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ruse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rues</w:t>
            </w:r>
          </w:p>
        </w:tc>
        <w:tc>
          <w:tcPr>
            <w:tcW w:type="dxa" w:w="18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sure</w:t>
            </w:r>
          </w:p>
        </w:tc>
        <w:tc>
          <w:tcPr>
            <w:tcW w:type="dxa" w:w="47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688" w:right="6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确信；当然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790"/>
        </w:trPr>
        <w:tc>
          <w:tcPr>
            <w:tcW w:type="dxa" w:w="22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570" w:right="5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hundred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ndhudre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dhdrnue</w:t>
            </w:r>
          </w:p>
        </w:tc>
        <w:tc>
          <w:tcPr>
            <w:tcW w:type="dxa" w:w="43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百</w:t>
            </w:r>
          </w:p>
        </w:tc>
      </w:tr>
      <w:tr>
        <w:trPr>
          <w:trHeight w:hRule="exact" w:val="520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feni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einf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fine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健康的；身体很好的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schoolbag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acblogohs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blaohsgoc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书包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38" w:right="6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umbrne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uembrn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number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数字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Snetve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Snevet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Steven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史蒂文（男子名）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only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lyon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yonl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仅；只有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year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erya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eray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byairlr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rrabily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library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图书馆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odow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wood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odwo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伍德（姓氏）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ysxit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styix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sixty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六十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crayon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rcoayn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ryncoa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彩色蜡笔</w:t>
            </w:r>
          </w:p>
        </w:tc>
      </w:tr>
      <w:tr>
        <w:trPr>
          <w:trHeight w:hRule="exact" w:val="520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lreru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ruler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ulrer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尺子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edinbh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behind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dbhnie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在……后面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eshow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whose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ewsho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谁的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nwe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new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新的</w:t>
            </w:r>
          </w:p>
        </w:tc>
      </w:tr>
      <w:tr>
        <w:trPr>
          <w:trHeight w:hRule="exact" w:val="520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enci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ecni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高兴的；令人愉快的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meet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tmee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mtee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相遇；遇见；会面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roem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ermo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more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更多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friend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idrefn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niefdr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朋友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hgyeti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eighty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hteiyg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八十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espael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lepaes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please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请（礼貌用语）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tkshna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kathsn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thanks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感谢；谢谢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nkow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know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nwko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知道；了解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eilpcn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pencil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licnpe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铅笔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Kmi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miK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金（女子名）</w:t>
            </w:r>
          </w:p>
        </w:tc>
      </w:tr>
      <w:tr>
        <w:trPr>
          <w:trHeight w:hRule="exact" w:val="516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npe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pen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钢笔</w:t>
            </w:r>
          </w:p>
        </w:tc>
      </w:tr>
      <w:tr>
        <w:trPr>
          <w:trHeight w:hRule="exact" w:val="518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tineny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ninety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eitynn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九十</w:t>
            </w:r>
          </w:p>
        </w:tc>
      </w:tr>
      <w:tr>
        <w:trPr>
          <w:trHeight w:hRule="exact" w:val="604"/>
        </w:trPr>
        <w:tc>
          <w:tcPr>
            <w:tcW w:type="dxa" w:w="2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8" w:right="6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eystven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6" w:right="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etesynv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8" w:right="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seventy</w:t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6" w:right="3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七十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66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22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50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04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376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20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5242"/>
        </w:trPr>
        <w:tc>
          <w:tcPr>
            <w:tcW w:type="dxa" w:w="50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olbag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史蒂文（男子名）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伍德（姓氏）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彩色蜡笔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在……后面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相遇；遇见；会面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朋友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请（礼貌用语）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知道；了解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金（女子名）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nety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九十</w:t>
            </w:r>
          </w:p>
        </w:tc>
        <w:tc>
          <w:tcPr>
            <w:tcW w:type="dxa" w:w="54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确信；当然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2" w:right="116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健康的；身体很好的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2" w:right="116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仅；只有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2" w:right="116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brary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高兴的；令人愉快的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更多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ight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感谢；谢谢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nci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38" w:right="5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enty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七十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4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给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确信；当然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百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健康的；身体很好的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书包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数字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史蒂文（男子名）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仅；只有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图书馆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伍德（姓氏）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六十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彩色蜡笔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尺子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在……后面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谁的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新的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高兴的；令人愉快的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相遇；遇见；会面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更多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朋友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八十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请（礼貌用语）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感谢；谢谢 </w:t>
            </w:r>
          </w:p>
        </w:tc>
      </w:tr>
      <w:tr>
        <w:trPr>
          <w:trHeight w:hRule="exact" w:val="1000"/>
        </w:trPr>
        <w:tc>
          <w:tcPr>
            <w:tcW w:type="dxa" w:w="5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知道；了解 </w:t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铅笔 </w:t>
            </w:r>
          </w:p>
        </w:tc>
      </w:tr>
      <w:tr>
        <w:trPr>
          <w:trHeight w:hRule="exact" w:val="1742"/>
        </w:trPr>
        <w:tc>
          <w:tcPr>
            <w:tcW w:type="dxa" w:w="50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金（女子名） </w:t>
            </w:r>
          </w:p>
        </w:tc>
        <w:tc>
          <w:tcPr>
            <w:tcW w:type="dxa" w:w="23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钢笔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3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四年级上学期 / 冀教版（一年级起点）</w:t>
            </w:r>
          </w:p>
        </w:tc>
      </w:tr>
      <w:tr>
        <w:trPr>
          <w:trHeight w:hRule="exact" w:val="15952"/>
        </w:trPr>
        <w:tc>
          <w:tcPr>
            <w:tcW w:type="dxa" w:w="435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九十 </w:t>
            </w:r>
          </w:p>
        </w:tc>
        <w:tc>
          <w:tcPr>
            <w:tcW w:type="dxa" w:w="303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七十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