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学期：五年级上学期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版本：川教版（三年级起点）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Favourite Subjects     Lesson 1 Whose Book Is It?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74"/>
        </w:trPr>
        <w:tc>
          <w:tcPr>
            <w:tcW w:type="dxa" w:w="38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她的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one by 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一个一个地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textbook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workbook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练习册</w:t>
            </w:r>
          </w:p>
        </w:tc>
        <w:tc>
          <w:tcPr>
            <w:tcW w:type="dxa" w:w="58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058" w:right="10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58" w:right="10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notebook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笔记本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58" w:right="10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storybook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58" w:right="10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58" w:right="10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yours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你（们）的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Favourite Subjects     Lesson 2 I Have Music Class on Friday.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33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艺术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enjoy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欣赏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maths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音乐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science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科学</w:t>
            </w:r>
          </w:p>
        </w:tc>
        <w:tc>
          <w:tcPr>
            <w:tcW w:type="dxa" w:w="641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634" w:right="1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because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34" w:right="1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computer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计算机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34" w:right="1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funny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8" w:right="91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ME(Moral Education)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思想品德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34" w:right="1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体育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34" w:right="1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social studies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社会课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subject </w:t>
      </w:r>
      <w:r>
        <w:rPr>
          <w:rFonts w:ascii="宋体" w:hAnsi="宋体" w:eastAsia="宋体"/>
          <w:b w:val="0"/>
          <w:i w:val="0"/>
          <w:color w:val="555D5D"/>
          <w:sz w:val="24"/>
        </w:rPr>
        <w:t>学科</w:t>
      </w:r>
    </w:p>
    <w:p>
      <w:pPr>
        <w:autoSpaceDN w:val="0"/>
        <w:autoSpaceDE w:val="0"/>
        <w:widowControl/>
        <w:spacing w:line="400" w:lineRule="exact" w:before="720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Favourite Subjects     Lesson 3 What Subject Do You Like Best?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316"/>
        </w:trPr>
        <w:tc>
          <w:tcPr>
            <w:tcW w:type="dxa" w:w="356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boring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无趣的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difficult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难的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important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重要的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magic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神奇的</w:t>
            </w:r>
          </w:p>
        </w:tc>
        <w:tc>
          <w:tcPr>
            <w:tcW w:type="dxa" w:w="615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Cool!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太棒了！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容易的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interesting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useful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有用的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1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14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1170"/>
        </w:trPr>
        <w:tc>
          <w:tcPr>
            <w:tcW w:type="dxa" w:w="41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useless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无用的</w:t>
            </w:r>
          </w:p>
        </w:tc>
        <w:tc>
          <w:tcPr>
            <w:tcW w:type="dxa" w:w="32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384" w:right="38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</w:t>
            </w:r>
          </w:p>
        </w:tc>
        <w:tc>
          <w:tcPr>
            <w:tcW w:type="dxa" w:w="31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work hard </w:t>
      </w:r>
      <w:r>
        <w:rPr>
          <w:rFonts w:ascii="宋体" w:hAnsi="宋体" w:eastAsia="宋体"/>
          <w:b w:val="0"/>
          <w:i w:val="0"/>
          <w:color w:val="555D5D"/>
          <w:sz w:val="24"/>
        </w:rPr>
        <w:t>努力学习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Interesting Lessons     Lesson 1 What's the Missing Word?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394"/>
        </w:trPr>
        <w:tc>
          <w:tcPr>
            <w:tcW w:type="dxa" w:w="40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piece of cake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容易的事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hundred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遗漏的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reading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在读书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sleeping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在睡觉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swimming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在游泳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watching TV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在看电视</w:t>
            </w:r>
          </w:p>
        </w:tc>
        <w:tc>
          <w:tcPr>
            <w:tcW w:type="dxa" w:w="57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40" w:right="9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0" w:right="9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listening to music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在听音乐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0" w:right="9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puzzle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难题；谜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0" w:right="9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singing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0" w:right="9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solve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解；解答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0" w:right="9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thousand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0" w:right="9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working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在工作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Interesting Lessons     Lesson 2 What's an Insect?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394"/>
        </w:trPr>
        <w:tc>
          <w:tcPr>
            <w:tcW w:type="dxa" w:w="40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pair of wings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一对翅膀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butterfly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蝴蝶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硬的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ladybug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瓢虫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不；没有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nothing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什么也没有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告诉</w:t>
            </w:r>
          </w:p>
        </w:tc>
        <w:tc>
          <w:tcPr>
            <w:tcW w:type="dxa" w:w="57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38" w:right="9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身体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8" w:right="9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dragonfly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蜻蜒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8" w:right="9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insect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昆虫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8" w:right="9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大部分的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8" w:right="9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不；没有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8" w:right="9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soft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柔软的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8" w:right="9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是的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Interesting Lessons     Lesson 3 Where Is the Eiffel Tower? </w:t>
      </w:r>
    </w:p>
    <w:p>
      <w:pPr>
        <w:autoSpaceDN w:val="0"/>
        <w:autoSpaceDE w:val="0"/>
        <w:widowControl/>
        <w:spacing w:line="212" w:lineRule="exact" w:before="662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4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0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3412"/>
        </w:trPr>
        <w:tc>
          <w:tcPr>
            <w:tcW w:type="dxa" w:w="44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Big Ben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大本钟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Japan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拼写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Great Wall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长城</w:t>
            </w:r>
          </w:p>
        </w:tc>
        <w:tc>
          <w:tcPr>
            <w:tcW w:type="dxa" w:w="60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192" w:right="11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France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法国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92" w:right="11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 Fuji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富士山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92" w:right="11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Eiffel Tower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埃菲尔铁塔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92" w:right="11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White House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白宫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Happy Family     Lesson 1 Velcome to My Home!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934"/>
        </w:trPr>
        <w:tc>
          <w:tcPr>
            <w:tcW w:type="dxa" w:w="34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bookshelf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lamp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台灯</w:t>
            </w:r>
          </w:p>
        </w:tc>
        <w:tc>
          <w:tcPr>
            <w:tcW w:type="dxa" w:w="62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42" w:right="8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bedroom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84" w:right="14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椅子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84" w:right="14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desk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84" w:right="14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房间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TV </w:t>
      </w:r>
      <w:r>
        <w:rPr>
          <w:rFonts w:ascii="宋体" w:hAnsi="宋体" w:eastAsia="宋体"/>
          <w:b w:val="0"/>
          <w:i w:val="0"/>
          <w:color w:val="555D5D"/>
          <w:sz w:val="24"/>
        </w:rPr>
        <w:t>完整信息公众号英语超人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Happy Family     Lesson 2 My Family Tree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74"/>
        </w:trPr>
        <w:tc>
          <w:tcPr>
            <w:tcW w:type="dxa" w:w="39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cousin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堂兄妹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父亲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grandmother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奶奶；外婆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people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</w:t>
            </w:r>
          </w:p>
        </w:tc>
        <w:tc>
          <w:tcPr>
            <w:tcW w:type="dxa" w:w="57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family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grandfather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爷爷；外公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 purple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穿紫色衣服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母亲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妇女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Happy Family     Lesson 3 What's Your Father's Job?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218"/>
        </w:trPr>
        <w:tc>
          <w:tcPr>
            <w:tcW w:type="dxa" w:w="325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厨师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doctor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医生</w:t>
            </w:r>
          </w:p>
        </w:tc>
        <w:tc>
          <w:tcPr>
            <w:tcW w:type="dxa" w:w="647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692" w:right="16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dancer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舞蹈演员；舞蹈家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692" w:right="16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driver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驾驶员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4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9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2472"/>
        </w:trPr>
        <w:tc>
          <w:tcPr>
            <w:tcW w:type="dxa" w:w="44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nurse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护士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policewoman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女警察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singer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歌唱家</w:t>
            </w:r>
          </w:p>
        </w:tc>
        <w:tc>
          <w:tcPr>
            <w:tcW w:type="dxa" w:w="59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148" w:right="11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policeman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男警察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48" w:right="11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pupil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小学生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48" w:right="11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taxi-driver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出租车司机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worker </w:t>
      </w:r>
      <w:r>
        <w:rPr>
          <w:rFonts w:ascii="宋体" w:hAnsi="宋体" w:eastAsia="宋体"/>
          <w:b w:val="0"/>
          <w:i w:val="0"/>
          <w:color w:val="555D5D"/>
          <w:sz w:val="24"/>
        </w:rPr>
        <w:t>工人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622"/>
        </w:trPr>
        <w:tc>
          <w:tcPr>
            <w:tcW w:type="dxa" w:w="21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72" w:right="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storybook </w:t>
            </w:r>
          </w:p>
        </w:tc>
        <w:tc>
          <w:tcPr>
            <w:tcW w:type="dxa" w:w="13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158" w:right="1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故事书</w:t>
            </w:r>
          </w:p>
        </w:tc>
        <w:tc>
          <w:tcPr>
            <w:tcW w:type="dxa" w:w="29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464" w:right="4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7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4" w:right="4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21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notebook </w:t>
            </w:r>
          </w:p>
        </w:tc>
        <w:tc>
          <w:tcPr>
            <w:tcW w:type="dxa" w:w="13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笔记本</w:t>
            </w:r>
          </w:p>
        </w:tc>
        <w:tc>
          <w:tcPr>
            <w:tcW w:type="dxa" w:w="29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64" w:right="4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7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4" w:right="4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mine </w:t>
            </w:r>
          </w:p>
        </w:tc>
        <w:tc>
          <w:tcPr>
            <w:tcW w:type="dxa" w:w="20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我的</w:t>
            </w:r>
          </w:p>
        </w:tc>
        <w:tc>
          <w:tcPr>
            <w:tcW w:type="dxa" w:w="29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4" w:right="4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7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4" w:right="4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his </w:t>
            </w:r>
          </w:p>
        </w:tc>
        <w:tc>
          <w:tcPr>
            <w:tcW w:type="dxa" w:w="20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他的</w:t>
            </w:r>
          </w:p>
        </w:tc>
        <w:tc>
          <w:tcPr>
            <w:tcW w:type="dxa" w:w="29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4" w:right="4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7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4" w:right="4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138"/>
        </w:trPr>
        <w:tc>
          <w:tcPr>
            <w:tcW w:type="dxa" w:w="171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6" w:right="1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yours </w:t>
            </w:r>
          </w:p>
        </w:tc>
        <w:tc>
          <w:tcPr>
            <w:tcW w:type="dxa" w:w="175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4" w:right="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你（们）的</w:t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7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1306"/>
        </w:trPr>
        <w:tc>
          <w:tcPr>
            <w:tcW w:type="dxa" w:w="347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whose </w:t>
            </w:r>
          </w:p>
        </w:tc>
        <w:tc>
          <w:tcPr>
            <w:tcW w:type="dxa" w:w="187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谁的</w:t>
            </w:r>
          </w:p>
        </w:tc>
        <w:tc>
          <w:tcPr>
            <w:tcW w:type="dxa" w:w="29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6" w:right="1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workbook </w:t>
            </w:r>
          </w:p>
        </w:tc>
        <w:tc>
          <w:tcPr>
            <w:tcW w:type="dxa" w:w="1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4" w:right="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练习册</w:t>
            </w:r>
          </w:p>
        </w:tc>
        <w:tc>
          <w:tcPr>
            <w:tcW w:type="dxa" w:w="29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50" w:right="2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hers </w:t>
            </w:r>
          </w:p>
        </w:tc>
        <w:tc>
          <w:tcPr>
            <w:tcW w:type="dxa" w:w="187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她的</w:t>
            </w:r>
          </w:p>
        </w:tc>
        <w:tc>
          <w:tcPr>
            <w:tcW w:type="dxa" w:w="29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textbook </w:t>
            </w:r>
          </w:p>
        </w:tc>
        <w:tc>
          <w:tcPr>
            <w:tcW w:type="dxa" w:w="154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00" w:right="2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课本</w:t>
            </w:r>
          </w:p>
        </w:tc>
        <w:tc>
          <w:tcPr>
            <w:tcW w:type="dxa" w:w="29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science </w:t>
            </w:r>
          </w:p>
        </w:tc>
        <w:tc>
          <w:tcPr>
            <w:tcW w:type="dxa" w:w="154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科学</w:t>
            </w:r>
          </w:p>
        </w:tc>
        <w:tc>
          <w:tcPr>
            <w:tcW w:type="dxa" w:w="29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47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1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938"/>
        </w:trPr>
        <w:tc>
          <w:tcPr>
            <w:tcW w:type="dxa" w:w="1564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26" w:right="12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 </w:t>
            </w:r>
          </w:p>
        </w:tc>
        <w:tc>
          <w:tcPr>
            <w:tcW w:type="dxa" w:w="16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104" w:right="1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</w:t>
            </w:r>
          </w:p>
        </w:tc>
        <w:tc>
          <w:tcPr>
            <w:tcW w:type="dxa" w:w="323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42" w:right="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enjoy </w:t>
            </w:r>
          </w:p>
        </w:tc>
        <w:tc>
          <w:tcPr>
            <w:tcW w:type="dxa" w:w="16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8" w:right="1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欣赏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1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art </w:t>
            </w:r>
          </w:p>
        </w:tc>
        <w:tc>
          <w:tcPr>
            <w:tcW w:type="dxa" w:w="20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艺术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0" w:right="1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funny </w:t>
            </w:r>
          </w:p>
        </w:tc>
        <w:tc>
          <w:tcPr>
            <w:tcW w:type="dxa" w:w="16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0" w:right="2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music </w:t>
            </w:r>
          </w:p>
        </w:tc>
        <w:tc>
          <w:tcPr>
            <w:tcW w:type="dxa" w:w="16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音乐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1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 </w:t>
            </w:r>
          </w:p>
        </w:tc>
        <w:tc>
          <w:tcPr>
            <w:tcW w:type="dxa" w:w="20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体育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2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21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0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1202"/>
        </w:trPr>
        <w:tc>
          <w:tcPr>
            <w:tcW w:type="dxa" w:w="18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because </w:t>
            </w:r>
          </w:p>
        </w:tc>
        <w:tc>
          <w:tcPr>
            <w:tcW w:type="dxa" w:w="1698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因为</w:t>
            </w:r>
          </w:p>
        </w:tc>
        <w:tc>
          <w:tcPr>
            <w:tcW w:type="dxa" w:w="294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computer </w:t>
            </w:r>
          </w:p>
        </w:tc>
        <w:tc>
          <w:tcPr>
            <w:tcW w:type="dxa" w:w="13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计算机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0" w:right="1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subject </w:t>
            </w:r>
          </w:p>
        </w:tc>
        <w:tc>
          <w:tcPr>
            <w:tcW w:type="dxa" w:w="169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学科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maths </w:t>
            </w:r>
          </w:p>
        </w:tc>
        <w:tc>
          <w:tcPr>
            <w:tcW w:type="dxa" w:w="169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数学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interesting </w:t>
            </w:r>
          </w:p>
        </w:tc>
        <w:tc>
          <w:tcPr>
            <w:tcW w:type="dxa" w:w="13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useful </w:t>
            </w:r>
          </w:p>
        </w:tc>
        <w:tc>
          <w:tcPr>
            <w:tcW w:type="dxa" w:w="169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" w:right="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有用的</w:t>
            </w:r>
          </w:p>
        </w:tc>
        <w:tc>
          <w:tcPr>
            <w:tcW w:type="dxa" w:w="294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50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5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1240"/>
        </w:trPr>
        <w:tc>
          <w:tcPr>
            <w:tcW w:type="dxa" w:w="3452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easy </w:t>
            </w:r>
          </w:p>
        </w:tc>
        <w:tc>
          <w:tcPr>
            <w:tcW w:type="dxa" w:w="18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" w:right="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容易的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8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56" w:right="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difficult </w:t>
            </w:r>
          </w:p>
        </w:tc>
        <w:tc>
          <w:tcPr>
            <w:tcW w:type="dxa" w:w="157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74" w:right="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难的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magic </w:t>
            </w:r>
          </w:p>
        </w:tc>
        <w:tc>
          <w:tcPr>
            <w:tcW w:type="dxa" w:w="18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神奇的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useless </w:t>
            </w:r>
          </w:p>
        </w:tc>
        <w:tc>
          <w:tcPr>
            <w:tcW w:type="dxa" w:w="157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无用的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5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0" w:right="1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important </w:t>
            </w:r>
          </w:p>
        </w:tc>
        <w:tc>
          <w:tcPr>
            <w:tcW w:type="dxa" w:w="13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0" w:right="1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重要的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6" w:right="1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what </w:t>
            </w:r>
          </w:p>
        </w:tc>
        <w:tc>
          <w:tcPr>
            <w:tcW w:type="dxa" w:w="18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4" w:right="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</w:t>
            </w:r>
          </w:p>
        </w:tc>
        <w:tc>
          <w:tcPr>
            <w:tcW w:type="dxa" w:w="299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45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6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1504"/>
        </w:trPr>
        <w:tc>
          <w:tcPr>
            <w:tcW w:type="dxa" w:w="3262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boring </w:t>
            </w:r>
          </w:p>
        </w:tc>
        <w:tc>
          <w:tcPr>
            <w:tcW w:type="dxa" w:w="14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" w:right="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无趣的</w:t>
            </w:r>
          </w:p>
        </w:tc>
        <w:tc>
          <w:tcPr>
            <w:tcW w:type="dxa" w:w="31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hundred </w:t>
            </w:r>
          </w:p>
        </w:tc>
        <w:tc>
          <w:tcPr>
            <w:tcW w:type="dxa" w:w="14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一百</w:t>
            </w:r>
          </w:p>
        </w:tc>
        <w:tc>
          <w:tcPr>
            <w:tcW w:type="dxa" w:w="31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2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8168"/>
        </w:trPr>
        <w:tc>
          <w:tcPr>
            <w:tcW w:type="dxa" w:w="42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storybook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notebook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mine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his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yours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whose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workbook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hers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textbook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science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class</w:t>
            </w:r>
          </w:p>
        </w:tc>
        <w:tc>
          <w:tcPr>
            <w:tcW w:type="dxa" w:w="62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故事书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笔记本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我的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他的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你（们）的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谁的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练习册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她的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课本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科学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6" w:right="228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课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13616"/>
        </w:trPr>
        <w:tc>
          <w:tcPr>
            <w:tcW w:type="dxa" w:w="422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enjoy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art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funny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music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because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computer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subject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maths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interesting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useful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easy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difficult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magic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useless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important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boring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hundred</w:t>
            </w:r>
          </w:p>
        </w:tc>
        <w:tc>
          <w:tcPr>
            <w:tcW w:type="dxa" w:w="6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欣赏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艺术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有趣的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音乐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体育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因为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计算机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学科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数学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有趣的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有用的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容易的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难的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神奇的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无用的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重要的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什么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无趣的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一百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8"/>
        </w:trPr>
        <w:tc>
          <w:tcPr>
            <w:tcW w:type="dxa" w:w="22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46" w:right="3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yboktroso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storybook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yktbooros</w:t>
            </w:r>
          </w:p>
        </w:tc>
        <w:tc>
          <w:tcPr>
            <w:tcW w:type="dxa" w:w="43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346" w:right="3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故事书</w:t>
            </w:r>
          </w:p>
        </w:tc>
      </w:tr>
      <w:tr>
        <w:trPr>
          <w:trHeight w:hRule="exact" w:val="876"/>
        </w:trPr>
        <w:tc>
          <w:tcPr>
            <w:tcW w:type="dxa" w:w="22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0" w:right="4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keonboto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46" w:right="3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eoobnkto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44" w:right="3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notebook</w:t>
            </w:r>
          </w:p>
        </w:tc>
        <w:tc>
          <w:tcPr>
            <w:tcW w:type="dxa" w:w="43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46" w:right="3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笔记本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23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8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790"/>
        </w:trPr>
        <w:tc>
          <w:tcPr>
            <w:tcW w:type="dxa" w:w="23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nemi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mine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mnei</w:t>
            </w:r>
          </w:p>
        </w:tc>
        <w:tc>
          <w:tcPr>
            <w:tcW w:type="dxa" w:w="15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我的</w:t>
            </w:r>
          </w:p>
        </w:tc>
        <w:tc>
          <w:tcPr>
            <w:tcW w:type="dxa" w:w="280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ish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his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他的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syoru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usyor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yours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2" w:right="4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你（们）的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whose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ohews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hewso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谁的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workbook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bokoorkw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kbowkroo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练习册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sehr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hers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她的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28" w:right="5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obtkeoxt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textbook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kexotbot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课本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science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incesec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cesince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科学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lcass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salcs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class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课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neyoj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enjoy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yjoen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欣赏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rat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艺术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ufnyn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nnyuf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funny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有趣的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cmsiu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sucmi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music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音乐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628" w:right="6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because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beuacse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abeceus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因为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44" w:right="44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omrutepc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rpemtuco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computer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计算机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cjtubse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subject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eubstcj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学科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maths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smhat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hasmt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数学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interesting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trngieesint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nsgettierni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有趣的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uslefu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uuself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useful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有用的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easy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aesy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saey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容易的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12" w:right="6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ifldtiufc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fiilcdtuf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difficult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难的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micag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magic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cmiga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神奇的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useless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sssuele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seessul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无用的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12" w:right="4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rmontatpi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rnaiottpm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important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重要的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hatw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what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htaw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什么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obgnir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girnob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boring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无趣的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604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94" w:right="59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uddhner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dnhured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hundred</w:t>
            </w:r>
          </w:p>
        </w:tc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一百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12" w:lineRule="exact" w:before="82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7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14282"/>
        </w:trPr>
        <w:tc>
          <w:tcPr>
            <w:tcW w:type="dxa" w:w="46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oryb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你（们）的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练习册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text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课本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艺术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音乐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ompute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计算机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有用的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ult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难的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无用的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</w:t>
            </w:r>
          </w:p>
        </w:tc>
        <w:tc>
          <w:tcPr>
            <w:tcW w:type="dxa" w:w="57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笔记本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谁的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她的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34" w:right="113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ence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jo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欣赏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bjec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学科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terest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容易的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34" w:right="113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agi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神奇的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orta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重要的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无趣的</w:t>
            </w:r>
          </w:p>
        </w:tc>
      </w:tr>
    </w:tbl>
    <w:p>
      <w:pPr>
        <w:autoSpaceDN w:val="0"/>
        <w:autoSpaceDE w:val="0"/>
        <w:widowControl/>
        <w:spacing w:line="414" w:lineRule="exact" w:before="292" w:after="0"/>
        <w:ind w:left="706" w:right="70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>hund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Times" w:hAnsi="Times" w:eastAsia="Times"/>
          <w:b w:val="0"/>
          <w:i w:val="0"/>
          <w:color w:val="000000"/>
          <w:sz w:val="30"/>
        </w:rPr>
        <w:t>d</w:t>
      </w:r>
      <w:r>
        <w:rPr>
          <w:rFonts w:ascii="Helvetica" w:hAnsi="Helvetica" w:eastAsia="Helvetica"/>
          <w:b w:val="0"/>
          <w:i w:val="0"/>
          <w:color w:val="000000"/>
          <w:sz w:val="30"/>
        </w:rPr>
        <w:t xml:space="preserve">    </w:t>
      </w:r>
      <w:r>
        <w:rPr>
          <w:rFonts w:ascii="宋体" w:hAnsi="宋体" w:eastAsia="宋体"/>
          <w:b w:val="0"/>
          <w:i w:val="0"/>
          <w:color w:val="555D5D"/>
          <w:sz w:val="24"/>
        </w:rPr>
        <w:t>一百</w:t>
      </w:r>
    </w:p>
    <w:p>
      <w:pPr>
        <w:autoSpaceDN w:val="0"/>
        <w:autoSpaceDE w:val="0"/>
        <w:widowControl/>
        <w:spacing w:line="212" w:lineRule="exact" w:before="1048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30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3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06"/>
              </w:trPr>
              <w:tc>
                <w:tcPr>
                  <w:tcW w:type="dxa" w:w="2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240" w:right="240" w:firstLine="0"/>
                    <w:jc w:val="lef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</w:t>
                  </w:r>
                </w:p>
              </w:tc>
              <w:tc>
                <w:tcPr>
                  <w:tcW w:type="dxa" w:w="4144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274" w:after="0"/>
                    <w:ind w:left="398" w:right="398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</w:t>
                  </w:r>
                </w:p>
              </w:tc>
              <w:tc>
                <w:tcPr>
                  <w:tcW w:type="dxa" w:w="2130"/>
                  <w:vMerge w:val="restart"/>
                  <w:tcBorders/>
                  <w:tcMar>
                    <w:start w:w="0" w:type="dxa"/>
                    <w:end w:w="0" w:type="dxa"/>
                  </w:tcMar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306" w:right="306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94"/>
                  <w:vMerge w:val="restart"/>
                  <w:tcBorders/>
                  <w:tcMar>
                    <w:start w:w="0" w:type="dxa"/>
                    <w:end w:w="0" w:type="dxa"/>
                  </w:tcMar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46" w:right="46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  <w:tr>
              <w:trPr>
                <w:trHeight w:hRule="exact" w:val="618"/>
              </w:trPr>
              <w:tc>
                <w:tcPr>
                  <w:tcW w:type="dxa" w:w="2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140" w:after="0"/>
                    <w:ind w:left="240" w:right="240" w:firstLine="0"/>
                    <w:jc w:val="lef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文</w:t>
                  </w:r>
                </w:p>
              </w:tc>
              <w:tc>
                <w:tcPr>
                  <w:tcW w:type="dxa" w:w="4144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58" w:after="0"/>
                    <w:ind w:left="398" w:right="398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词</w:t>
                  </w:r>
                </w:p>
              </w:tc>
              <w:tc>
                <w:tcPr>
                  <w:tcW w:type="dxa" w:w="2450"/>
                  <w:vMerge/>
                  <w:tcBorders/>
                </w:tcPr>
                <w:p/>
              </w:tc>
              <w:tc>
                <w:tcPr>
                  <w:tcW w:type="dxa" w:w="2450"/>
                  <w:vMerge/>
                  <w:tcBorders/>
                </w:tcPr>
                <w:p/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故事书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0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笔记本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我的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他的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你（们）的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谁的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练习册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她的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课本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科学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课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欣赏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艺术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有趣的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音乐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体育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因为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计算机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学科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数学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有趣的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有用的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容易的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难的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神奇的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无用的 </w:t>
            </w:r>
          </w:p>
        </w:tc>
      </w:tr>
      <w:tr>
        <w:trPr>
          <w:trHeight w:hRule="exact" w:val="1332"/>
        </w:trPr>
        <w:tc>
          <w:tcPr>
            <w:tcW w:type="dxa" w:w="47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重要的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什么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4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川教版（三年级起点）</w:t>
            </w:r>
          </w:p>
        </w:tc>
      </w:tr>
      <w:tr>
        <w:trPr>
          <w:trHeight w:hRule="exact" w:val="15952"/>
        </w:trPr>
        <w:tc>
          <w:tcPr>
            <w:tcW w:type="dxa" w:w="447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无趣的 </w:t>
            </w:r>
          </w:p>
        </w:tc>
        <w:tc>
          <w:tcPr>
            <w:tcW w:type="dxa" w:w="291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一百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