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2025年消防初级理论试题及答案</w:t>
      </w:r>
    </w:p>
    <w:p>
      <w:r>
        <w:br/>
        <w:t xml:space="preserve"> 一、单项选择题（每题2分，共20分）</w:t>
        <w:br/>
        <w:br/>
        <w:t>1. 根据《中华人民共和国消防法》，我国的消防工作方针是（ ）。</w:t>
        <w:br/>
        <w:br/>
        <w:t>A. 预防为主，防消结合</w:t>
        <w:br/>
        <w:br/>
        <w:t>B. 安全第一，预防为主</w:t>
        <w:br/>
        <w:br/>
        <w:t>C. 预防为主，综合治理</w:t>
        <w:br/>
        <w:br/>
        <w:t>D. 安全第一，综合治理</w:t>
        <w:br/>
        <w:br/>
        <w:t>2. 火灾发生时，下列哪种逃生方法是错误的？（ ）</w:t>
        <w:br/>
        <w:br/>
        <w:t>A. 用湿毛巾捂住口鼻，弯腰低姿前进</w:t>
        <w:br/>
        <w:br/>
        <w:t>B. 乘坐电梯快速下楼</w:t>
        <w:br/>
        <w:br/>
        <w:t>C. 沿疏散指示标志方向逃生</w:t>
        <w:br/>
        <w:br/>
        <w:t>D. 切勿贪恋财物，迅速撤离</w:t>
        <w:br/>
        <w:br/>
        <w:t>3. 下列物质中，属于A类火灾的是（ ）。</w:t>
        <w:br/>
        <w:br/>
        <w:t>A. 汽油</w:t>
        <w:br/>
        <w:br/>
        <w:t>B. 木材</w:t>
        <w:br/>
        <w:br/>
        <w:t>C. 天然气</w:t>
        <w:br/>
        <w:br/>
        <w:t>D. 电器设备</w:t>
        <w:br/>
        <w:br/>
        <w:t>4. 干粉灭火器适用于扑救（ ）类火灾。</w:t>
        <w:br/>
        <w:br/>
        <w:t>A. A类</w:t>
        <w:br/>
        <w:br/>
        <w:t>B. B类</w:t>
        <w:br/>
        <w:br/>
        <w:t>C. C类</w:t>
        <w:br/>
        <w:br/>
        <w:t>D. 以上都可以</w:t>
        <w:br/>
        <w:br/>
        <w:t>5. 消防安全重点单位应当进行（ ）防火巡查。</w:t>
        <w:br/>
        <w:br/>
        <w:t>A. 每日</w:t>
        <w:br/>
        <w:br/>
        <w:t>B. 每周</w:t>
        <w:br/>
        <w:br/>
        <w:t>C. 每月</w:t>
        <w:br/>
        <w:br/>
        <w:t>D. 每季度</w:t>
        <w:br/>
        <w:br/>
        <w:t>6. 火灾报警电话是（ ）。</w:t>
        <w:br/>
        <w:br/>
        <w:t>A. 110</w:t>
        <w:br/>
        <w:br/>
        <w:t>B. 119</w:t>
        <w:br/>
        <w:br/>
        <w:t>C. 120</w:t>
        <w:br/>
        <w:br/>
        <w:t>D. 122</w:t>
        <w:br/>
        <w:br/>
        <w:t>7. 下列哪种灭火器不适用于电器火灾？（ ）</w:t>
        <w:br/>
        <w:br/>
        <w:t>A. 二氧化碳灭火器</w:t>
        <w:br/>
        <w:br/>
        <w:t>B. 干粉灭火器</w:t>
        <w:br/>
        <w:br/>
        <w:t>C. 泡沫灭火器</w:t>
        <w:br/>
        <w:br/>
        <w:t>D. 七氟丙烷灭火器</w:t>
        <w:br/>
        <w:br/>
        <w:t>8. 火灾现场逃生时，如果身上着火，应该（ ）。</w:t>
        <w:br/>
        <w:br/>
        <w:t>A. 快速奔跑</w:t>
        <w:br/>
        <w:br/>
        <w:t>B. 站立不动</w:t>
        <w:br/>
        <w:br/>
        <w:t>C. 就地打滚</w:t>
        <w:br/>
        <w:br/>
        <w:t>D. 大声呼救</w:t>
        <w:br/>
        <w:br/>
        <w:t>9. 建筑物内的安全出口数量不应少于（ ）个。</w:t>
        <w:br/>
        <w:br/>
        <w:t>A. 1</w:t>
        <w:br/>
        <w:br/>
        <w:t>B. 2</w:t>
        <w:br/>
        <w:br/>
        <w:t>C. 3</w:t>
        <w:br/>
        <w:br/>
        <w:t>D. 4</w:t>
        <w:br/>
        <w:br/>
        <w:t>10. 消防安全重点单位应当建立（ ）制度。</w:t>
        <w:br/>
        <w:br/>
        <w:t>A. 消防安全责任制</w:t>
        <w:br/>
        <w:br/>
        <w:t>B. 消防安全巡查制</w:t>
        <w:br/>
        <w:br/>
        <w:t>C. 消防安全培训制</w:t>
        <w:br/>
        <w:br/>
        <w:t>D. 以上都是</w:t>
        <w:br/>
        <w:br/>
        <w:t xml:space="preserve"> 二、填空题（每题2分，共12分）</w:t>
        <w:br/>
        <w:br/>
        <w:t>1. 火灾按照燃烧物质的不同，可分为A、B、C、D、E、F六类，其中A类火灾是指_________火灾。</w:t>
        <w:br/>
        <w:br/>
        <w:t>2. 消防安全"四个能力"是指检查消除火灾隐患能力、扑救初起火灾能力、_________能力和消防宣传教育能力。</w:t>
        <w:br/>
        <w:br/>
        <w:t>3. 灭火器上的压力表指针指向_________区域表示压力正常。</w:t>
        <w:br/>
        <w:br/>
        <w:t>4. 建筑物内的疏散通道宽度不应小于_________米。</w:t>
        <w:br/>
        <w:br/>
        <w:t>5. 消防安全重点单位应当进行每日防火巡查，并建立_________。</w:t>
        <w:br/>
        <w:br/>
        <w:t>6. 火灾报警系统主要由火灾探测器、_________和火灾报警控制器组成。</w:t>
        <w:br/>
        <w:br/>
        <w:t xml:space="preserve"> 三、判断题（每题2分，共12分）</w:t>
        <w:br/>
        <w:br/>
        <w:t>1. 任何单位和个人都有维护消防安全、保护消防设施、预防火灾的义务。（ ）</w:t>
        <w:br/>
        <w:br/>
        <w:t>2. 发生火灾时，可以乘坐电梯快速逃生。（ ）</w:t>
        <w:br/>
        <w:br/>
        <w:t>3. 消防安全重点单位应当定期组织消防演练，每年至少一次。（ ）</w:t>
        <w:br/>
        <w:br/>
        <w:t>4. 灭火器应当放置在明显、易取用的位置，并设置指示标志。（ ）</w:t>
        <w:br/>
        <w:br/>
        <w:t>5. 人员密集场所的门窗可以设置影响逃生和灭火救援的障碍物。（ ）</w:t>
        <w:br/>
        <w:br/>
        <w:t>6. 消防安全重点单位应当对每名员工至少进行一次消防安全培训。（ ）</w:t>
        <w:br/>
        <w:br/>
        <w:t xml:space="preserve"> 四、多项选择题（每题2分，共4分）</w:t>
        <w:br/>
        <w:br/>
        <w:t>1. 下列哪些行为是违反消防安全规定的？（ ）</w:t>
        <w:br/>
        <w:br/>
        <w:t>A. 阻拦、占用消防通道</w:t>
        <w:br/>
        <w:br/>
        <w:t>B. 损坏、挪用消防设施</w:t>
        <w:br/>
        <w:br/>
        <w:t>C. 在安全出口处堆放杂物</w:t>
        <w:br/>
        <w:br/>
        <w:t>D. 定期检查消防设施</w:t>
        <w:br/>
        <w:br/>
        <w:t>2. 下列哪些物质属于易燃液体？（ ）</w:t>
        <w:br/>
        <w:br/>
        <w:t>A. 汽油</w:t>
        <w:br/>
        <w:br/>
        <w:t>B. 酒精</w:t>
        <w:br/>
        <w:br/>
        <w:t>C. 柴油</w:t>
        <w:br/>
        <w:br/>
        <w:t>D. 润滑油</w:t>
        <w:br/>
        <w:br/>
        <w:t xml:space="preserve"> 五、简答题（每题5分，共10分）</w:t>
        <w:br/>
        <w:br/>
        <w:t>1. 简述灭火器的使用方法。</w:t>
        <w:br/>
        <w:br/>
        <w:t>2. 简述火灾发生时的逃生自救方法。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解析：《中华人民共和国消防法》明确规定，我国的消防工作方针是"预防为主，防消结合"。选项B和D是安全生产的方针，选项C是综合治理的表述，都不符合消防法的规定。</w:t>
        <w:br/>
        <w:br/>
        <w:t>2. 答案：B</w:t>
        <w:br/>
        <w:br/>
        <w:t>解析：火灾发生时，乘坐电梯是非常危险的，因为火灾可能导致电梯断电，使人被困在电梯内。正确的逃生方法是用湿毛巾捂住口鼻，弯腰低姿前进，沿疏散指示标志方向逃生，并且切勿贪恋财物，迅速撤离。</w:t>
        <w:br/>
        <w:br/>
        <w:t>3. 答案：B</w:t>
        <w:br/>
        <w:br/>
        <w:t>解析：根据国家标准《火灾分类》，A类火灾是指固体物质火灾，如木材、纸张、棉毛等有机物质火灾。汽油属于B类火灾（液体火灾或可熔化固体物质火灾），天然气属于C类火灾（气体火灾），电器设备属于E类火灾（带电火灾）。</w:t>
        <w:br/>
        <w:br/>
        <w:t>4. 答案：D</w:t>
        <w:br/>
        <w:br/>
        <w:t>解析：干粉灭火器适用于扑救A类、B类、C类和E类火灾，是一种多用途灭火器。但需要注意的是，对于精密仪器和电气设备，使用干粉灭火器可能会造成二次损害，此时应优先选择二氧化碳灭火器。</w:t>
        <w:br/>
        <w:br/>
        <w:t>5. 答案：A</w:t>
        <w:br/>
        <w:br/>
        <w:t>解析：根据《机关、团体、企业、事业单位消防安全管理规定》，消防安全重点单位应当进行每日防火巡查，并建立巡查记录。普通单位可以每周进行一次防火检查。</w:t>
        <w:br/>
        <w:br/>
        <w:t>6. 答案：B</w:t>
        <w:br/>
        <w:br/>
        <w:t>解析：我国的火灾报警电话是119。110是报警电话，120是急救电话，122是交通事故报警电话。</w:t>
        <w:br/>
        <w:br/>
        <w:t>7. 答案：C</w:t>
        <w:br/>
        <w:br/>
        <w:t>解析：泡沫灭火器中含有水分，不适用于电器火灾，因为水可能导致触电或扩大火势。二氧化碳灭火器、干粉灭火器和七氟丙烷灭火器都适用于电器火灾。</w:t>
        <w:br/>
        <w:br/>
        <w:t>8. 答案：C</w:t>
        <w:br/>
        <w:br/>
        <w:t>解析：如果身上着火，应该立即就地打滚，压灭火焰。快速奔跑会助长火势，站立不动和大声呼救都不能有效灭火。</w:t>
        <w:br/>
        <w:br/>
        <w:t>9. 答案：B</w:t>
        <w:br/>
        <w:br/>
        <w:t>解析：根据《建筑设计防火规范》，建筑物内的安全出口数量不应少于2个，以保证在紧急情况下人员能够安全疏散。</w:t>
        <w:br/>
        <w:br/>
        <w:t>10. 答案：D</w:t>
        <w:br/>
        <w:br/>
        <w:t>解析：消防安全重点单位应当建立消防安全责任制、消防安全巡查制和消防安全培训制等多项制度，全面保障消防安全。</w:t>
        <w:br/>
        <w:br/>
        <w:t xml:space="preserve"> 二、填空题</w:t>
        <w:br/>
        <w:br/>
        <w:t>1. 答案：固体物质</w:t>
        <w:br/>
        <w:br/>
        <w:t>解析：根据国家标准《火灾分类》，A类火灾是指固体物质火灾，如木材、纸张、棉毛等有机物质火灾。</w:t>
        <w:br/>
        <w:br/>
        <w:t>2. 答案：组织疏散逃生</w:t>
        <w:br/>
        <w:br/>
        <w:t>解析：消防安全"四个能力"是指检查消除火灾隐患能力、扑救初起火灾能力、组织疏散逃生能力和消防宣传教育能力，这是消防安全管理的基本要求。</w:t>
        <w:br/>
        <w:br/>
        <w:t>3. 答案：绿色</w:t>
        <w:br/>
        <w:br/>
        <w:t>解析：灭火器上的压力表通常有三个区域：红色（压力不足）、绿色（压力正常）和黄色（压力过高）。指针指向绿色区域表示压力正常，可以正常使用。</w:t>
        <w:br/>
        <w:br/>
        <w:t>4. 答案：1.1</w:t>
        <w:br/>
        <w:br/>
        <w:t>解析：根据《建筑设计防火规范》，建筑物内的疏散通道宽度不应小于1.1米，以保证人员能够快速安全地疏散。</w:t>
        <w:br/>
        <w:br/>
        <w:t>5. 答案：巡查记录</w:t>
        <w:br/>
        <w:br/>
        <w:t>解析：消防安全重点单位应当进行每日防火巡查，并建立巡查记录，记录巡查情况、发现的问题及处理结果。</w:t>
        <w:br/>
        <w:br/>
        <w:t>6. 答案：火灾报警按钮</w:t>
        <w:br/>
        <w:br/>
        <w:t>解析：火灾报警系统主要由火灾探测器、火灾报警按钮和火灾报警控制器组成，用于及时发现火灾并发出警报。</w:t>
        <w:br/>
        <w:br/>
        <w:t xml:space="preserve"> 三、判断题</w:t>
        <w:br/>
        <w:br/>
        <w:t>1. 答案：√</w:t>
        <w:br/>
        <w:br/>
        <w:t>解析：《中华人民共和国消防法》明确规定，任何单位和个人都有维护消防安全、保护消防设施、预防火灾的义务，这是每个公民应尽的责任。</w:t>
        <w:br/>
        <w:br/>
        <w:t>2. 答案：×</w:t>
        <w:br/>
        <w:br/>
        <w:t>解析：火灾发生时，绝对不能乘坐电梯逃生，因为火灾可能导致电梯断电，使人被困在电梯内。正确的逃生方法是使用疏散楼梯。</w:t>
        <w:br/>
        <w:br/>
        <w:t>3. 答案：√</w:t>
        <w:br/>
        <w:br/>
        <w:t>解析：根据《机关、团体、企业、事业单位消防安全管理规定》，消防安全重点单位应当定期组织消防演练，每年至少一次，以提高员工的应急处置能力。</w:t>
        <w:br/>
        <w:br/>
        <w:t>4. 答案：√</w:t>
        <w:br/>
        <w:br/>
        <w:t>解析：灭火器应当放置在明显、易取用的位置，并设置指示标志，以便在火灾发生时能够迅速找到并使用。</w:t>
        <w:br/>
        <w:br/>
        <w:t>5. 答案：×</w:t>
        <w:br/>
        <w:br/>
        <w:t>解析：根据《中华人民共和国消防法》，人员密集场所的门窗不得设置影响逃生和灭火救援的障碍物，这是为了确保在紧急情况下人员能够快速疏散。</w:t>
        <w:br/>
        <w:br/>
        <w:t>6. 答案：√</w:t>
        <w:br/>
        <w:br/>
        <w:t>解析：根据《机关、团体、企业、事业单位消防安全管理规定》，消防安全重点单位应当对每名员工至少进行一次消防安全培训，提高员工的消防安全意识和技能。</w:t>
        <w:br/>
        <w:br/>
        <w:t xml:space="preserve"> 四、多项选择题</w:t>
        <w:br/>
        <w:br/>
        <w:t>1. 答案：ABC</w:t>
        <w:br/>
        <w:br/>
        <w:t>解析：阻拦、占用消防通道，损坏、挪用消防设施，在安全出口处堆放杂物都是违反消防安全规定的行为，会严重影响火灾时的疏散和灭火工作。定期检查消防设施是符合消防安全规定的行为。</w:t>
        <w:br/>
        <w:br/>
        <w:t>2. 答案：ABC</w:t>
        <w:br/>
        <w:br/>
        <w:t>解析：汽油、酒精和柴油都属于易燃液体，闪点较低，容易挥发形成爆炸性混合物。润滑油虽然也属于液体，但闪点较高，不易燃烧，不属于易燃液体。</w:t>
        <w:br/>
        <w:br/>
        <w:t xml:space="preserve"> 五、简答题</w:t>
        <w:br/>
        <w:br/>
        <w:t>1. 答案：</w:t>
        <w:br/>
        <w:br/>
        <w:t>灭火器的使用方法可以概括为"提、拔、握、压"四个步骤：</w:t>
        <w:br/>
        <w:br/>
        <w:t>（1）提：提起灭火器，奔赴火灾现场；</w:t>
        <w:br/>
        <w:br/>
        <w:t>（2）拔：拔掉保险销；</w:t>
        <w:br/>
        <w:br/>
        <w:t>（3）握：一手握住喷管前端，一手握住压把；</w:t>
        <w:br/>
        <w:br/>
        <w:t>（4）压：对准火焰根部，用力压下压把，左右扫射，直至火焰完全熄灭。</w:t>
        <w:br/>
        <w:br/>
        <w:t>解析：掌握正确的灭火器使用方法对于扑灭初起火灾至关重要。使用灭火器时，要注意站在火焰上风向，保持安全距离，对准火焰根部喷射，避免火焰复燃。对于不同类型的火灾，应选择合适的灭火器，如电器火灾应使用二氧化碳灭火器或干粉灭火器，油类火灾应使用干粉灭火器或泡沫灭火器等。</w:t>
        <w:br/>
        <w:br/>
        <w:t>2. 答案：</w:t>
        <w:br/>
        <w:br/>
        <w:t>火灾发生时的逃生自救方法包括：</w:t>
        <w:br/>
        <w:br/>
        <w:t>（1）保持冷静，切勿惊慌；</w:t>
        <w:br/>
        <w:br/>
        <w:t>（2）立即拨打119报警电话，说明火灾地点和情况；</w:t>
        <w:br/>
        <w:br/>
        <w:t>（3）用湿毛巾捂住口鼻，弯腰低姿前进，避免吸入有毒烟气；</w:t>
        <w:br/>
        <w:br/>
        <w:t>（4）沿疏散指示标志方向逃生，切勿乘坐电梯；</w:t>
        <w:br/>
        <w:br/>
        <w:t>（5）如果门把手发烫，说明门外已是火海，不要开门，应另寻逃生路线；</w:t>
        <w:br/>
        <w:br/>
        <w:t>（6）如果被困，应到阳台或窗口呼救，并用湿布堵塞门缝，防止烟气进入；</w:t>
        <w:br/>
        <w:br/>
        <w:t>（7）身上着火时，应立即就地打滚压灭火焰，切勿奔跑；</w:t>
        <w:br/>
        <w:br/>
        <w:t>（8）切勿贪恋财物，迅速撤离火场。</w:t>
        <w:br/>
        <w:br/>
        <w:t>解析：火灾发生时，保持冷静是成功逃生的关键。有毒烟气是火灾致死的主要原因，因此要尽量减少吸入有毒烟气。熟悉建筑物的疏散路线和安全出口位置，平时要留意疏散指示标志，以便在紧急情况下能够迅速找到逃生路线。如果被困，要采取有效的自救措施，等待消防救援人员的到来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