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2025年果蔬加工试题及答案</w:t>
      </w:r>
    </w:p>
    <w:p>
      <w:r>
        <w:br/>
        <w:t xml:space="preserve"> 第一部分：单项选择题（每题2分，共20分）</w:t>
        <w:br/>
        <w:br/>
        <w:t>1. 果蔬加工中最常用的热处理方法是：</w:t>
        <w:br/>
        <w:br/>
        <w:t>A. 巴氏杀菌</w:t>
        <w:br/>
        <w:br/>
        <w:t>B. 高温杀菌</w:t>
        <w:br/>
        <w:br/>
        <w:t>C. 超高温瞬时杀菌</w:t>
        <w:br/>
        <w:br/>
        <w:t>D. 微波杀菌</w:t>
        <w:br/>
        <w:br/>
        <w:t>2. 果蔬加工中常用的护色方法不包括：</w:t>
        <w:br/>
        <w:br/>
        <w:t>A. 热烫处理</w:t>
        <w:br/>
        <w:br/>
        <w:t>B. 酸处理</w:t>
        <w:br/>
        <w:br/>
        <w:t>C. 碱处理</w:t>
        <w:br/>
        <w:br/>
        <w:t>D. 冷冻处理</w:t>
        <w:br/>
        <w:br/>
        <w:t>3. 果蔬汁加工中，酶促褐变的主要原因是：</w:t>
        <w:br/>
        <w:br/>
        <w:t>A. 多酚氧化酶的作用</w:t>
        <w:br/>
        <w:br/>
        <w:t>B. 脂肪氧化酶的作用</w:t>
        <w:br/>
        <w:br/>
        <w:t>C. 果胶甲酯酶的作用</w:t>
        <w:br/>
        <w:br/>
        <w:t>D. 纤维素酶的作用</w:t>
        <w:br/>
        <w:br/>
        <w:t>4. 果蔬干燥过程中，水分活度降低到以下哪个值以下时，大多数微生物不能生长：</w:t>
        <w:br/>
        <w:br/>
        <w:t>A. 0.6</w:t>
        <w:br/>
        <w:br/>
        <w:t>B. 0.7</w:t>
        <w:br/>
        <w:br/>
        <w:t>C. 0.8</w:t>
        <w:br/>
        <w:br/>
        <w:t>D. 0.9</w:t>
        <w:br/>
        <w:br/>
        <w:t>5. 果蔬罐头加工中，排气的主要目的是：</w:t>
        <w:br/>
        <w:br/>
        <w:t>A. 增加产品脆度</w:t>
        <w:br/>
        <w:br/>
        <w:t>B. 防止罐头变形</w:t>
        <w:br/>
        <w:br/>
        <w:t>C. 减少氧气含量，防止氧化</w:t>
        <w:br/>
        <w:br/>
        <w:t>D. 增加产品风味</w:t>
        <w:br/>
        <w:br/>
        <w:t>6. 果蔬加工中常用的防腐剂不包括：</w:t>
        <w:br/>
        <w:br/>
        <w:t>A. 苯甲酸钠</w:t>
        <w:br/>
        <w:br/>
        <w:t>B. 山梨酸钾</w:t>
        <w:br/>
        <w:br/>
        <w:t>C. 亚硝酸钠</w:t>
        <w:br/>
        <w:br/>
        <w:t>D. 丙酸钙</w:t>
        <w:br/>
        <w:br/>
        <w:t>7. 果蔬速冻加工中，最快的冷冻速度是：</w:t>
        <w:br/>
        <w:br/>
        <w:t>A. 0.1-0.5℃/min</w:t>
        <w:br/>
        <w:br/>
        <w:t>B. 1-5℃/min</w:t>
        <w:br/>
        <w:br/>
        <w:t>C. 10-30℃/min</w:t>
        <w:br/>
        <w:br/>
        <w:t>D. 50-100℃/min</w:t>
        <w:br/>
        <w:br/>
        <w:t>8. 果蔬加工中常用的澄清方法不包括：</w:t>
        <w:br/>
        <w:br/>
        <w:t>A. 酶法澄清</w:t>
        <w:br/>
        <w:br/>
        <w:t>B. 明胶单宁法</w:t>
        <w:br/>
        <w:br/>
        <w:t>C. 硅藻土过滤</w:t>
        <w:br/>
        <w:br/>
        <w:t>D. 高温灭菌</w:t>
        <w:br/>
        <w:br/>
        <w:t>9. 果蔬加工中常用的糖度测定方法是：</w:t>
        <w:br/>
        <w:br/>
        <w:t>A. 折光法</w:t>
        <w:br/>
        <w:br/>
        <w:t>B. 滴定法</w:t>
        <w:br/>
        <w:br/>
        <w:t>C. 重量法</w:t>
        <w:br/>
        <w:br/>
        <w:t>D. 容量法</w:t>
        <w:br/>
        <w:br/>
        <w:t>10. 果蔬加工中常用的pH调节剂不包括：</w:t>
        <w:br/>
        <w:br/>
        <w:t>A. 柠檬酸</w:t>
        <w:br/>
        <w:br/>
        <w:t>B. 醋酸</w:t>
        <w:br/>
        <w:br/>
        <w:t>C. 碳酸氢钠</w:t>
        <w:br/>
        <w:br/>
        <w:t>D. 亚硫酸钠</w:t>
        <w:br/>
        <w:br/>
        <w:t xml:space="preserve"> 第二部分：填空题（每题2分，共10分）</w:t>
        <w:br/>
        <w:br/>
        <w:t>1. 果蔬加工中，酶促褐变的三要素是：________、________和氧气。</w:t>
        <w:br/>
        <w:br/>
        <w:t>2. 果蔬罐头加工中，常见的腐败类型有：平酸腐败、________和________。</w:t>
        <w:br/>
        <w:br/>
        <w:t>3. 果蔬加工中常用的脱气方法有：真空脱气法和________。</w:t>
        <w:br/>
        <w:br/>
        <w:t>4. 果蔬加工中常用的漂白剂是________，它能够抑制酶促褐变。</w:t>
        <w:br/>
        <w:br/>
        <w:t>5. 果蔬加工中常用的乳化剂有单甘酯、________和蔗糖酯等。</w:t>
        <w:br/>
        <w:br/>
        <w:t xml:space="preserve"> 第三部分：判断题（每题2分，共10分）</w:t>
        <w:br/>
        <w:br/>
        <w:t>1. 果蔬加工中，热烫处理的主要目的是杀死微生物。（ ）</w:t>
        <w:br/>
        <w:br/>
        <w:t>2. 果蔬加工中，冷冻保藏的温度通常为-18℃以下。（ ）</w:t>
        <w:br/>
        <w:br/>
        <w:t>3. 果蔬加工中，糖度越高，产品保存时间越长。（ ）</w:t>
        <w:br/>
        <w:br/>
        <w:t>4. 果蔬加工中，真空包装的主要目的是防止氧化。（ ）</w:t>
        <w:br/>
        <w:br/>
        <w:t>5. 果蔬加工中，辐照处理是一种冷杀菌技术，不会引起温度升高。（ ）</w:t>
        <w:br/>
        <w:br/>
        <w:t xml:space="preserve"> 第四部分：多项选择题（每题2分，共4分）</w:t>
        <w:br/>
        <w:br/>
        <w:t>1. 下列哪些是果蔬加工中常用的护色方法？（ ）</w:t>
        <w:br/>
        <w:br/>
        <w:t>A. 热烫处理</w:t>
        <w:br/>
        <w:br/>
        <w:t>B. 酸处理</w:t>
        <w:br/>
        <w:br/>
        <w:t>C. 碱处理</w:t>
        <w:br/>
        <w:br/>
        <w:t>D. 冷冻处理</w:t>
        <w:br/>
        <w:br/>
        <w:t>E. 辐照处理</w:t>
        <w:br/>
        <w:br/>
        <w:t>2. 下列哪些因素会影响果蔬加工产品的质量？（ ）</w:t>
        <w:br/>
        <w:br/>
        <w:t>A. 原料品质</w:t>
        <w:br/>
        <w:br/>
        <w:t>B. 加工工艺</w:t>
        <w:br/>
        <w:br/>
        <w:t>C. 包装材料</w:t>
        <w:br/>
        <w:br/>
        <w:t>D. 储存条件</w:t>
        <w:br/>
        <w:br/>
        <w:t>E. 运输方式</w:t>
        <w:br/>
        <w:br/>
        <w:t xml:space="preserve"> 第五部分：简答题（每题5分，共10分）</w:t>
        <w:br/>
        <w:br/>
        <w:t>1. 简述果蔬加工中酶促褐变的机理及控制方法。</w:t>
        <w:br/>
        <w:br/>
        <w:t>2. 果蔬加工中常用的杀菌方法有哪些？请比较它们的优缺点。</w:t>
        <w:br/>
        <w:br/>
        <w:t xml:space="preserve"> 参考答案及解析</w:t>
        <w:br/>
        <w:br/>
        <w:t xml:space="preserve"> 第一部分：单项选择题</w:t>
        <w:br/>
        <w:br/>
        <w:t>1. 答案：C</w:t>
        <w:br/>
        <w:br/>
        <w:t>解析：超高温瞬时杀菌(UHT)是果蔬加工中最常用的热处理方法，它能在短时间内(2-5秒)将温度提高到135-150℃，有效杀灭微生物，同时最大限度地保留果蔬的营养成分和风味。巴氏杀菌和高温杀菌虽然也是热处理方法，但杀菌效果和营养成分保留不如UHT。微波杀菌虽然也是一种热处理方法，但在果蔬加工中应用相对较少。</w:t>
        <w:br/>
        <w:br/>
        <w:t>2. 答案：D</w:t>
        <w:br/>
        <w:br/>
        <w:t>解析：果蔬加工中常用的护色方法包括热烫处理、酸处理和碱处理，这些方法可以抑制酶促褐变。冷冻处理虽然可以延缓酶促褐变，但不是专门的护色方法，而且冷冻过程中可能发生冰晶损伤，影响果蔬品质。</w:t>
        <w:br/>
        <w:br/>
        <w:t>3. 答案：A</w:t>
        <w:br/>
        <w:br/>
        <w:t>解析：果蔬汁加工中，酶促褐变的主要原因是多酚氧化酶(PPO)的作用。当果蔬细胞结构被破坏后，多酚类物质与多酚氧化酶接触，在氧气存在下发生氧化反应，导致果蔬汁颜色变深。脂肪氧化酶主要影响脂肪类物质，果胶甲酯酶主要影响果胶物质，纤维素酶主要影响纤维素，它们都不是导致酶促褐变的主要原因。</w:t>
        <w:br/>
        <w:br/>
        <w:t>4. 答案：A</w:t>
        <w:br/>
        <w:br/>
        <w:t>解析：水分活度(Aw)是影响微生物生长的重要因素。当水分活度降低到0.6以下时，大多数细菌、酵母菌和霉菌不能生长。因此，在果蔬干燥加工中，通常需要将水分活度降低到0.6以下，以确保产品的微生物安全性。</w:t>
        <w:br/>
        <w:br/>
        <w:t>5. 答案：C</w:t>
        <w:br/>
        <w:br/>
        <w:t>解析：果蔬罐头加工中，排气的主要目的是减少罐头内的氧气含量，防止氧化。氧气会导致罐头内容物氧化，影响产品质量，包括色泽、风味和营养成分的损失。排气还可以防止罐头在杀菌过程中变形，但这是次要目的。</w:t>
        <w:br/>
        <w:br/>
        <w:t>6. 答案：C</w:t>
        <w:br/>
        <w:br/>
        <w:t>解析：果蔬加工中常用的防腐剂包括苯甲酸钠、山梨酸钾和丙酸钙等。亚硝酸钠主要用于肉制品加工中，不是果蔬加工常用的防腐剂。</w:t>
        <w:br/>
        <w:br/>
        <w:t>7. 答案：D</w:t>
        <w:br/>
        <w:br/>
        <w:t>解析：果蔬速冻加工中，最快的冷冻速度是50-100℃/min。速冻的关键是在短时间内通过最大冰晶生成带(-1~-5℃)，使果蔬中的水分形成细小冰晶，减少对细胞结构的损伤，从而保持果蔬的质地和营养成分。0.1-0.5℃/min是慢冻速度，1-5℃/min和10-30℃/min属于中速冷冻。</w:t>
        <w:br/>
        <w:br/>
        <w:t>8. 答案：D</w:t>
        <w:br/>
        <w:br/>
        <w:t>解析：果蔬加工中常用的澄清方法包括酶法澄清、明胶单宁法和硅藻土过滤等。高温灭菌是一种杀菌方法，不是澄清方法。</w:t>
        <w:br/>
        <w:br/>
        <w:t>9. 答案：A</w:t>
        <w:br/>
        <w:br/>
        <w:t>解析：果蔬加工中常用的糖度测定方法是折光法，通过折光仪测定果蔬汁或糖溶液的折光率，从而确定糖度。滴定法常用于酸度测定，重量法和容量法常用于其他成分的测定。</w:t>
        <w:br/>
        <w:br/>
        <w:t>10. 答案：D</w:t>
        <w:br/>
        <w:br/>
        <w:t>解析：果蔬加工中常用的pH调节剂包括柠檬酸、醋酸和碳酸氢钠等。亚硫酸钠是一种抗氧化剂和防腐剂，不是常用的pH调节剂。</w:t>
        <w:br/>
        <w:br/>
        <w:t xml:space="preserve"> 第二部分：填空题</w:t>
        <w:br/>
        <w:br/>
        <w:t>1. 答案：酚类物质、多酚氧化酶</w:t>
        <w:br/>
        <w:br/>
        <w:t>解析：果蔬加工中，酶促褐变的三要素是酚类物质、多酚氧化酶和氧气。当果蔬细胞结构被破坏后，酚类物质与多酚氧化酶接触，在氧气存在下发生氧化反应，导致果蔬颜色变深。</w:t>
        <w:br/>
        <w:br/>
        <w:t>2. 答案：胀罐腐败、硫化腐败</w:t>
        <w:br/>
        <w:br/>
        <w:t>解析：果蔬罐头加工中，常见的腐败类型有平酸腐败、胀罐腐败和硫化腐败。平酸腐败是由耐热芽孢杆菌引起的，产酸但不产气；胀罐腐败是由产气菌引起的，产生气体导致罐头膨胀；硫化腐败是由某些厌氧菌引起的，产生硫化氢等物质。</w:t>
        <w:br/>
        <w:br/>
        <w:t>3. 答案：气体置换法</w:t>
        <w:br/>
        <w:br/>
        <w:t>解析：果蔬加工中常用的脱气方法有真空脱气法和气体置换法。气体置换法是用氮气等惰性气体置换果蔬汁中的氧气，从而防止氧化。</w:t>
        <w:br/>
        <w:br/>
        <w:t>4. 答案：亚硫酸盐</w:t>
        <w:br/>
        <w:br/>
        <w:t>解析：果蔬加工中常用的漂白剂是亚硫酸盐，它能够抑制酶促褐变。亚硫酸盐可以与多酚氧化酶的活性中心结合，抑制其活性，同时还能与氧化产物结合，防止颜色加深。</w:t>
        <w:br/>
        <w:br/>
        <w:t>5. 答案：山梨醇酐脂肪酸酯</w:t>
        <w:br/>
        <w:br/>
        <w:t>解析：果蔬加工中常用的乳化剂有单甘酯、山梨醇酐脂肪酸酯和蔗糖酯等。这些乳化剂可以降低表面张力，促进油水混合，提高产品的稳定性。</w:t>
        <w:br/>
        <w:br/>
        <w:t xml:space="preserve"> 第三部分：判断题</w:t>
        <w:br/>
        <w:br/>
        <w:t>1. 答案：×</w:t>
        <w:br/>
        <w:br/>
        <w:t>解析：果蔬加工中，热烫处理的主要目的是钝化酶的活性，防止酶促褐变和质地软化，而不是杀死微生物。虽然热烫处理也能杀死部分微生物，但杀菌效果有限。</w:t>
        <w:br/>
        <w:br/>
        <w:t>2. 答案：√</w:t>
        <w:br/>
        <w:br/>
        <w:t>解析：果蔬加工中，冷冻保藏的温度通常为-18℃以下。在这个温度下，大多数微生物的生长受到抑制，酶的活性也大大降低，从而延长果蔬的保存期。</w:t>
        <w:br/>
        <w:br/>
        <w:t>3. 答案：√</w:t>
        <w:br/>
        <w:br/>
        <w:t>解析：果蔬加工中，糖度越高，产品保存时间越长。高糖度可以降低水分活度，抑制微生物生长，同时高浓度的糖也具有渗透压效应，进一步抑制微生物生长。</w:t>
        <w:br/>
        <w:br/>
        <w:t>4. 答案：√</w:t>
        <w:br/>
        <w:br/>
        <w:t>解析：果蔬加工中，真空包装的主要目的是防止氧化。真空包装可以排除包装内的氧气，减缓氧化反应，保持产品的色泽、风味和营养成分。</w:t>
        <w:br/>
        <w:br/>
        <w:t>5. 答案：√</w:t>
        <w:br/>
        <w:br/>
        <w:t>解析：果蔬加工中，辐照处理是一种冷杀菌技术，不会引起温度升高。辐照处理利用电离辐射杀死微生物，不会显著提高产品温度，因此能够较好地保持果蔬的质地和营养成分。</w:t>
        <w:br/>
        <w:br/>
        <w:t xml:space="preserve"> 第四部分：多项选择题</w:t>
        <w:br/>
        <w:br/>
        <w:t>1. 答案：ABC</w:t>
        <w:br/>
        <w:br/>
        <w:t>解析：果蔬加工中常用的护色方法包括热烫处理、酸处理和碱处理。热烫处理可以钝化多酚氧化酶的活性；酸处理可以降低pH值，抑制多酚氧化酶的活性；碱处理可以使酚类物质转化为无色化合物。冷冻处理虽然可以延缓酶促褐变，但不是专门的护色方法。辐照处理主要用于杀菌，不是专门的护色方法。</w:t>
        <w:br/>
        <w:br/>
        <w:t>2. 答案：ABCDE</w:t>
        <w:br/>
        <w:br/>
        <w:t>解析：果蔬加工产品的质量受多种因素影响，包括原料品质、加工工艺、包装材料、储存条件和运输方式等。原料品质直接影响最终产品的质量；加工工艺决定了产品的感官特性和营养成分；包装材料可以保护产品免受外界环境影响；储存条件和运输方式会影响产品的货架期和品质稳定性。</w:t>
        <w:br/>
        <w:br/>
        <w:t xml:space="preserve"> 第五部分：简答题</w:t>
        <w:br/>
        <w:br/>
        <w:t>1. 答案：</w:t>
        <w:br/>
        <w:br/>
        <w:t>果蔬加工中酶促褐变的机理是：当果蔬细胞结构被破坏后，细胞内的多酚类物质与多酚氧化酶接触，在氧气存在下发生氧化反应，生成醌类物质，醌类物质进一步聚合形成褐色或黑色素，导致果蔬颜色变深。</w:t>
        <w:br/>
        <w:br/>
        <w:t>控制酶促褐变的方法有：</w:t>
        <w:br/>
        <w:br/>
        <w:t>(1)热处理：通过热烫钝化多酚氧化酶的活性；</w:t>
        <w:br/>
        <w:br/>
        <w:t>(2)酸处理：降低pH值，抑制多酚氧化酶的活性；</w:t>
        <w:br/>
        <w:br/>
        <w:t>(3)碱处理：使酚类物质转化为无色化合物；</w:t>
        <w:br/>
        <w:br/>
        <w:t>(4)添加抗氧化剂：如维生素C、半胱氨酸等，可以竞争性抑制多酚氧化酶的活性；</w:t>
        <w:br/>
        <w:br/>
        <w:t>(5)隔绝氧气：通过真空包装或添加抗氧化剂减少氧气接触；</w:t>
        <w:br/>
        <w:br/>
        <w:t>(6)添加酶抑制剂：如EDTA等金属离子螯合剂，可以抑制多酚氧化酶的活性。</w:t>
        <w:br/>
        <w:br/>
        <w:t>2. 答案：</w:t>
        <w:br/>
        <w:br/>
        <w:t>果蔬加工中常用的杀菌方法有：</w:t>
        <w:br/>
        <w:br/>
        <w:t>(1)热杀菌：包括巴氏杀菌、高温杀菌和超高温瞬时杀菌。</w:t>
        <w:br/>
        <w:br/>
        <w:t>优点：杀菌效果可靠，技术成熟，成本低；</w:t>
        <w:br/>
        <w:br/>
        <w:t>缺点：可能影响产品的感官特性和营养成分，特别是热敏性成分。</w:t>
        <w:br/>
        <w:br/>
        <w:t>(2)冷杀菌：包括高压处理、脉冲电场、紫外线照射和辐照处理等。</w:t>
        <w:br/>
        <w:br/>
        <w:t>优点：较好地保持产品的感官特性和营养成分，特别是热敏性成分；</w:t>
        <w:br/>
        <w:br/>
        <w:t>缺点：设备投资大，杀菌效果可能不如热杀菌彻底，某些方法可能存在安全隐患。</w:t>
        <w:br/>
        <w:br/>
        <w:t>(3)化学杀菌：包括添加化学防腐剂和臭氧处理等。</w:t>
        <w:br/>
        <w:br/>
        <w:t>优点：操作简单，成本低；</w:t>
        <w:br/>
        <w:br/>
        <w:t>缺点：可能存在化学残留，影响产品安全性，某些化学物质可能影响产品风味。</w:t>
        <w:br/>
        <w:br/>
        <w:t>(4)生物杀菌：包括使用天然防腐剂和益生菌等。</w:t>
        <w:br/>
        <w:br/>
        <w:t>优点：安全性高，符合消费者对天然产品的需求；</w:t>
        <w:br/>
        <w:br/>
        <w:t>缺点：杀菌效果可能不如传统方法稳定，成本较高。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