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2025年门诊空气培养试题及答案</w:t>
      </w:r>
    </w:p>
    <w:p>
      <w:r>
        <w:br/>
        <w:t xml:space="preserve"> 一、单项选择题（共10题，每题2分）</w:t>
        <w:br/>
        <w:br/>
        <w:t>1. 门诊空气采样时，最常用的采样方法是：</w:t>
        <w:br/>
        <w:br/>
        <w:t>A. 沉降法</w:t>
        <w:br/>
        <w:br/>
        <w:t>B. 撞击法</w:t>
        <w:br/>
        <w:br/>
        <w:t>C. 过滤法</w:t>
        <w:br/>
        <w:br/>
        <w:t>D. 离心法</w:t>
        <w:br/>
        <w:br/>
        <w:t>2. 根据《医院感染管理规范》，门诊诊室空气中的细菌菌落总数应控制在：</w:t>
        <w:br/>
        <w:br/>
        <w:t>A. ≤200cfu/m³</w:t>
        <w:br/>
        <w:br/>
        <w:t>B. ≤400cfu/m³</w:t>
        <w:br/>
        <w:br/>
        <w:t>C. ≤500cfu/m³</w:t>
        <w:br/>
        <w:br/>
        <w:t>D. ≤1000cfu/m³</w:t>
        <w:br/>
        <w:br/>
        <w:t>3. 进行空气采样时，采样点距离地面的标准高度是：</w:t>
        <w:br/>
        <w:br/>
        <w:t>A. 0.8m</w:t>
        <w:br/>
        <w:br/>
        <w:t>B. 1.0m</w:t>
        <w:br/>
        <w:br/>
        <w:t>C. 1.2m</w:t>
        <w:br/>
        <w:br/>
        <w:t>D. 1.5m</w:t>
        <w:br/>
        <w:br/>
        <w:t>4. 门诊空气采样时，每个采样点的采样时间通常为：</w:t>
        <w:br/>
        <w:br/>
        <w:t>A. 5分钟</w:t>
        <w:br/>
        <w:br/>
        <w:t>B. 10分钟</w:t>
        <w:br/>
        <w:br/>
        <w:t>C. 15分钟</w:t>
        <w:br/>
        <w:br/>
        <w:t>D. 30分钟</w:t>
        <w:br/>
        <w:br/>
        <w:t>5. 空气培养常用的培养基是：</w:t>
        <w:br/>
        <w:br/>
        <w:t>A. 普通琼脂平板</w:t>
        <w:br/>
        <w:br/>
        <w:t>B. 血琼脂平板</w:t>
        <w:br/>
        <w:br/>
        <w:t>C. 麦康凯琼脂平板</w:t>
        <w:br/>
        <w:br/>
        <w:t>D. 沙氏琼脂平板</w:t>
        <w:br/>
        <w:br/>
        <w:t>6. 门诊空气采样时，采样点与墙壁的距离应保持：</w:t>
        <w:br/>
        <w:br/>
        <w:t>A. 10cm</w:t>
        <w:br/>
        <w:br/>
        <w:t>B. 20cm</w:t>
        <w:br/>
        <w:br/>
        <w:t>C. 30cm</w:t>
        <w:br/>
        <w:br/>
        <w:t>D. 50cm</w:t>
        <w:br/>
        <w:br/>
        <w:t>7. 空气采样后，培养皿应放置的温度是：</w:t>
        <w:br/>
        <w:br/>
        <w:t>A. 20-22℃</w:t>
        <w:br/>
        <w:br/>
        <w:t>B. 25-27℃</w:t>
        <w:br/>
        <w:br/>
        <w:t>C. 30-35℃</w:t>
        <w:br/>
        <w:br/>
        <w:t>D. 35-37℃</w:t>
        <w:br/>
        <w:br/>
        <w:t>8. 门诊空气采样应在什么时间进行：</w:t>
        <w:br/>
        <w:br/>
        <w:t>A. 早晨开诊前</w:t>
        <w:br/>
        <w:br/>
        <w:t>B. 上午门诊高峰期</w:t>
        <w:br/>
        <w:br/>
        <w:t>C. 下午门诊高峰期</w:t>
        <w:br/>
        <w:br/>
        <w:t>D. 门诊结束后</w:t>
        <w:br/>
        <w:br/>
        <w:t>9. 空气采样时，采样点应避开哪些区域：</w:t>
        <w:br/>
        <w:br/>
        <w:t>A. 空调出风口</w:t>
        <w:br/>
        <w:br/>
        <w:t>B. 门窗附近</w:t>
        <w:br/>
        <w:br/>
        <w:t>C. 人员活动区域</w:t>
        <w:br/>
        <w:br/>
        <w:t>D. 以上都是</w:t>
        <w:br/>
        <w:br/>
        <w:t>10. 门诊空气采样频率一般为：</w:t>
        <w:br/>
        <w:br/>
        <w:t>A. 每周1次</w:t>
        <w:br/>
        <w:br/>
        <w:t>B. 每月1次</w:t>
        <w:br/>
        <w:br/>
        <w:t>C. 每季度1次</w:t>
        <w:br/>
        <w:br/>
        <w:t>D. 每半年1次</w:t>
        <w:br/>
        <w:br/>
        <w:t xml:space="preserve"> 二、填空题（共6题，每题2分）</w:t>
        <w:br/>
        <w:br/>
        <w:t>1. 门诊空气采样时，采样点应按照______原则进行设置。</w:t>
        <w:br/>
        <w:br/>
        <w:t>2. 空气采样后，培养皿应倒置于______℃培养箱中培养。</w:t>
        <w:br/>
        <w:br/>
        <w:t>3. 空气采样时，采样高度一般为距离地面______米。</w:t>
        <w:br/>
        <w:br/>
        <w:t>4. 门诊空气采样时，每个采样点的采样时间一般为______分钟。</w:t>
        <w:br/>
        <w:br/>
        <w:t>5. 空气采样后，培养时间通常为______小时。</w:t>
        <w:br/>
        <w:br/>
        <w:t>6. 门诊空气采样时，采样点应距离墙壁______cm以上。</w:t>
        <w:br/>
        <w:br/>
        <w:t xml:space="preserve"> 三、判断题（共6题，每题2分）</w:t>
        <w:br/>
        <w:br/>
        <w:t>1. 门诊空气采样时，可以在人员活动频繁的区域进行采样。（ ）</w:t>
        <w:br/>
        <w:br/>
        <w:t>2. 空气采样后，培养皿应正置于培养箱中培养。（ ）</w:t>
        <w:br/>
        <w:br/>
        <w:t>3. 门诊空气采样时，采样点应包括门诊大厅、候诊区、诊室等区域。（ ）</w:t>
        <w:br/>
        <w:br/>
        <w:t>4. 空气采样时，采样时间越长，结果越准确。（ ）</w:t>
        <w:br/>
        <w:br/>
        <w:t>5. 门诊空气采样应在消毒处理后立即进行。（ ）</w:t>
        <w:br/>
        <w:br/>
        <w:t>6. 空气采样后，培养时间越长，菌落数越多。（ ）</w:t>
        <w:br/>
        <w:br/>
        <w:t xml:space="preserve"> 四、多项选择题（共2题，每题2分）</w:t>
        <w:br/>
        <w:br/>
        <w:t>1. 门诊空气采样时，应考虑的因素包括：</w:t>
        <w:br/>
        <w:br/>
        <w:t>A. 门诊面积</w:t>
        <w:br/>
        <w:br/>
        <w:t>B. 人员流动情况</w:t>
        <w:br/>
        <w:br/>
        <w:t>C. 通风条件</w:t>
        <w:br/>
        <w:br/>
        <w:t>D. 季节因素</w:t>
        <w:br/>
        <w:br/>
        <w:t>E. 以上都是</w:t>
        <w:br/>
        <w:br/>
        <w:t>2. 门诊空气采样常用的方法有：</w:t>
        <w:br/>
        <w:br/>
        <w:t>A. 沉降法</w:t>
        <w:br/>
        <w:br/>
        <w:t>B. 撞击法</w:t>
        <w:br/>
        <w:br/>
        <w:t>C. 过滤法</w:t>
        <w:br/>
        <w:br/>
        <w:t>D. 离心法</w:t>
        <w:br/>
        <w:br/>
        <w:t>E. 以上都是</w:t>
        <w:br/>
        <w:br/>
        <w:t xml:space="preserve"> 五、简答题（共2题，每题5分）</w:t>
        <w:br/>
        <w:br/>
        <w:t>1. 简述门诊空气采样的目的和意义。</w:t>
        <w:br/>
        <w:br/>
        <w:t>2. 简述门诊空气采样的操作步骤和注意事项。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在门诊空气采样中，撞击法是最常用的采样方法。这种方法通过高速气流将空气中的微生物撞击到培养基表面，采样效率高，结果准确。沉降法虽然简单，但采样效率低，结果不准确；过滤法和离心法在空气采样中较少使用。</w:t>
        <w:br/>
        <w:br/>
        <w:t>2. 答案：B</w:t>
        <w:br/>
        <w:br/>
        <w:t>解析：根据《医院感染管理规范》，门诊诊室空气中的细菌菌落总数应控制在≤400cfu/m³。这是医院感染控制的基本要求，也是评价门诊空气质量的重要指标。</w:t>
        <w:br/>
        <w:br/>
        <w:t>3. 答案：D</w:t>
        <w:br/>
        <w:br/>
        <w:t>解析：进行空气采样时，采样点距离地面的标准高度是1.5m。这个高度接近成人的呼吸带，能够反映人员实际呼吸的空气质量。</w:t>
        <w:br/>
        <w:br/>
        <w:t>4. 答案：B</w:t>
        <w:br/>
        <w:br/>
        <w:t>解析：门诊空气采样时，每个采样点的采样时间通常为10分钟。这个时间既能保证足够的采样量，又不会因时间过长而影响工作效率。</w:t>
        <w:br/>
        <w:br/>
        <w:t>5. 答案：A</w:t>
        <w:br/>
        <w:br/>
        <w:t>解析：空气培养常用的培养基是普通琼脂平板。这种培养基能够支持大多数细菌的生长，且操作简单，成本低廉。血琼脂平板主要用于培养营养要求较高的细菌；麦康凯琼脂平板主要用于肠道菌的分离；沙氏琼脂平板主要用于真菌的培养。</w:t>
        <w:br/>
        <w:br/>
        <w:t>6. 答案：D</w:t>
        <w:br/>
        <w:br/>
        <w:t>解析：门诊空气采样时，采样点与墙壁的距离应保持50cm以上。这是为了避免墙壁可能存在的微生物污染影响采样结果。</w:t>
        <w:br/>
        <w:br/>
        <w:t>7. 答案：C</w:t>
        <w:br/>
        <w:br/>
        <w:t>解析：空气采样后，培养皿应放置的温度是30-35℃。这个温度范围适合大多数细菌的生长，能够获得准确的培养结果。</w:t>
        <w:br/>
        <w:br/>
        <w:t>8. 答案：A</w:t>
        <w:br/>
        <w:br/>
        <w:t>解析：门诊空气采样应在早晨开诊前进行。这个时间点门诊尚未开始接诊，人员流动少，能够反映门诊的基础空气质量。</w:t>
        <w:br/>
        <w:br/>
        <w:t>9. 答案：D</w:t>
        <w:br/>
        <w:br/>
        <w:t>解析：空气采样时，采样点应避开空调出风口、门窗附近和人员活动区域。这些区域可能会影响采样结果的准确性，如空调出风口可能吹走空气中的微生物，门窗附近可能受外界环境影响，人员活动区域可能产生大量飞沫和气溶胶。</w:t>
        <w:br/>
        <w:br/>
        <w:t>10. 答案：C</w:t>
        <w:br/>
        <w:br/>
        <w:t>解析：门诊空气采样频率一般为每季度1次。这个频率既能及时发现空气质量问题，又不会增加不必要的工作负担。对于特殊科室或季节变化时，可适当增加采样频率。</w:t>
        <w:br/>
        <w:br/>
        <w:t xml:space="preserve"> 二、填空题</w:t>
        <w:br/>
        <w:br/>
        <w:t>1. 答案：均匀分布</w:t>
        <w:br/>
        <w:br/>
        <w:t>解析：门诊空气采样时，采样点应按照均匀分布原则进行设置。这样可以全面反映门诊各区域的空气质量，避免因采样点分布不均而导致的评价偏差。</w:t>
        <w:br/>
        <w:br/>
        <w:t>2. 答案：30-35</w:t>
        <w:br/>
        <w:br/>
        <w:t>解析：空气采样后，培养皿应倒置于30-35℃培养箱中培养。这个温度范围适合大多数细菌的生长，能够获得准确的培养结果。倒置可以防止培养基水分蒸发，同时避免冷凝水污染培养基表面。</w:t>
        <w:br/>
        <w:br/>
        <w:t>3. 答案：1.5</w:t>
        <w:br/>
        <w:br/>
        <w:t>解析：空气采样时，采样高度一般为距离地面1.5米。这个高度接近成人的呼吸带，能够反映人员实际呼吸的空气质量。</w:t>
        <w:br/>
        <w:br/>
        <w:t>4. 答案：10</w:t>
        <w:br/>
        <w:br/>
        <w:t>解析：门诊空气采样时，每个采样点的采样时间一般为10分钟。这个时间既能保证足够的采样量，又不会因时间过长而影响工作效率。</w:t>
        <w:br/>
        <w:br/>
        <w:t>5. 答案：24-48</w:t>
        <w:br/>
        <w:br/>
        <w:t>解析：空气采样后，培养时间通常为24-48小时。这个时间范围能够使大多数细菌形成可见的菌落，便于计数和鉴定。培养时间过短可能导致菌落形成不充分，过长则可能导致菌落过度生长或形态变化。</w:t>
        <w:br/>
        <w:br/>
        <w:t>6. 答案：50</w:t>
        <w:br/>
        <w:br/>
        <w:t>解析：门诊空气采样时，采样点应距离墙壁50cm以上。这是为了避免墙壁可能存在的微生物污染影响采样结果。</w:t>
        <w:br/>
        <w:br/>
        <w:t xml:space="preserve"> 三、判断题</w:t>
        <w:br/>
        <w:br/>
        <w:t>1. 答案：×</w:t>
        <w:br/>
        <w:br/>
        <w:t>解析：门诊空气采样时，不应在人员活动频繁的区域进行采样。人员活动会产生大量飞沫和气溶胶，影响采样结果的准确性。应在人员活动较少的时间段进行采样，如早晨开诊前。</w:t>
        <w:br/>
        <w:br/>
        <w:t>2. 答案：×</w:t>
        <w:br/>
        <w:br/>
        <w:t>解析：空气采样后，培养皿不应正置于培养箱中培养，而应倒置。倒置可以防止培养基水分蒸发，同时避免冷凝水污染培养基表面，影响菌落计数和形态观察。</w:t>
        <w:br/>
        <w:br/>
        <w:t>3. 答案：√</w:t>
        <w:br/>
        <w:br/>
        <w:t>解析：门诊空气采样时，采样点应包括门诊大厅、候诊区、诊室等区域。这些区域是门诊的主要功能区，采样点应覆盖所有重要区域，以全面评价门诊的空气质量。</w:t>
        <w:br/>
        <w:br/>
        <w:t>4. 答案：×</w:t>
        <w:br/>
        <w:br/>
        <w:t>解析：空气采样时，采样时间并非越长越好。采样时间过长可能导致微生物死亡或生长变化，影响结果的准确性。应根据采样方法和目的确定合适的采样时间，通常为10分钟左右。</w:t>
        <w:br/>
        <w:br/>
        <w:t>5. 答案：×</w:t>
        <w:br/>
        <w:br/>
        <w:t>解析：门诊空气采样不应在消毒处理后立即进行。消毒剂可能残留在空气中，影响微生物的生长，导致结果偏低。应在消毒处理后，等待一定时间让消毒剂挥发或沉降后再进行采样。</w:t>
        <w:br/>
        <w:br/>
        <w:t>6. 答案：×</w:t>
        <w:br/>
        <w:br/>
        <w:t>解析：空气采样后，培养时间并非越长越好。培养时间过长可能导致菌落过度生长或形态变化，影响计数和鉴定的准确性。通常培养24-48小时为宜。</w:t>
        <w:br/>
        <w:br/>
        <w:t xml:space="preserve"> 四、多项选择题</w:t>
        <w:br/>
        <w:br/>
        <w:t>1. 答案：E</w:t>
        <w:br/>
        <w:br/>
        <w:t>解析：门诊空气采样时，应考虑门诊面积、人员流动情况、通风条件和季节因素等多个因素。门诊面积决定了采样点的数量和分布；人员流动情况影响空气中的微生物含量；通风条件影响空气的流通和微生物的分布；季节因素可能影响微生物的种类和数量。因此，进行空气采样时应综合考虑这些因素，以获得准确的结果。</w:t>
        <w:br/>
        <w:br/>
        <w:t>2. 答案：E</w:t>
        <w:br/>
        <w:br/>
        <w:t>解析：门诊空气采样常用的方法有沉降法、撞击法、过滤法和离心法。沉降法是将暴露的培养基平板放置在空气中，利用重力使微生物沉降到培养基表面；撞击法是通过高速气流将空气中的微生物撞击到培养基表面；过滤法是将空气通过滤膜，将微生物截留，然后将滤膜贴在培养基上培养；离心法是利用离心力将空气中的微生物分离出来。这些方法各有优缺点，可根据实际情况选择合适的方法。</w:t>
        <w:br/>
        <w:br/>
        <w:t xml:space="preserve"> 五、简答题</w:t>
        <w:br/>
        <w:br/>
        <w:t>1. 答案：</w:t>
        <w:br/>
        <w:br/>
        <w:t>门诊空气采样的目的和意义主要包括：</w:t>
        <w:br/>
        <w:br/>
        <w:t>(1) 评价门诊空气质量：通过检测空气中的微生物含量，了解门诊的卫生状况，判断是否符合相关标准要求。</w:t>
        <w:br/>
        <w:br/>
        <w:t>(2) 预防医院感染：空气中的微生物可能引起医院感染，通过定期采样监测，可以及时发现和控制感染风险。</w:t>
        <w:br/>
        <w:br/>
        <w:t>(3) 指导消毒工作：根据采样结果，可以评估消毒措施的效果，指导消毒工作的改进和优化。</w:t>
        <w:br/>
        <w:br/>
        <w:t>(4) 保障患者和医护人员健康：良好的空气质量可以减少呼吸道感染的风险，保障患者和医护人员的健康。</w:t>
        <w:br/>
        <w:br/>
        <w:t>(5) 满足法规要求：根据《医院感染管理规范》等相关法规，医疗机构需要定期进行空气采样监测，确保符合法规要求。</w:t>
        <w:br/>
        <w:br/>
        <w:t>2. 答案：</w:t>
        <w:br/>
        <w:br/>
        <w:t>门诊空气采样的操作步骤和注意事项如下：</w:t>
        <w:br/>
        <w:br/>
        <w:t>操作步骤：</w:t>
        <w:br/>
        <w:br/>
        <w:t>(1) 准备工作：准备采样器材（如撞击式采样器、培养基平板等）、记录表格、消毒用品等。</w:t>
        <w:br/>
        <w:br/>
        <w:t>(2) 确定采样点：根据门诊面积和功能区域，按照均匀分布原则确定采样点数量和位置。</w:t>
        <w:br/>
        <w:br/>
        <w:t>(3) 设置采样参数：根据采样方法和目的，设置采样流量、采样时间等参数。</w:t>
        <w:br/>
        <w:br/>
        <w:t>(4) 进行采样：在规定时间内，按照标准方法进行采样，避免污染。</w:t>
        <w:br/>
        <w:br/>
        <w:t>(5) 标记和保存：对采样后的培养基进行标记，妥善保存，及时送检。</w:t>
        <w:br/>
        <w:br/>
        <w:t>(6) 培养和计数：将培养基置于适宜温度下培养，培养后进行菌落计数和鉴定。</w:t>
        <w:br/>
        <w:br/>
        <w:t>(7) 结果分析和报告：对结果进行分析，判断是否符合标准，并出具报告。</w:t>
        <w:br/>
        <w:br/>
        <w:t>注意事项：</w:t>
        <w:br/>
        <w:br/>
        <w:t>(1) 采样时间：应在门诊开诊前或人员活动较少的时间进行采样。</w:t>
        <w:br/>
        <w:br/>
        <w:t>(2) 采样环境：采样时应避免人员走动、说话等可能影响采样结果的活动。</w:t>
        <w:br/>
        <w:br/>
        <w:t>(3) 采样点设置：采样点应避开空调出风口、门窗附近等可能影响结果准确性的位置。</w:t>
        <w:br/>
        <w:br/>
        <w:t>(4) 采样操作：采样过程中应避免手部接触培养基内部，防止污染。</w:t>
        <w:br/>
        <w:br/>
        <w:t>(5) 培养条件：培养温度、时间等条件应符合标准要求，确保结果准确。</w:t>
        <w:br/>
        <w:br/>
        <w:t>(6) 质量控制：应设置阳性对照和阴性对照，确保采样和培养过程的质量。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