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2025年石阡幼师招聘试题及答案</w:t>
      </w:r>
    </w:p>
    <w:p>
      <w:r>
        <w:br/>
        <w:t xml:space="preserve"> 一、单项选择题（共10题，每题2分，共20分）</w:t>
        <w:br/>
        <w:br/>
        <w:t>1. 幼儿园教育的根本任务是（ ）</w:t>
        <w:br/>
        <w:br/>
        <w:t>A. 培养幼儿的智力</w:t>
        <w:br/>
        <w:br/>
        <w:t>B. 促进幼儿身心和谐发展</w:t>
        <w:br/>
        <w:br/>
        <w:t>C. 教授幼儿知识</w:t>
        <w:br/>
        <w:br/>
        <w:t>D. 培养幼儿的艺术才能</w:t>
        <w:br/>
        <w:br/>
        <w:t>2. 根据《幼儿园教育指导纲要》，幼儿园教育内容不包括以下哪一项（ ）</w:t>
        <w:br/>
        <w:br/>
        <w:t>A. 健康</w:t>
        <w:br/>
        <w:br/>
        <w:t>B. 语言</w:t>
        <w:br/>
        <w:br/>
        <w:t>C. 数学</w:t>
        <w:br/>
        <w:br/>
        <w:t>D. 艺术</w:t>
        <w:br/>
        <w:br/>
        <w:t>3. 幼儿园一日活动中的"晨间活动"主要目的是（ ）</w:t>
        <w:br/>
        <w:br/>
        <w:t>A. 检查幼儿出勤情况</w:t>
        <w:br/>
        <w:br/>
        <w:t>B. 让幼儿自由玩耍</w:t>
        <w:br/>
        <w:br/>
        <w:t>C. 帮助幼儿从家庭生活过渡到集体生活</w:t>
        <w:br/>
        <w:br/>
        <w:t>D. 教师安排当天教学计划</w:t>
        <w:br/>
        <w:br/>
        <w:t>4. 幼儿园教师应具备的最基本的专业素养是（ ）</w:t>
        <w:br/>
        <w:br/>
        <w:t>A. 丰富的学科知识</w:t>
        <w:br/>
        <w:br/>
        <w:t>B. 良好的沟通能力</w:t>
        <w:br/>
        <w:br/>
        <w:t>C. 爱心、耐心和责任心</w:t>
        <w:br/>
        <w:br/>
        <w:t>D. 熟练的教学技能</w:t>
        <w:br/>
        <w:br/>
        <w:t>5. 幼儿园环境创设的基本原则是（ ）</w:t>
        <w:br/>
        <w:br/>
        <w:t>A. 美观大方</w:t>
        <w:br/>
        <w:br/>
        <w:t>B. 安全卫生</w:t>
        <w:br/>
        <w:br/>
        <w:t>C. 教育性、适宜性、参与性</w:t>
        <w:br/>
        <w:br/>
        <w:t>D. 经济实用</w:t>
        <w:br/>
        <w:br/>
        <w:t>6. 幼儿园游戏活动的主要特点是（ ）</w:t>
        <w:br/>
        <w:br/>
        <w:t>A. 有明确的教学目标</w:t>
        <w:br/>
        <w:br/>
        <w:t>B. 有严格的规则要求</w:t>
        <w:br/>
        <w:br/>
        <w:t>C. 自由、自主、愉悦</w:t>
        <w:br/>
        <w:br/>
        <w:t>D. 教师主导性强</w:t>
        <w:br/>
        <w:br/>
        <w:t>7. 幼儿园家园共育的主要目的是（ ）</w:t>
        <w:br/>
        <w:br/>
        <w:t>A. 让家长参与幼儿园管理</w:t>
        <w:br/>
        <w:br/>
        <w:t>B. 形成教育合力，促进幼儿全面发展</w:t>
        <w:br/>
        <w:br/>
        <w:t>C. 减轻教师工作负担</w:t>
        <w:br/>
        <w:br/>
        <w:t>D. 向家长展示幼儿园工作成果</w:t>
        <w:br/>
        <w:br/>
        <w:t>8. 幼儿园教师观察幼儿的主要目的是（ ）</w:t>
        <w:br/>
        <w:br/>
        <w:t>A. 评价幼儿的表现</w:t>
        <w:br/>
        <w:br/>
        <w:t>B. 了解幼儿的发展状况，为教育提供依据</w:t>
        <w:br/>
        <w:br/>
        <w:t>C. 记录幼儿的行为</w:t>
        <w:br/>
        <w:br/>
        <w:t>D. 发现幼儿的问题</w:t>
        <w:br/>
        <w:br/>
        <w:t>9. 幼儿园安全教育的内容不包括（ ）</w:t>
        <w:br/>
        <w:br/>
        <w:t>A. 交通安全教育</w:t>
        <w:br/>
        <w:br/>
        <w:t>B. 食品安全教育</w:t>
        <w:br/>
        <w:br/>
        <w:t>C. 性教育</w:t>
        <w:br/>
        <w:br/>
        <w:t>D. 自然灾害防范教育</w:t>
        <w:br/>
        <w:br/>
        <w:t>10. 幼儿园教师与家长沟通的基本原则是（ ）</w:t>
        <w:br/>
        <w:br/>
        <w:t>A. 教师权威</w:t>
        <w:br/>
        <w:br/>
        <w:t>B. 平等尊重</w:t>
        <w:br/>
        <w:br/>
        <w:t>C. 批评为主</w:t>
        <w:br/>
        <w:br/>
        <w:t>D. 强调家长责任</w:t>
        <w:br/>
        <w:br/>
        <w:t xml:space="preserve"> 二、填空题（共5题，每题2分，共10分）</w:t>
        <w:br/>
        <w:br/>
        <w:t>1. 幼儿园教育应尊重幼儿的________和个体差异，以游戏为基本活动，保教并重。</w:t>
        <w:br/>
        <w:br/>
        <w:t>2. 幼儿园教师应具备的专业能力包括观察了解幼儿的能力、组织教育活动的能力、环境创设的能力和________的能力。</w:t>
        <w:br/>
        <w:br/>
        <w:t>3. 幼儿园五大领域的教育内容是健康、语言、社会、科学和________。</w:t>
        <w:br/>
        <w:br/>
        <w:t>4. 幼儿园教育活动设计的基本要素包括活动目标、活动准备、活动过程和________。</w:t>
        <w:br/>
        <w:br/>
        <w:t>5. 幼儿园教师职业道德的核心是关爱幼儿，尊重幼儿，________，教书育人。</w:t>
        <w:br/>
        <w:br/>
        <w:t xml:space="preserve"> 三、判断题（共5题，每题2分，共10分）</w:t>
        <w:br/>
        <w:br/>
        <w:t>1. 幼儿园教育应以知识传授为主要目标。（ ）</w:t>
        <w:br/>
        <w:br/>
        <w:t>2. 幼儿园环境创设应完全由教师设计和布置。（ ）</w:t>
        <w:br/>
        <w:br/>
        <w:t>3. 游戏是幼儿的基本活动，也是幼儿的主要学习方式。（ ）</w:t>
        <w:br/>
        <w:br/>
        <w:t>4. 幼儿园教师应尊重幼儿的隐私，不得随意向家长或其他教师透露幼儿的个人情况。（ ）</w:t>
        <w:br/>
        <w:br/>
        <w:t>5. 幼儿园教育活动应注重结果评价，忽视过程评价。（ ）</w:t>
        <w:br/>
        <w:br/>
        <w:t xml:space="preserve"> 四、多项选择题（共2题，每题2分，共4分）</w:t>
        <w:br/>
        <w:br/>
        <w:t>1. 下列哪些属于幼儿园教师的专业素养？（ ）</w:t>
        <w:br/>
        <w:br/>
        <w:t>A. 扎实的学前教育专业知识</w:t>
        <w:br/>
        <w:br/>
        <w:t>B. 良好的沟通表达能力</w:t>
        <w:br/>
        <w:br/>
        <w:t>C. 较强的组织管理能力</w:t>
        <w:br/>
        <w:br/>
        <w:t>D. 一定的艺术表现能力</w:t>
        <w:br/>
        <w:br/>
        <w:t>E. 熟练的计算机操作能力</w:t>
        <w:br/>
        <w:br/>
        <w:t>2. 幼儿园一日生活环节包括（ ）</w:t>
        <w:br/>
        <w:br/>
        <w:t>A. 入园晨检</w:t>
        <w:br/>
        <w:br/>
        <w:t>B. 集体教学活动</w:t>
        <w:br/>
        <w:br/>
        <w:t>C. 户外活动</w:t>
        <w:br/>
        <w:br/>
        <w:t>D. 午餐午睡</w:t>
        <w:br/>
        <w:br/>
        <w:t>E. 离园活动</w:t>
        <w:br/>
        <w:br/>
        <w:t xml:space="preserve"> 五、简答题（共2题，每题5分，共10分）</w:t>
        <w:br/>
        <w:br/>
        <w:t>1. 简述幼儿园教师应如何观察和了解幼儿。</w:t>
        <w:br/>
        <w:br/>
        <w:t>2. 简述幼儿园环境创设的基本原则和注意事项。</w:t>
        <w:br/>
        <w:br/>
        <w:t xml:space="preserve"> 参考答案及解析</w:t>
        <w:br/>
        <w:br/>
        <w:t xml:space="preserve"> 一、单项选择题</w:t>
        <w:br/>
        <w:br/>
        <w:t>1. 答案：B</w:t>
        <w:br/>
        <w:br/>
        <w:t>解析：幼儿园教育的根本任务是促进幼儿身心和谐发展。幼儿园教育不仅要关注幼儿的智力发展，更要关注幼儿身体、情感、社会性等多方面的全面发展，促进幼儿身心和谐健康成长。</w:t>
        <w:br/>
        <w:br/>
        <w:t>2. 答案：C</w:t>
        <w:br/>
        <w:br/>
        <w:t>解析：根据《幼儿园教育指导纲要》，幼儿园教育内容包括健康、语言、社会、科学和艺术五个领域，不包括单独的数学领域。数学教育包含在科学领域中。</w:t>
        <w:br/>
        <w:br/>
        <w:t>3. 答案：C</w:t>
        <w:br/>
        <w:br/>
        <w:t>解析：幼儿园一日活动中的"晨间活动"主要目的是帮助幼儿从家庭生活过渡到集体生活，让幼儿逐渐适应幼儿园的环境和节奏，为一天的活动做好准备。</w:t>
        <w:br/>
        <w:br/>
        <w:t>4. 答案：C</w:t>
        <w:br/>
        <w:br/>
        <w:t>解析：幼儿园教师应具备的专业素养包括爱心、耐心和责任心。这是幼师最基本也是最重要的专业素养，只有真心关爱幼儿，才能做好幼儿教育工作。</w:t>
        <w:br/>
        <w:br/>
        <w:t>5. 答案：C</w:t>
        <w:br/>
        <w:br/>
        <w:t>解析：幼儿园环境创设的基本原则是教育性、适宜性、参与性。环境创设应具有教育意义，符合幼儿年龄特点和发展需求，并鼓励幼儿参与环境创设过程。</w:t>
        <w:br/>
        <w:br/>
        <w:t>6. 答案：C</w:t>
        <w:br/>
        <w:br/>
        <w:t>解析：幼儿园游戏活动的主要特点是自由、自主、愉悦。游戏是幼儿的基本活动，幼儿在游戏中可以自由选择、自主决定，体验游戏的乐趣。</w:t>
        <w:br/>
        <w:br/>
        <w:t>7. 答案：B</w:t>
        <w:br/>
        <w:br/>
        <w:t>解析：幼儿园家园共育的主要目的是形成教育合力，促进幼儿全面发展。家庭和幼儿园是幼儿成长的重要环境，只有家园合作，才能形成教育合力，促进幼儿全面发展。</w:t>
        <w:br/>
        <w:br/>
        <w:t>8. 答案：B</w:t>
        <w:br/>
        <w:br/>
        <w:t>解析：幼儿园教师观察幼儿的主要目的是了解幼儿的发展状况，为教育提供依据。通过观察，教师可以了解幼儿的兴趣、需求和发展水平，从而有针对性地开展教育活动。</w:t>
        <w:br/>
        <w:br/>
        <w:t>9. 答案：C</w:t>
        <w:br/>
        <w:br/>
        <w:t>解析：幼儿园安全教育的内容包括交通安全教育、食品安全教育、自然灾害防范教育等，但不包括性教育。性教育通常在幼儿阶段不进行，而是在适当年龄阶段进行。</w:t>
        <w:br/>
        <w:br/>
        <w:t>10. 答案：B</w:t>
        <w:br/>
        <w:br/>
        <w:t>解析：幼儿园教师与家长沟通的基本原则是平等尊重。教师应尊重家长，理解家长的关切，与家长建立平等、互信的沟通关系，共同促进幼儿发展。</w:t>
        <w:br/>
        <w:br/>
        <w:t xml:space="preserve"> 二、填空题</w:t>
        <w:br/>
        <w:br/>
        <w:t>1. 答案：人格尊严</w:t>
        <w:br/>
        <w:br/>
        <w:t>解析：《幼儿园教育指导纲要》明确规定，幼儿园教育应尊重幼儿的人格尊严和个体差异，以游戏为基本活动，保教并重。这体现了对幼儿主体地位的尊重。</w:t>
        <w:br/>
        <w:br/>
        <w:t>2. 答案：沟通合作</w:t>
        <w:br/>
        <w:br/>
        <w:t>解析：幼儿园教师应具备的专业能力包括观察了解幼儿的能力、组织教育活动的能力、环境创设的能力和沟通合作的能力。其中沟通合作能力是与幼儿、家长和同事有效交流的基础。</w:t>
        <w:br/>
        <w:br/>
        <w:t>3. 答案：艺术</w:t>
        <w:br/>
        <w:br/>
        <w:t>解析：幼儿园五大领域的教育内容是健康、语言、社会、科学和艺术。这五个领域相互渗透，共同促进幼儿的全面发展。</w:t>
        <w:br/>
        <w:br/>
        <w:t>4. 答案：活动评价</w:t>
        <w:br/>
        <w:br/>
        <w:t>解析：幼儿园教育活动设计的基本要素包括活动目标、活动准备、活动过程和活动评价。活动评价是对教育活动效果的检验，也是改进教育活动的重要依据。</w:t>
        <w:br/>
        <w:br/>
        <w:t>5. 答案：为人师表</w:t>
        <w:br/>
        <w:br/>
        <w:t>解析：幼儿园教师职业道德的核心是关爱幼儿，尊重幼儿，为人师表，教书育人。教师应以身作则，成为幼儿学习的榜样。</w:t>
        <w:br/>
        <w:br/>
        <w:t xml:space="preserve"> 三、判断题</w:t>
        <w:br/>
        <w:br/>
        <w:t>1. 答案：×</w:t>
        <w:br/>
        <w:br/>
        <w:t>解析：幼儿园教育不应以知识传授为主要目标，而应以促进幼儿身心和谐发展为主要目标。幼儿园教育应注重培养幼儿的兴趣、习惯和良好品质，为终身发展奠定基础。</w:t>
        <w:br/>
        <w:br/>
        <w:t>2. 答案：×</w:t>
        <w:br/>
        <w:br/>
        <w:t>解析：幼儿园环境创设不应完全由教师设计和布置，而应鼓励幼儿参与环境创设过程。环境创设应体现幼儿的主体性，让幼儿在参与过程中获得发展。</w:t>
        <w:br/>
        <w:br/>
        <w:t>3. 答案：√</w:t>
        <w:br/>
        <w:br/>
        <w:t>解析：游戏是幼儿的基本活动，也是幼儿的主要学习方式。幼儿在游戏中学习，在学习中游戏，游戏对幼儿的身心发展具有重要作用。</w:t>
        <w:br/>
        <w:br/>
        <w:t>4. 答案：√</w:t>
        <w:br/>
        <w:br/>
        <w:t>解析：幼儿园教师应尊重幼儿的隐私，不得随意向家长或其他教师透露幼儿的个人情况。这是教师职业道德的基本要求，也是保护幼儿权益的需要。</w:t>
        <w:br/>
        <w:br/>
        <w:t>5. 答案：×</w:t>
        <w:br/>
        <w:br/>
        <w:t>解析：幼儿园教育活动应注重过程评价，忽视结果评价。幼儿的发展是一个过程，教育活动的过程比结果更重要，应关注幼儿在活动中的参与、体验和收获。</w:t>
        <w:br/>
        <w:br/>
        <w:t xml:space="preserve"> 四、多项选择题</w:t>
        <w:br/>
        <w:br/>
        <w:t>1. 答案：ABCD</w:t>
        <w:br/>
        <w:br/>
        <w:t>解析：幼儿园教师的专业素养包括：扎实的学前教育专业知识（A）、良好的沟通表达能力（B）、较强的组织管理能力（C）和一定的艺术表现能力（D）。这些能力对于幼儿园教师开展教育教学工作都至关重要。熟练的计算机操作能力（E）虽然有用，但不是幼师必备的核心专业素养。</w:t>
        <w:br/>
        <w:br/>
        <w:t>2. 答案：ABCDE</w:t>
        <w:br/>
        <w:br/>
        <w:t>解析：幼儿园一日生活环节包括入园晨检（A）、集体教学活动（B）、户外活动（C）、午餐午睡（D）和离园活动（E）。这些环节构成了幼儿在园的一整天生活，每个环节都有其特定的教育价值。</w:t>
        <w:br/>
        <w:br/>
        <w:t xml:space="preserve"> 五、简答题</w:t>
        <w:br/>
        <w:br/>
        <w:t>1. 答案：</w:t>
        <w:br/>
        <w:br/>
        <w:t>幼儿园教师观察和了解幼儿应做到以下几点：</w:t>
        <w:br/>
        <w:br/>
        <w:t>（1）有目的、有计划地进行观察，明确观察的重点和内容；</w:t>
        <w:br/>
        <w:br/>
        <w:t>（2）采用多种观察方法，如自然观察法、情境观察法、作品分析法等；</w:t>
        <w:br/>
        <w:br/>
        <w:t>（3）客观记录幼儿的行为表现，避免主观臆断；</w:t>
        <w:br/>
        <w:br/>
        <w:t>（4）定期整理和分析观察记录，了解幼儿的发展状况；</w:t>
        <w:br/>
        <w:br/>
        <w:t>（5）将观察结果作为制定教育方案和调整教育策略的依据。</w:t>
        <w:br/>
        <w:br/>
        <w:t>解析：观察是幼儿园教师了解幼儿的基本方法，也是开展教育工作的基础。教师应通过系统的观察，全面了解幼儿的兴趣、需求、发展水平和个体差异，从而为每个幼儿提供适宜的教育。观察不是随意的，而应是有目的、有计划的；观察记录应客观真实，避免主观判断；观察结果应得到有效利用，指导教育实践。</w:t>
        <w:br/>
        <w:br/>
        <w:t>2. 答案：</w:t>
        <w:br/>
        <w:br/>
        <w:t>幼儿园环境创设的基本原则和注意事项：</w:t>
        <w:br/>
        <w:br/>
        <w:t>基本原则：</w:t>
        <w:br/>
        <w:br/>
        <w:t>（1）教育性原则：环境创设应具有教育意义，能够促进幼儿发展；</w:t>
        <w:br/>
        <w:br/>
        <w:t>（2）适宜性原则：环境创设应符合幼儿年龄特点和发展需求；</w:t>
        <w:br/>
        <w:br/>
        <w:t>（3）参与性原则：鼓励幼儿参与环境创设过程，发挥幼儿的主体性；</w:t>
        <w:br/>
        <w:br/>
        <w:t>（4）安全性原则：环境创设应确保幼儿的安全；</w:t>
        <w:br/>
        <w:br/>
        <w:t>（5）美观性原则：环境创设应美观、整洁、有序。</w:t>
        <w:br/>
        <w:br/>
        <w:t>注意事项：</w:t>
        <w:br/>
        <w:br/>
        <w:t>（1）环境创设应动态变化，定期更新；</w:t>
        <w:br/>
        <w:br/>
        <w:t>（2）环境创设应考虑幼儿的个体差异；</w:t>
        <w:br/>
        <w:br/>
        <w:t>（3）环境创设应充分利用空间资源；</w:t>
        <w:br/>
        <w:br/>
        <w:t>（4）环境创设应与教育活动紧密结合；</w:t>
        <w:br/>
        <w:br/>
        <w:t>（5）环境创设应注重物质环境与精神环境的统一。</w:t>
        <w:br/>
        <w:br/>
        <w:t>解析：幼儿园环境是重要的教育资源，良好的环境创设对幼儿发展具有积极影响。环境创设应遵循一定的原则，同时注意相关事项，使环境真正成为"第三位教师"。环境创设不是一成不变的，而应根据幼儿的发展和教育活动的需要进行调整；环境创设应关注每个幼儿的需求，体现个体差异；环境创设应充分利用各种资源，为幼儿提供丰富的体验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