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2025年我的爸爸试题及答案</w:t>
      </w:r>
    </w:p>
    <w:p>
      <w:r>
        <w:br/>
        <w:t>一、单项选择题（共10题，每题2分）</w:t>
        <w:br/>
        <w:br/>
        <w:t>1. 在中国传统家庭文化中，父亲通常被赋予以下哪种角色？</w:t>
        <w:br/>
        <w:br/>
        <w:t>A. 家庭的经济支柱</w:t>
        <w:br/>
        <w:br/>
        <w:t>B. 家庭的精神领袖</w:t>
        <w:br/>
        <w:br/>
        <w:t>C. 孩子的第一任老师</w:t>
        <w:br/>
        <w:br/>
        <w:t>D. 以上都是</w:t>
        <w:br/>
        <w:br/>
        <w:t>2. 根据《中华人民共和国民法典》，父亲对未成年子女负有下列哪项义务？</w:t>
        <w:br/>
        <w:br/>
        <w:t>A. 抚养义务</w:t>
        <w:br/>
        <w:br/>
        <w:t>B. 教育义务</w:t>
        <w:br/>
        <w:br/>
        <w:t>C. 保护义务</w:t>
        <w:br/>
        <w:br/>
        <w:t>D. 以上都是</w:t>
        <w:br/>
        <w:br/>
        <w:t>3. 在心理学上，父亲对儿童发展的影响主要体现在哪些方面？</w:t>
        <w:br/>
        <w:br/>
        <w:t>A. 性别角色认同</w:t>
        <w:br/>
        <w:br/>
        <w:t>B. 社会化能力</w:t>
        <w:br/>
        <w:br/>
        <w:t>C. 情绪管理能力</w:t>
        <w:br/>
        <w:br/>
        <w:t>D. 以上都是</w:t>
        <w:br/>
        <w:br/>
        <w:t>4. 以下哪项不是现代父亲角色的特点？</w:t>
        <w:br/>
        <w:br/>
        <w:t>A. 严厉的权威形象</w:t>
        <w:br/>
        <w:br/>
        <w:t>B. 参与育儿</w:t>
        <w:br/>
        <w:br/>
        <w:t>C. 情感表达</w:t>
        <w:br/>
        <w:br/>
        <w:t>D. 共同承担家务</w:t>
        <w:br/>
        <w:br/>
        <w:t>5. 在中国传统文化中，以下哪项不是描述父亲的名言？</w:t>
        <w:br/>
        <w:br/>
        <w:t>A. 父爱如山</w:t>
        <w:br/>
        <w:br/>
        <w:t>B. 严父出孝子</w:t>
        <w:br/>
        <w:br/>
        <w:t>C. 慈母多败儿</w:t>
        <w:br/>
        <w:br/>
        <w:t>D. 子不教，父之过</w:t>
        <w:br/>
        <w:br/>
        <w:t>6. 父亲节在中国大陆是每年的哪一天？</w:t>
        <w:br/>
        <w:br/>
        <w:t>A. 五月第二个星期日</w:t>
        <w:br/>
        <w:br/>
        <w:t>B. 六月第三个星期日</w:t>
        <w:br/>
        <w:br/>
        <w:t>C. 八月第二个星期日</w:t>
        <w:br/>
        <w:br/>
        <w:t>D. 十一月第四个星期日</w:t>
        <w:br/>
        <w:br/>
        <w:t>7. 以下哪项研究表明父亲参与育儿对儿童发展的积极影响？</w:t>
        <w:br/>
        <w:br/>
        <w:t>A. 提高孩子的学业成绩</w:t>
        <w:br/>
        <w:br/>
        <w:t>B. 增强孩子的社交能力</w:t>
        <w:br/>
        <w:br/>
        <w:t>C. 降低行为问题风险</w:t>
        <w:br/>
        <w:br/>
        <w:t>D. 以上都是</w:t>
        <w:br/>
        <w:br/>
        <w:t>8. 在中国，以下哪项法律明确规定了父亲的育儿假权利？</w:t>
        <w:br/>
        <w:br/>
        <w:t>A. 《劳动法》</w:t>
        <w:br/>
        <w:br/>
        <w:t>B. 《人口与计划生育法》</w:t>
        <w:br/>
        <w:br/>
        <w:t>C. 《家庭教育促进法》</w:t>
        <w:br/>
        <w:br/>
        <w:t>D. 《民法典》</w:t>
        <w:br/>
        <w:br/>
        <w:t>9. 以下哪项不是现代父亲面临的挑战？</w:t>
        <w:br/>
        <w:br/>
        <w:t>A. 工作与家庭的平衡</w:t>
        <w:br/>
        <w:br/>
        <w:t>B. 传统父亲角色的转变</w:t>
        <w:br/>
        <w:br/>
        <w:t>C. 经济压力</w:t>
        <w:br/>
        <w:br/>
        <w:t>D. 完全不参与育儿</w:t>
        <w:br/>
        <w:br/>
        <w:t>10. 在家庭教育中，父亲的参与度与孩子以下哪项能力发展呈正相关？</w:t>
        <w:br/>
        <w:br/>
        <w:t>A. 语言能力</w:t>
        <w:br/>
        <w:br/>
        <w:t>B. 数学能力</w:t>
        <w:br/>
        <w:br/>
        <w:t>C. 解决问题能力</w:t>
        <w:br/>
        <w:br/>
        <w:t>D. 以上都是</w:t>
        <w:br/>
        <w:br/>
        <w:t>二、填空题（共5题，每题2分）</w:t>
        <w:br/>
        <w:br/>
        <w:t>1. 在中国传统文化中，"______"常用来形容父亲的严厉与威严。</w:t>
        <w:br/>
        <w:br/>
        <w:t>2. 《中华人民共和国______》明确规定父母对未成年子女有抚养、教育和保护的义务。</w:t>
        <w:br/>
        <w:br/>
        <w:t>3. 研究表明，父亲参与度高的孩子通常具有更强的______能力和更好的情绪调节能力。</w:t>
        <w:br/>
        <w:br/>
        <w:t>4. 在现代社会，父亲角色正从传统的"______"向"______"转变。</w:t>
        <w:br/>
        <w:br/>
        <w:t>5. 2021年颁布的《______》明确规定了家庭教育的责任和方法。</w:t>
        <w:br/>
        <w:br/>
        <w:t>三、判断题（共5题，每题2分）</w:t>
        <w:br/>
        <w:br/>
        <w:t>1. 父亲在家庭教育中的作用主要是提供经济支持，情感交流不是其主要职责。（ ）</w:t>
        <w:br/>
        <w:br/>
        <w:t>2. 研究表明，父亲缺席的家庭中，孩子更容易出现行为问题和心理问题。（ ）</w:t>
        <w:br/>
        <w:br/>
        <w:t>3. 在中国传统文化中，父亲的形象往往是严厉而不苟言笑的。（ ）</w:t>
        <w:br/>
        <w:br/>
        <w:t>4. 现代父亲角色与传统父亲角色没有明显区别。（ ）</w:t>
        <w:br/>
        <w:br/>
        <w:t>5. 《家庭教育促进法》只规定了母亲的教育责任，没有提及父亲的责任。（ ）</w:t>
        <w:br/>
        <w:br/>
        <w:t>四、多项选择题（共2题，每题2分）</w:t>
        <w:br/>
        <w:br/>
        <w:t>1. 以下哪些因素会影响父亲参与育儿的程度？</w:t>
        <w:br/>
        <w:br/>
        <w:t>A. 工作时间和灵活性</w:t>
        <w:br/>
        <w:br/>
        <w:t>B. 社会文化观念</w:t>
        <w:br/>
        <w:br/>
        <w:t>C. 母亲的态度和支持</w:t>
        <w:br/>
        <w:br/>
        <w:t>D. 父亲自身的育儿技能和信心</w:t>
        <w:br/>
        <w:br/>
        <w:t>2. 父亲参与对孩子发展有哪些积极影响？</w:t>
        <w:br/>
        <w:br/>
        <w:t>A. 促进性别角色健康发展</w:t>
        <w:br/>
        <w:br/>
        <w:t>B. 增强孩子的冒险精神和探索能力</w:t>
        <w:br/>
        <w:br/>
        <w:t>C. 提高孩子的学业成就</w:t>
        <w:br/>
        <w:br/>
        <w:t>D. 培养孩子的责任感和自律能力</w:t>
        <w:br/>
        <w:br/>
        <w:t>五、简答题（共2题，每题5分）</w:t>
        <w:br/>
        <w:br/>
        <w:t>1. 简述现代父亲角色与传统父亲角色的主要区别。</w:t>
        <w:br/>
        <w:br/>
        <w:t>2. 请结合实际，谈谈如何在现代社会中平衡工作与家庭，做一个好父亲。</w:t>
        <w:br/>
        <w:br/>
        <w:t>参考答案及解析</w:t>
        <w:br/>
        <w:br/>
        <w:t>一、单项选择题</w:t>
        <w:br/>
        <w:br/>
        <w:t>1. 答案：D</w:t>
        <w:br/>
        <w:br/>
        <w:t>解析：在中国传统家庭文化中，父亲通常承担多重角色，包括家庭的经济支柱、精神领袖以及孩子的第一任老师。这些角色共同构成了父亲在家庭中的重要地位。</w:t>
        <w:br/>
        <w:br/>
        <w:t>2. 答案：D</w:t>
        <w:br/>
        <w:br/>
        <w:t>解析：《中华人民共和国民法典》明确规定，父母对未成年子女负有抚养、教育和保护的义务，这三项义务是父亲必须履行的法律责任。</w:t>
        <w:br/>
        <w:br/>
        <w:t>3. 答案：D</w:t>
        <w:br/>
        <w:br/>
        <w:t>解析：心理学研究表明，父亲对儿童发展的影响是多方面的，包括性别角色认同、社会化能力和情绪管理能力等，这些影响对孩子的全面发展至关重要。</w:t>
        <w:br/>
        <w:br/>
        <w:t>4. 答案：A</w:t>
        <w:br/>
        <w:br/>
        <w:t>解析：现代父亲角色已从传统的严厉权威形象转变为更加平等、参与育儿、情感表达和共同承担家务的形象，严厉的权威形象已不是现代父亲角色的特点。</w:t>
        <w:br/>
        <w:br/>
        <w:t>5. 答案：C</w:t>
        <w:br/>
        <w:br/>
        <w:t>解析："慈母多败儿"是形容母亲过于溺爱孩子会导致不良后果，不是描述父亲的名言。其他选项都是描述父亲的名言。</w:t>
        <w:br/>
        <w:br/>
        <w:t>6. 答案：B</w:t>
        <w:br/>
        <w:br/>
        <w:t>解析：父亲节在中国大陆是每年的六月第三个星期日，这是一个向父亲表达敬意的节日。</w:t>
        <w:br/>
        <w:br/>
        <w:t>7. 答案：D</w:t>
        <w:br/>
        <w:br/>
        <w:t>解析：多项研究表明，父亲参与育儿对孩子的学业成绩、社交能力和行为问题都有积极影响，这些研究证实了父亲参与的重要性。</w:t>
        <w:br/>
        <w:br/>
        <w:t>8. 答案：C</w:t>
        <w:br/>
        <w:br/>
        <w:t>解析：《家庭教育促进法》明确规定了父亲的育儿假权利，该法于2021年颁布，旨在促进家庭教育发展。</w:t>
        <w:br/>
        <w:br/>
        <w:t>9. 答案：D</w:t>
        <w:br/>
        <w:br/>
        <w:t>解析：现代父亲面临的挑战包括工作与家庭的平衡、传统父亲角色的转变以及经济压力等，完全不参与育儿不是现代父亲面临的挑战，而是需要改变的现象。</w:t>
        <w:br/>
        <w:br/>
        <w:t>10. 答案：D</w:t>
        <w:br/>
        <w:br/>
        <w:t>解析：研究表明，父亲的参与度与孩子的语言能力、数学能力和解决问题能力等认知能力发展呈正相关，同时也对非认知能力有积极影响。</w:t>
        <w:br/>
        <w:br/>
        <w:t>二、填空题</w:t>
        <w:br/>
        <w:br/>
        <w:t>1. 答案：家法如山</w:t>
        <w:br/>
        <w:br/>
        <w:t>解析："家法如山"是中国传统文化中形容父亲严厉与威严的常用表达，体现了父亲在家庭中的权威地位。</w:t>
        <w:br/>
        <w:br/>
        <w:t>2. 答案：民法典</w:t>
        <w:br/>
        <w:br/>
        <w:t>解析：《中华人民共和国民法典》是规定父母对未成年子女抚养、教育和保护义务的基本法律，于2021年1月1日起施行。</w:t>
        <w:br/>
        <w:br/>
        <w:t>3. 答案：认知</w:t>
        <w:br/>
        <w:br/>
        <w:t>解析：研究表明，父亲参与度高的孩子通常具有更强的认知能力和更好的情绪调节能力，这对孩子的全面发展至关重要。</w:t>
        <w:br/>
        <w:br/>
        <w:t>4. 答案：权威型，参与型</w:t>
        <w:br/>
        <w:br/>
        <w:t>解析：在现代社会，父亲角色正从传统的"权威型"向"参与型"转变，更加注重与孩子的情感交流和共同参与家庭事务。</w:t>
        <w:br/>
        <w:br/>
        <w:t>5. 答案：家庭教育促进法</w:t>
        <w:br/>
        <w:br/>
        <w:t>解析：《家庭教育促进法》于2021年颁布，是中国首部专门针对家庭教育的法律，明确规定了家庭教育的责任和方法。</w:t>
        <w:br/>
        <w:br/>
        <w:t>三、判断题</w:t>
        <w:br/>
        <w:br/>
        <w:t>1. 答案：×</w:t>
        <w:br/>
        <w:br/>
        <w:t>解析：父亲在家庭教育中的作用不仅限于提供经济支持，情感交流也是其重要职责。现代父亲角色强调情感陪伴和情感交流对孩子的健康成长至关重要。</w:t>
        <w:br/>
        <w:br/>
        <w:t>2. 答案：√</w:t>
        <w:br/>
        <w:br/>
        <w:t>解析：多项研究表明，父亲缺席的家庭中，孩子更容易出现行为问题和心理问题，父亲的积极参与对孩子的心理健康发展有重要保护作用。</w:t>
        <w:br/>
        <w:br/>
        <w:t>3. 答案：√</w:t>
        <w:br/>
        <w:br/>
        <w:t>解析：在中国传统文化中，父亲的形象往往是严厉而不苟言笑的，体现了"严父"的传统观念，这种形象与现代父亲角色有所不同。</w:t>
        <w:br/>
        <w:br/>
        <w:t>4. 答案：×</w:t>
        <w:br/>
        <w:br/>
        <w:t>解析：现代父亲角色与传统父亲角色有明显区别，现代父亲更加注重情感交流、参与育儿和共同承担家务，而传统父亲更强调权威和经济责任。</w:t>
        <w:br/>
        <w:br/>
        <w:t>5. 答案：×</w:t>
        <w:br/>
        <w:br/>
        <w:t>解析：《家庭教育促进法》明确规定父母双方都有家庭教育的责任，特别强调了父亲在家庭教育中的重要作用，没有只规定母亲的教育责任。</w:t>
        <w:br/>
        <w:br/>
        <w:t>四、多项选择题</w:t>
        <w:br/>
        <w:br/>
        <w:t>1. 答案：ABCD</w:t>
        <w:br/>
        <w:br/>
        <w:t>解析：父亲参与育儿的程度受多种因素影响，包括工作时间和灵活性、社会文化观念、母亲的态度和支持以及父亲自身的育儿技能和信心等，这些因素共同决定了父亲参与育儿的程度。</w:t>
        <w:br/>
        <w:br/>
        <w:t>2. 答案：ABCD</w:t>
        <w:br/>
        <w:br/>
        <w:t>解析：父亲参与对孩子发展有多方面的积极影响，包括促进性别角色健康发展、增强孩子的冒险精神和探索能力、提高孩子的学业成就以及培养孩子的责任感和自律能力等，这些影响对孩子的全面发展至关重要。</w:t>
        <w:br/>
        <w:br/>
        <w:t>五、简答题</w:t>
        <w:br/>
        <w:br/>
        <w:t>1. 答案：</w:t>
        <w:br/>
        <w:br/>
        <w:t>现代父亲角色与传统父亲角色的主要区别体现在以下几个方面：</w:t>
        <w:br/>
        <w:br/>
        <w:t>(1)角色定位：传统父亲主要作为家庭的经济支柱和权威象征，而现代父亲则更加注重情感陪伴和育儿参与。</w:t>
        <w:br/>
        <w:br/>
        <w:t>(2)教育方式：传统父亲多采用严厉、权威的教育方式，而现代父亲更倾向于平等、尊重的沟通方式。</w:t>
        <w:br/>
        <w:br/>
        <w:t>(3)家庭责任：传统父亲主要负责经济支持和重大决策，而现代父亲则更多地分担家务和育儿责任。</w:t>
        <w:br/>
        <w:br/>
        <w:t>(4)情感表达：传统父亲通常不善于表达情感，而现代父亲更愿意与孩子分享情感和经历。</w:t>
        <w:br/>
        <w:br/>
        <w:t>(5)与孩子的互动：传统父亲与孩子的互动较少，而现代父亲更注重与孩子的日常交流和共同活动。</w:t>
        <w:br/>
        <w:br/>
        <w:t>解析：随着社会发展和家庭观念的变化，父亲角色发生了显著转变。从传统的权威形象到现代的参与型父亲，这种转变反映了社会对父亲角色的重新认识，也体现了性别平等观念的普及。现代父亲更加注重与孩子的情感连接和共同成长，这种转变有利于孩子的全面发展和家庭关系的和谐。</w:t>
        <w:br/>
        <w:br/>
        <w:t>2. 答案：</w:t>
        <w:br/>
        <w:br/>
        <w:t>在现代社会中平衡工作与家庭，做一个好父亲，可以从以下几个方面努力：</w:t>
        <w:br/>
        <w:br/>
        <w:t>(1)时间管理：合理安排工作时间，保证有足够的时间陪伴家人，可以制定家庭日程表，明确每周的家庭时间。</w:t>
        <w:br/>
        <w:br/>
        <w:t>(2)质量陪伴：即使时间有限，也要保证陪伴的质量，全身心投入与孩子的互动，避免"人在心不在"的情况。</w:t>
        <w:br/>
        <w:br/>
        <w:t>(3)共同分担：与伴侣共同分担家务和育儿责任，形成良好的家庭协作机制。</w:t>
        <w:br/>
        <w:br/>
        <w:t>(4)灵活工作：争取更灵活的工作安排，如弹性工作时间或远程办公，以便更好地平衡工作与家庭。</w:t>
        <w:br/>
        <w:br/>
        <w:t>(5)情绪管理：学会管理工作和家庭的压力，保持积极乐观的心态，避免将工作压力带回家中。</w:t>
        <w:br/>
        <w:br/>
        <w:t>(6)持续学习：不断学习育儿知识和技巧，提升自己的育儿能力，适应孩子不同成长阶段的需求。</w:t>
        <w:br/>
        <w:br/>
        <w:t>(7)榜样作用：以身作则，成为孩子学习的榜样，通过自己的行为传递正确的价值观和生活态度。</w:t>
        <w:br/>
        <w:br/>
        <w:t>解析：在快节奏的现代生活中，父亲面临着工作与家庭平衡的挑战。通过有效的时间管理、注重陪伴质量、共同分担责任、争取灵活工作安排、良好的情绪管理、持续学习和以身作则等方式，父亲可以在不牺牲职业发展的同时，成为孩子成长过程中的重要支持者。这种平衡不仅有利于孩子的健康成长，也有助于建立和谐的家庭关系，提升父亲自身的幸福感和成就感。</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