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2025年黄河颂试题及答案</w:t>
      </w:r>
    </w:p>
    <w:p>
      <w:r>
        <w:br/>
        <w:t xml:space="preserve"> 一、单项选择题（每题2分，共20分）</w:t>
        <w:br/>
        <w:br/>
        <w:t>1. 黄河全长约多少公里？</w:t>
        <w:br/>
        <w:br/>
        <w:t>A. 5464公里</w:t>
        <w:br/>
        <w:br/>
        <w:t>B. 6300公里</w:t>
        <w:br/>
        <w:br/>
        <w:t>C. 4675公里</w:t>
        <w:br/>
        <w:br/>
        <w:t>D. 7800公里</w:t>
        <w:br/>
        <w:br/>
        <w:t>2. 黄河发源于哪里？</w:t>
        <w:br/>
        <w:br/>
        <w:t>A. 青海省巴颜喀拉山脉</w:t>
        <w:br/>
        <w:br/>
        <w:t>B. 西藏自治区唐古拉山脉</w:t>
        <w:br/>
        <w:br/>
        <w:t>C. 四川省阿坝藏族羌族自治州</w:t>
        <w:br/>
        <w:br/>
        <w:t>D. 甘肃省甘南藏族自治州</w:t>
        <w:br/>
        <w:br/>
        <w:t>3. 黄河被誉为中国的什么？</w:t>
        <w:br/>
        <w:br/>
        <w:t>A. 母亲河</w:t>
        <w:br/>
        <w:br/>
        <w:t>B. 黄金水道</w:t>
        <w:br/>
        <w:br/>
        <w:t>C. 生命之河</w:t>
        <w:br/>
        <w:br/>
        <w:t>D. 文明摇篮</w:t>
        <w:br/>
        <w:br/>
        <w:t>4. 黄河流经多少个省级行政区？</w:t>
        <w:br/>
        <w:br/>
        <w:t>A. 8个</w:t>
        <w:br/>
        <w:br/>
        <w:t>B. 9个</w:t>
        <w:br/>
        <w:br/>
        <w:t>C. 10个</w:t>
        <w:br/>
        <w:br/>
        <w:t>D. 11个</w:t>
        <w:br/>
        <w:br/>
        <w:t>5. 黄河泥沙含量高，其主要原因是？</w:t>
        <w:br/>
        <w:br/>
        <w:t>A. 流经黄土高原</w:t>
        <w:br/>
        <w:br/>
        <w:t>B. 流经沙漠地区</w:t>
        <w:br/>
        <w:br/>
        <w:t>C. 流经石灰岩地区</w:t>
        <w:br/>
        <w:br/>
        <w:t>D. 流经城市地区</w:t>
        <w:br/>
        <w:br/>
        <w:t>6. 黄河治理的著名工程是？</w:t>
        <w:br/>
        <w:br/>
        <w:t>A. 三峡工程</w:t>
        <w:br/>
        <w:br/>
        <w:t>B. 南水北调工程</w:t>
        <w:br/>
        <w:br/>
        <w:t>C. 小浪底工程</w:t>
        <w:br/>
        <w:br/>
        <w:t>D. 都江堰工程</w:t>
        <w:br/>
        <w:br/>
        <w:t>7. 黄河三角洲位于哪个省份？</w:t>
        <w:br/>
        <w:br/>
        <w:t>A. 江苏省</w:t>
        <w:br/>
        <w:br/>
        <w:t>B. 山东省</w:t>
        <w:br/>
        <w:br/>
        <w:t>C. 河北省</w:t>
        <w:br/>
        <w:br/>
        <w:t>D. 辽宁省</w:t>
        <w:br/>
        <w:br/>
        <w:t>8. 黄河壶口瀑布位于哪个省份？</w:t>
        <w:br/>
        <w:br/>
        <w:t>A. 山西省</w:t>
        <w:br/>
        <w:br/>
        <w:t>B. 陕西省</w:t>
        <w:br/>
        <w:br/>
        <w:t>C. 河南省</w:t>
        <w:br/>
        <w:br/>
        <w:t>D. 甘肃省</w:t>
        <w:br/>
        <w:br/>
        <w:t>9. 黄河文明与下列哪项文明并称为世界古代文明？</w:t>
        <w:br/>
        <w:br/>
        <w:t>A. 印度河文明</w:t>
        <w:br/>
        <w:br/>
        <w:t>B. 尼罗河文明</w:t>
        <w:br/>
        <w:br/>
        <w:t>C. 两河文明</w:t>
        <w:br/>
        <w:br/>
        <w:t>D. 以上都是</w:t>
        <w:br/>
        <w:br/>
        <w:t>10. 黄河断流现象主要发生在哪个季节？</w:t>
        <w:br/>
        <w:br/>
        <w:t>A. 春季</w:t>
        <w:br/>
        <w:br/>
        <w:t>B. 夏季</w:t>
        <w:br/>
        <w:br/>
        <w:t>C. 秋季</w:t>
        <w:br/>
        <w:br/>
        <w:t>D. 冬季</w:t>
        <w:br/>
        <w:br/>
        <w:t xml:space="preserve"> 二、填空题（每题2分，共10分）</w:t>
        <w:br/>
        <w:br/>
        <w:t>1. 黄河是中国第______长河，全长约5464公里。</w:t>
        <w:br/>
        <w:br/>
        <w:t>2. 黄河在历史上曾改道______次，给沿岸人民带来了深重灾难。</w:t>
        <w:br/>
        <w:br/>
        <w:t>3. 黄河上最大的水电站是______水电站。</w:t>
        <w:br/>
        <w:br/>
        <w:t>4. 黄河三角洲自然保护区是中国最大的______自然保护区。</w:t>
        <w:br/>
        <w:br/>
        <w:t>5. 黄河在______省注入渤海。</w:t>
        <w:br/>
        <w:br/>
        <w:t xml:space="preserve"> 三、判断题（每题2分，共10分）</w:t>
        <w:br/>
        <w:br/>
        <w:t>1. 黄河是中国第一长河。（ ）</w:t>
        <w:br/>
        <w:br/>
        <w:t>2. 黄河主要流经干旱和半干旱地区，水资源丰富。（ ）</w:t>
        <w:br/>
        <w:br/>
        <w:t>3. 黄河壶口瀑布是中国第二大瀑布。（ ）</w:t>
        <w:br/>
        <w:br/>
        <w:t>4. 黄河文明是中华文明的重要组成部分。（ ）</w:t>
        <w:br/>
        <w:br/>
        <w:t>5. 黄河断流现象近年来已经完全解决。（ ）</w:t>
        <w:br/>
        <w:br/>
        <w:t xml:space="preserve"> 四、多项选择题（每题2分，共4分）</w:t>
        <w:br/>
        <w:br/>
        <w:t>1. 下列哪些省份是黄河流经的省份？（ ）</w:t>
        <w:br/>
        <w:br/>
        <w:t>A. 青海省</w:t>
        <w:br/>
        <w:br/>
        <w:t>B. 四川省</w:t>
        <w:br/>
        <w:br/>
        <w:t>C. 山西省</w:t>
        <w:br/>
        <w:br/>
        <w:t>D. 山东省</w:t>
        <w:br/>
        <w:br/>
        <w:t>2. 黄河治理的主要措施包括？（ ）</w:t>
        <w:br/>
        <w:br/>
        <w:t>A. 植树造林</w:t>
        <w:br/>
        <w:br/>
        <w:t>B. 水土保持</w:t>
        <w:br/>
        <w:br/>
        <w:t>C. 修建水库</w:t>
        <w:br/>
        <w:br/>
        <w:t>D. 南水北调</w:t>
        <w:br/>
        <w:br/>
        <w:t xml:space="preserve"> 五、简答题（每题5分，共10分）</w:t>
        <w:br/>
        <w:br/>
        <w:t>1. 简述黄河对中华文明的重要意义。</w:t>
        <w:br/>
        <w:br/>
        <w:t>2. 分析黄河断流现象的原因及应对措施。</w:t>
        <w:br/>
        <w:br/>
        <w:t xml:space="preserve"> 参考答案及解析</w:t>
        <w:br/>
        <w:br/>
        <w:t xml:space="preserve"> 一、单项选择题</w:t>
        <w:br/>
        <w:br/>
        <w:t>1. 答案：A</w:t>
        <w:br/>
        <w:br/>
        <w:t>解析：黄河全长约5464公里，是中国第二长河，仅次于长江。选项B(6300公里)是长江的长度，选项C(4675公里)和D(7800公里)都不正确。</w:t>
        <w:br/>
        <w:br/>
        <w:t>2. 答案：A</w:t>
        <w:br/>
        <w:br/>
        <w:t>解析：黄河发源于青海省巴颜喀拉山脉的卡日曲，这是黄河的正源。选项B是长江的发源地，选项C和D不是黄河的发源地。</w:t>
        <w:br/>
        <w:br/>
        <w:t>3. 答案：A</w:t>
        <w:br/>
        <w:br/>
        <w:t>解析：黄河被誉为中国的"母亲河"，因为它孕育了中华文明，滋养了沿岸的中华儿女。其他选项虽然也有一定道理，但"母亲河"是最广泛认可的美称。</w:t>
        <w:br/>
        <w:br/>
        <w:t>4. 答案：B</w:t>
        <w:br/>
        <w:br/>
        <w:t>解析：黄河自西向东流经青海、四川、甘肃、宁夏、内蒙古、陕西、山西、河南、山东9个省级行政区。选项A(8个)和C(10个)都不准确，选项D(11个)错误。</w:t>
        <w:br/>
        <w:br/>
        <w:t>5. 答案：A</w:t>
        <w:br/>
        <w:br/>
        <w:t>解析：黄河泥沙含量高的主要原因是流经黄土高原，黄土高原土质疏松，容易被雨水冲刷，导致大量泥沙进入黄河。其他选项不是主要原因。</w:t>
        <w:br/>
        <w:br/>
        <w:t>6. 答案：C</w:t>
        <w:br/>
        <w:br/>
        <w:t>解析：小浪底工程是黄河治理的著名工程，位于河南省洛阳市孟津县，具有防洪、减淤、供水、发电等综合效益。选项A是长江上的工程，选项B是跨流域调水工程，选项D是古代水利工程。</w:t>
        <w:br/>
        <w:br/>
        <w:t>7. 答案：B</w:t>
        <w:br/>
        <w:br/>
        <w:t>解析：黄河三角洲位于山东省东营市，是由黄河携带的泥沙在入海口沉积形成的。其他选项不是黄河三角洲的位置。</w:t>
        <w:br/>
        <w:br/>
        <w:t>8. 答案：A</w:t>
        <w:br/>
        <w:br/>
        <w:t>解析：黄河壶口瀑布位于山西省临汾市吉县和陕西省延安市宜川县交界处，是中国第二大瀑布。选项B、C、D都不是壶口瀑布的正确位置。</w:t>
        <w:br/>
        <w:br/>
        <w:t>9. 答案：D</w:t>
        <w:br/>
        <w:br/>
        <w:t>解析：黄河文明与印度河文明、尼罗河文明、两河文明并称为世界四大古代文明，它们都对人类文明的发展做出了重要贡献。</w:t>
        <w:br/>
        <w:br/>
        <w:t>10. 答案：A</w:t>
        <w:br/>
        <w:br/>
        <w:t>解析：黄河断流现象主要发生在春季，这个时期农业用水量大，而黄河上游来水相对较少，加上用水管理不当，容易导致断流。其他季节断流现象相对较少。</w:t>
        <w:br/>
        <w:br/>
        <w:t xml:space="preserve"> 二、填空题</w:t>
        <w:br/>
        <w:br/>
        <w:t>1. 答案：二</w:t>
        <w:br/>
        <w:br/>
        <w:t>解析：黄河是中国第二长河，全长约5464公里，仅次于长江的6300多公里。</w:t>
        <w:br/>
        <w:br/>
        <w:t>2. 答案：26</w:t>
        <w:br/>
        <w:br/>
        <w:t>解析：历史上黄河有记载的改道有26次，较大的改道有9次，给沿岸人民带来了深重灾难，也被称为"中国的忧患"。</w:t>
        <w:br/>
        <w:br/>
        <w:t>3. 答案：龙羊峡</w:t>
        <w:br/>
        <w:br/>
        <w:t>解析：龙羊峡水电站是黄河上最大的水电站，位于青海省海南藏族自治州，装机容量128万千瓦，是黄河上游的"龙头"电站。</w:t>
        <w:br/>
        <w:br/>
        <w:t>4. 答案：湿地</w:t>
        <w:br/>
        <w:br/>
        <w:t>解析：黄河三角洲自然保护区是中国最大的湿地自然保护区，位于山东省东营市，具有重要的生态功能和生物多样性保护价值。</w:t>
        <w:br/>
        <w:br/>
        <w:t>5. 答案：山东</w:t>
        <w:br/>
        <w:br/>
        <w:t>解析：黄河在山东省东营市注入渤海，形成了黄河三角洲。这是黄河的入海口。</w:t>
        <w:br/>
        <w:br/>
        <w:t xml:space="preserve"> 三、判断题</w:t>
        <w:br/>
        <w:br/>
        <w:t>1. 答案：×</w:t>
        <w:br/>
        <w:br/>
        <w:t>解析：黄河是中国第二长河，长江才是中国第一长河。黄河全长约5464公里，而长江全长约6300多公里。</w:t>
        <w:br/>
        <w:br/>
        <w:t>2. 答案：×</w:t>
        <w:br/>
        <w:br/>
        <w:t>解析：黄河主要流经干旱和半干旱地区，水资源并不丰富，反而存在水资源短缺的问题。黄河流域人均水资源量仅为全国平均水平的1/4左右。</w:t>
        <w:br/>
        <w:br/>
        <w:t>3. 答案：√</w:t>
        <w:br/>
        <w:br/>
        <w:t>解析：黄河壶口瀑布是中国第二大瀑布，位于山西省临汾市吉县和陕西省延安市宜川县交界处，瀑布宽30-50米，落差20米，气势磅礴。</w:t>
        <w:br/>
        <w:br/>
        <w:t>4. 答案：√</w:t>
        <w:br/>
        <w:br/>
        <w:t>解析：黄河文明是中华文明的重要组成部分，黄河流域是中华文明的重要发源地之一，孕育了灿烂的中华文化。</w:t>
        <w:br/>
        <w:br/>
        <w:t>5. 答案：×</w:t>
        <w:br/>
        <w:br/>
        <w:t>解析：黄河断流现象虽然通过一系列治理措施有所缓解，但尚未完全解决。随着气候变化和人类活动的加剧，黄河断流风险仍然存在。</w:t>
        <w:br/>
        <w:br/>
        <w:t xml:space="preserve"> 四、多项选择题</w:t>
        <w:br/>
        <w:br/>
        <w:t>1. 答案：A、C、D</w:t>
        <w:br/>
        <w:br/>
        <w:t>解析：黄河自西向东流经青海、四川、甘肃、宁夏、内蒙古、陕西、山西、河南、山东9个省级行政区。选项A(青海省)、C(山西省)、D(山东省)都是黄河流经的省份，而选项B(四川省)不是黄河流经的省份。</w:t>
        <w:br/>
        <w:br/>
        <w:t>2. 答案：A、B、C、D</w:t>
        <w:br/>
        <w:br/>
        <w:t>解析：黄河治理是一个系统工程，包括多种措施：植树造林可以减少水土流失；水土保持是治理黄河泥沙的根本措施；修建水库可以调节径流、防洪发电；南水北调可以缓解黄河流域水资源短缺问题。因此，所有选项都是黄河治理的有效措施。</w:t>
        <w:br/>
        <w:br/>
        <w:t xml:space="preserve"> 五、简答题</w:t>
        <w:br/>
        <w:br/>
        <w:t>1. 答案：</w:t>
        <w:br/>
        <w:br/>
        <w:t>黄河对中华文明的重要意义主要体现在以下几个方面：</w:t>
        <w:br/>
        <w:br/>
        <w:t>首先，黄河流域是中华文明的重要发源地。早在新石器时代，黄河流域就出现了仰韶文化、龙山文化等早期文明，为中华文明的形成奠定了基础。</w:t>
        <w:br/>
        <w:br/>
        <w:t>其次，黄河流域孕育了灿烂的中华文化。黄河流域是中华文明的核心区域，孕育了夏、商、周、秦、汉等多个朝代，创造了丰富的文化成果，如甲骨文、青铜器、诗词歌赋等。</w:t>
        <w:br/>
        <w:br/>
        <w:t>再次，黄河流域是中国重要的农业区。黄河流域气候适宜，土地肥沃，是中国重要的粮食生产基地，为中华民族的生存和发展提供了物质保障。</w:t>
        <w:br/>
        <w:br/>
        <w:t>最后，黄河流域是中国经济发展的重要区域。黄河流域拥有丰富的自然资源和人文资源，是中国经济发展的重要引擎，对中国的现代化建设具有重要意义。</w:t>
        <w:br/>
        <w:br/>
        <w:t>2. 答案：</w:t>
        <w:br/>
        <w:br/>
        <w:t>黄河断流现象的原因及应对措施：</w:t>
        <w:br/>
        <w:br/>
        <w:t>原因：</w:t>
        <w:br/>
        <w:br/>
        <w:t>(1)自然因素：黄河流域降水时空分布不均，春季降水少，蒸发量大，导致径流减少；气候变化导致流域内降水减少，蒸发增加。</w:t>
        <w:br/>
        <w:br/>
        <w:t>(2)人为因素：黄河流域人口增长和经济发展导致用水需求急剧增加；农业灌溉用水效率低下，浪费严重；工业和城市用水量大；水资源管理不善，缺乏有效的统一调度。</w:t>
        <w:br/>
        <w:br/>
        <w:t>应对措施：</w:t>
        <w:br/>
        <w:br/>
        <w:t>(1)加强水资源管理：建立健全水资源统一管理制度，实施严格的用水总量控制；完善水权制度，推行水权交易。</w:t>
        <w:br/>
        <w:br/>
        <w:t>(2)提高用水效率：推广节水灌溉技术，提高农业用水效率；加强工业节水技术改造，提高工业用水重复利用率；推广节水器具，减少生活用水浪费。</w:t>
        <w:br/>
        <w:br/>
        <w:t>(3)增加水资源供给：实施南水北调等跨流域调水工程，增加黄河流域水资源供给；加强雨水收集利用，开发非常规水资源。</w:t>
        <w:br/>
        <w:br/>
        <w:t>(4)加强生态保护：实施退耕还林还草，增加植被覆盖率，减少水土流失；加强湿地保护，提高水源涵养能力。</w:t>
        <w:br/>
        <w:br/>
        <w:t>(5)调整产业结构：限制高耗水产业发展，鼓励发展节水型产业；优化农业种植结构，减少高耗水作物种植面积。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