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2025年眩晕考试试题及答案</w:t>
      </w:r>
    </w:p>
    <w:p>
      <w:r>
        <w:br/>
        <w:t xml:space="preserve"> 第一类型题：单项选择题（每题2分，共10题）</w:t>
        <w:br/>
        <w:br/>
        <w:t>1. 眩晕最常见的病因是：</w:t>
        <w:br/>
        <w:br/>
        <w:t>A. 耳石症</w:t>
        <w:br/>
        <w:br/>
        <w:t>B. 梅尼埃病</w:t>
        <w:br/>
        <w:br/>
        <w:t>C. 前庭神经炎</w:t>
        <w:br/>
        <w:br/>
        <w:t>D. 良性阵发性位置性眩晕</w:t>
        <w:br/>
        <w:br/>
        <w:t>2. 以下哪项不是眩晕的典型症状？</w:t>
        <w:br/>
        <w:br/>
        <w:t>A. 头晕</w:t>
        <w:br/>
        <w:br/>
        <w:t>B. 恶心</w:t>
        <w:br/>
        <w:br/>
        <w:t>C. 头痛</w:t>
        <w:br/>
        <w:br/>
        <w:t>D. 呕吐</w:t>
        <w:br/>
        <w:br/>
        <w:t>3. 良性阵发性位置性眩晕(BPPV)的特征性检查是：</w:t>
        <w:br/>
        <w:br/>
        <w:t>A. Dix-Hallpike试验</w:t>
        <w:br/>
        <w:br/>
        <w:t>B. Romberg试验</w:t>
        <w:br/>
        <w:br/>
        <w:t>C. 直立倾斜试验</w:t>
        <w:br/>
        <w:br/>
        <w:t>D. 冷热水试验</w:t>
        <w:br/>
        <w:br/>
        <w:t>4. 梅尼埃病的典型三联征不包括：</w:t>
        <w:br/>
        <w:br/>
        <w:t>A. 眩晕</w:t>
        <w:br/>
        <w:br/>
        <w:t>B. 耳鸣</w:t>
        <w:br/>
        <w:br/>
        <w:t>C. 波动性听力下降</w:t>
        <w:br/>
        <w:br/>
        <w:t>D. 头痛</w:t>
        <w:br/>
        <w:br/>
        <w:t>5. 前庭神经炎的病因通常与哪种病毒感染有关？</w:t>
        <w:br/>
        <w:br/>
        <w:t>A. 流感病毒</w:t>
        <w:br/>
        <w:br/>
        <w:t>B. 单纯疱疹病毒</w:t>
        <w:br/>
        <w:br/>
        <w:t>C. 水痘带状疱疹病毒</w:t>
        <w:br/>
        <w:br/>
        <w:t>D. 鼻病毒</w:t>
        <w:br/>
        <w:br/>
        <w:t>6. 以下哪种药物常用于急性眩晕发作的对症治疗？</w:t>
        <w:br/>
        <w:br/>
        <w:t>A. 阿司匹林</w:t>
        <w:br/>
        <w:br/>
        <w:t>B. 苯海拉明</w:t>
        <w:br/>
        <w:br/>
        <w:t>C. 青霉素</w:t>
        <w:br/>
        <w:br/>
        <w:t>D. 奥美拉唑</w:t>
        <w:br/>
        <w:br/>
        <w:t>7. 眩晕患者进行前庭康复训练的主要目的是：</w:t>
        <w:br/>
        <w:br/>
        <w:t>A. 提高平衡能力</w:t>
        <w:br/>
        <w:br/>
        <w:t>B. 增强听力</w:t>
        <w:br/>
        <w:br/>
        <w:t>C. 减少耳鸣</w:t>
        <w:br/>
        <w:br/>
        <w:t>D. 降低血压</w:t>
        <w:br/>
        <w:br/>
        <w:t>8. 以下哪项检查对诊断中枢性眩晕最有价值？</w:t>
        <w:br/>
        <w:br/>
        <w:t>A. 听力测试</w:t>
        <w:br/>
        <w:br/>
        <w:t>B. 头颅MRI</w:t>
        <w:br/>
        <w:br/>
        <w:t>C. 耳镜检查</w:t>
        <w:br/>
        <w:br/>
        <w:t>D. 血压测量</w:t>
        <w:br/>
        <w:br/>
        <w:t>9. 以下哪种情况应立即就医，可能是卒中的表现？</w:t>
        <w:br/>
        <w:br/>
        <w:t>A. 突发性眩晕伴恶心</w:t>
        <w:br/>
        <w:br/>
        <w:t>B. 突发性眩晕伴肢体无力</w:t>
        <w:br/>
        <w:br/>
        <w:t>C. 突发性眩晕伴耳鸣</w:t>
        <w:br/>
        <w:br/>
        <w:t>D. 突发性眩晕伴听力下降</w:t>
        <w:br/>
        <w:br/>
        <w:t>10. 眩晕患者最常见的主观描述是：</w:t>
        <w:br/>
        <w:br/>
        <w:t>A. 感觉自身在旋转</w:t>
        <w:br/>
        <w:br/>
        <w:t>B. 感觉周围环境在旋转</w:t>
        <w:br/>
        <w:br/>
        <w:t>C. 头重脚轻感</w:t>
        <w:br/>
        <w:br/>
        <w:t>D. 以上都是</w:t>
        <w:br/>
        <w:br/>
        <w:t xml:space="preserve"> 第二类型题：填空题（每题2分，共5题）</w:t>
        <w:br/>
        <w:br/>
        <w:t>1. 眩晕按病因可分为前庭性眩晕和________性眩晕。</w:t>
        <w:br/>
        <w:br/>
        <w:t>2. 良性阵发性位置性眩晕(BPPV)最常见的受累半规管是________半规管。</w:t>
        <w:br/>
        <w:br/>
        <w:t>3. 梅尼埃病的病理改变主要影响________。</w:t>
        <w:br/>
        <w:br/>
        <w:t>4. 前庭神经炎通常在________前驱感染后发生。</w:t>
        <w:br/>
        <w:br/>
        <w:t>5. 眩晕患者应避免突然________，以防跌倒。</w:t>
        <w:br/>
        <w:br/>
        <w:t xml:space="preserve"> 第三类型题：判断题（每题2分，共5题）</w:t>
        <w:br/>
        <w:br/>
        <w:t>1. 所有眩晕都是由耳部疾病引起的。（ ）</w:t>
        <w:br/>
        <w:br/>
        <w:t>2. 良性阵发性位置性眩晕(BPPV)是一种自限性疾病。（ ）</w:t>
        <w:br/>
        <w:br/>
        <w:t>3. 前庭神经炎通常伴有听力下降。（ ）</w:t>
        <w:br/>
        <w:br/>
        <w:t>4. 眩晕发作时患者应立即平卧，避免头部活动。（ ）</w:t>
        <w:br/>
        <w:br/>
        <w:t>5. 所有眩晕都需要使用抗生素治疗。（ ）</w:t>
        <w:br/>
        <w:br/>
        <w:t xml:space="preserve"> 第四类型题：多项选择题（每题2分，共2题）</w:t>
        <w:br/>
        <w:br/>
        <w:t>1. 以下哪些疾病可引起眩晕？（ ）</w:t>
        <w:br/>
        <w:br/>
        <w:t>A. 梅尼埃病</w:t>
        <w:br/>
        <w:br/>
        <w:t>B. 前庭神经炎</w:t>
        <w:br/>
        <w:br/>
        <w:t>C. 偏头痛</w:t>
        <w:br/>
        <w:br/>
        <w:t>D. 高血压</w:t>
        <w:br/>
        <w:br/>
        <w:t>2. 眩晕患者的日常注意事项包括（ ）</w:t>
        <w:br/>
        <w:br/>
        <w:t>A. 避免突然转头</w:t>
        <w:br/>
        <w:br/>
        <w:t>B. 保持充足睡眠</w:t>
        <w:br/>
        <w:br/>
        <w:t>C. 避免咖啡因摄入</w:t>
        <w:br/>
        <w:br/>
        <w:t>D. 定期进行前庭康复训练</w:t>
        <w:br/>
        <w:br/>
        <w:t xml:space="preserve"> 第五类型题：简答题（每题5分，共2题）</w:t>
        <w:br/>
        <w:br/>
        <w:t>1. 简述良性阵发性位置性眩晕(BPPV)的临床特点和治疗方法。</w:t>
        <w:br/>
        <w:br/>
        <w:t>2. 试述中枢性眩晕与周围性眩晕的鉴别要点。</w:t>
        <w:br/>
        <w:br/>
        <w:t xml:space="preserve"> 答案及解析</w:t>
        <w:br/>
        <w:br/>
        <w:t xml:space="preserve"> 第一类型题：单项选择题答案及解析</w:t>
        <w:br/>
        <w:br/>
        <w:t>1. 答案：D</w:t>
        <w:br/>
        <w:br/>
        <w:t>解析：良性阵发性位置性眩晕(BPPV)是眩晕最常见的病因，约占所有眩晕病例的17-42%。耳石症是BPPV的别称，由耳石脱落引起。虽然梅尼埃病和前庭神经炎也是常见病因，但BPPV更为常见。</w:t>
        <w:br/>
        <w:br/>
        <w:t>2. 答案：C</w:t>
        <w:br/>
        <w:br/>
        <w:t>解析：眩晕的典型症状包括头晕、恶心、呕吐、出汗、面色苍白等。头痛不是眩晕的典型症状，但某些类型的头痛(如偏头痛)可伴随眩晕。</w:t>
        <w:br/>
        <w:br/>
        <w:t>3. 答案：A</w:t>
        <w:br/>
        <w:br/>
        <w:t>解析：Dix-Hallpike试验是诊断BPPV的特征性检查，通过特定头位变化诱发眩晕和眼震。Romberg试验用于评估平衡功能，直立倾斜试验用于评估血管迷走性晕厥，冷热水试验用于评估前庭功能。</w:t>
        <w:br/>
        <w:br/>
        <w:t>4. 答案：D</w:t>
        <w:br/>
        <w:br/>
        <w:t>解析：梅尼埃病的典型三联征包括眩晕、耳鸣和波动性听力下降。头痛不是梅尼埃病的典型表现，但部分患者可能在发作期间出现头痛。</w:t>
        <w:br/>
        <w:br/>
        <w:t>5. 答案：B</w:t>
        <w:br/>
        <w:br/>
        <w:t>解析：前庭神经炎通常与单纯疱疹病毒感染有关，病毒感染导致前庭神经炎症。流感病毒、水痘带状疱疹病毒和鼻病毒也可能引起前庭系统疾病，但单纯疱疹病毒是最常见的病因。</w:t>
        <w:br/>
        <w:br/>
        <w:t>6. 答案：B</w:t>
        <w:br/>
        <w:br/>
        <w:t>解析：苯海拉明等抗组胺药常用于急性眩晕发作的对症治疗，可减轻眩晕症状。阿司匹林是抗炎药，青霉素是抗生素，奥美拉唑是质子泵抑制剂，均不常用于急性眩晕的对症治疗。</w:t>
        <w:br/>
        <w:br/>
        <w:t>7. 答案：A</w:t>
        <w:br/>
        <w:br/>
        <w:t>解析：前庭康复训练的主要目的是通过特定的头部和身体运动，促进大脑适应和代偿前庭功能障碍，提高平衡能力和减少眩晕症状。它对听力、耳鸣或血压没有直接影响。</w:t>
        <w:br/>
        <w:br/>
        <w:t>8. 答案：B</w:t>
        <w:br/>
        <w:br/>
        <w:t>解析：头颅MRI对诊断中枢性眩晕最有价值，可检测脑干、小脑等部位的病变。听力测试评估听觉功能，耳镜检查检查外耳和中耳，血压测量评估心血管状况，这些对诊断中枢性眩晕价值有限。</w:t>
        <w:br/>
        <w:br/>
        <w:t>9. 答案：B</w:t>
        <w:br/>
        <w:br/>
        <w:t>解析：突发性眩晕伴肢体无力可能是后循环卒中的表现，属于医疗急症，应立即就医。突发性眩晕伴恶心、耳鸣或听力下降更常见于周围性前庭疾病，如前庭神经炎或梅尼埃病。</w:t>
        <w:br/>
        <w:br/>
        <w:t>10. 答案：D</w:t>
        <w:br/>
        <w:br/>
        <w:t>解析：眩晕患者的主观描述多种多样，包括感觉自身在旋转、感觉周围环境在旋转、头重脚轻感等。这些描述可能因个体差异和病因不同而有所变化。</w:t>
        <w:br/>
        <w:br/>
        <w:t xml:space="preserve"> 第二类型题：填空题答案及解析</w:t>
        <w:br/>
        <w:br/>
        <w:t>1. 答案：中枢</w:t>
        <w:br/>
        <w:br/>
        <w:t>解析：眩晕按病因可分为前庭性眩晕(周围性和中枢性)和非前庭性眩晕。前庭性眩晕是由前庭系统功能障碍引起的，而非前庭性眩晕则由其他系统疾病引起，如心血管系统、神经系统等。</w:t>
        <w:br/>
        <w:br/>
        <w:t>2. 答案：后半规管</w:t>
        <w:br/>
        <w:br/>
        <w:t>解析：良性阵发性位置性眩晕(BPPV)最常见的受累半规管是后半规管，约占80-90%，其次为外半规管(10%)，前半规管受累罕见。</w:t>
        <w:br/>
        <w:br/>
        <w:t>3. 答案：内耳</w:t>
        <w:br/>
        <w:br/>
        <w:t>解析：梅尼埃病的病理改变主要影响内耳，特别是内耳的膜迷路，导致内淋巴积水和内耳压力增加，从而引起眩晕、耳鸣和听力下降等症状。</w:t>
        <w:br/>
        <w:br/>
        <w:t>4. 答案：上呼吸道</w:t>
        <w:br/>
        <w:br/>
        <w:t>解析：前庭神经炎通常在上呼吸道感染(如感冒)后发生，可能与病毒感染引起的神经炎症有关。患者常在感冒后数天出现急性眩晕，而无听力下降。</w:t>
        <w:br/>
        <w:br/>
        <w:t>5. 答案：改变体位</w:t>
        <w:br/>
        <w:br/>
        <w:t>解析：眩晕患者应避免突然改变体位，如从卧位快速站起，以防因平衡功能障碍导致跌倒。缓慢改变体位有助于减少眩晕发作和跌倒风险。</w:t>
        <w:br/>
        <w:br/>
        <w:t xml:space="preserve"> 第三类型题：判断题答案及解析</w:t>
        <w:br/>
        <w:br/>
        <w:t>1. 答案：×</w:t>
        <w:br/>
        <w:br/>
        <w:t>解析：眩晕的病因多样，不仅限于耳部疾病。中枢神经系统疾病(如卒中、多发性硬化)、心血管系统疾病(如心律失常、低血压)、药物副作用、焦虑等都可引起眩晕。耳部疾病是眩晕的常见原因，但不是唯一原因。</w:t>
        <w:br/>
        <w:br/>
        <w:t>2. 答案：√</w:t>
        <w:br/>
        <w:br/>
        <w:t>解析：良性阵发性位置性眩晕(BPPV)是一种自限性疾病，即使不治疗，多数患者的症状也会在数周至数月内自行缓解。这是因为耳石可能被机体自然吸收或重新固定。</w:t>
        <w:br/>
        <w:br/>
        <w:t>3. 答案：×</w:t>
        <w:br/>
        <w:br/>
        <w:t>解析：前庭神经炎通常不伴有听力下降，这是它与梅尼埃病和迷路炎的重要区别。前庭神经炎主要影响前庭神经，而听力正常。</w:t>
        <w:br/>
        <w:br/>
        <w:t>4. 答案：√</w:t>
        <w:br/>
        <w:br/>
        <w:t>解析：眩晕发作时，患者应立即平卧，避免头部活动，以防跌倒和加重症状。保持安静、光线柔和的环境也有助于减轻症状。</w:t>
        <w:br/>
        <w:br/>
        <w:t>5. 答案：×</w:t>
        <w:br/>
        <w:br/>
        <w:t>解析：眩晕的病因多样，并非所有眩晕都需要使用抗生素。抗生素主要用于治疗细菌感染引起的眩晕，如迷路炎。对于病毒感染或非感染性病因引起的眩晕，抗生素无效。</w:t>
        <w:br/>
        <w:br/>
        <w:t xml:space="preserve"> 第四类型题：多项选择题答案及解析</w:t>
        <w:br/>
        <w:br/>
        <w:t>1. 答案：A、B、C</w:t>
        <w:br/>
        <w:br/>
        <w:t>解析：梅尼埃病、前庭神经炎和偏头痛都可引起眩晕。梅尼埃病是内耳疾病，前庭神经炎是前庭神经炎症，偏头痛相关性眩晕是偏头痛的一种表现形式。高血压通常不直接引起眩晕，但严重高血压危象时可出现头晕症状。</w:t>
        <w:br/>
        <w:br/>
        <w:t>2. 答案：A、B、C、D</w:t>
        <w:br/>
        <w:br/>
        <w:t>解析：眩晕患者的日常注意事项包括：避免突然转头以防诱发眩晕和跌倒；保持充足睡眠有助于减轻症状；避免咖啡因、酒精等可能诱发眩晕的物质；定期进行前庭康复训练可改善平衡功能和减少眩晕发作。</w:t>
        <w:br/>
        <w:br/>
        <w:t xml:space="preserve"> 第五类型题：简答题答案及解析</w:t>
        <w:br/>
        <w:br/>
        <w:t>1. 答案：</w:t>
        <w:br/>
        <w:br/>
        <w:t>良性阵发性位置性眩晕(BPPV)的临床特点：</w:t>
        <w:br/>
        <w:br/>
        <w:t>- 短暂性眩晕发作，通常持续不超过1分钟</w:t>
        <w:br/>
        <w:br/>
        <w:t>- 由特定头位变化诱发，如躺下、起床、抬头、低头或转头</w:t>
        <w:br/>
        <w:br/>
        <w:t>- 无听力下降和耳鸣</w:t>
        <w:br/>
        <w:br/>
        <w:t>- Dix-Hallpike试验阳性，可观察到特征性眼震</w:t>
        <w:br/>
        <w:br/>
        <w:t>治疗方法：</w:t>
        <w:br/>
        <w:br/>
        <w:t>- Epley手法或Semont手法等耳石复位术，将脱落的耳石从半规管移回椭圆囊</w:t>
        <w:br/>
        <w:br/>
        <w:t>- 药物治疗：急性发作时可使用前庭抑制剂如苯海拉明</w:t>
        <w:br/>
        <w:br/>
        <w:t>- 前庭康复训练：预防复发和改善平衡功能</w:t>
        <w:br/>
        <w:br/>
        <w:t>- 避免诱发头位，减少发作频率</w:t>
        <w:br/>
        <w:br/>
        <w:t>2. 答案：</w:t>
        <w:br/>
        <w:br/>
        <w:t>中枢性眩晕与周围性眩晕的鉴别要点：</w:t>
        <w:br/>
        <w:br/>
        <w:t>(1) 眩晕特点：</w:t>
        <w:br/>
        <w:br/>
        <w:t>- 周围性眩晕：多为旋转性眩晕，程度较重，持续时间较短</w:t>
        <w:br/>
        <w:br/>
        <w:t>- 中枢性眩晕：多为非旋转性眩晕，程度较轻，持续时间较长</w:t>
        <w:br/>
        <w:br/>
        <w:t>(2) 伴随症状：</w:t>
        <w:br/>
        <w:br/>
        <w:t>- 周围性眩晕：常伴有恶心、呕吐、出汗等自主神经症状，无神经系统体征</w:t>
        <w:br/>
        <w:br/>
        <w:t>- 中枢性眩晕：可伴有头痛、复视、言语障碍、肢体无力等神经系统体征</w:t>
        <w:br/>
        <w:br/>
        <w:t>(3) 听力症状：</w:t>
        <w:br/>
        <w:br/>
        <w:t>- 周围性眩晕：常伴有耳鸣、听力下降</w:t>
        <w:br/>
        <w:br/>
        <w:t>- 中枢性眩晕：通常无听力症状</w:t>
        <w:br/>
        <w:br/>
        <w:t>(4) 眼震特点：</w:t>
        <w:br/>
        <w:br/>
        <w:t>- 周围性眩晕：水平-旋转性眼震，方向固定，疲劳性</w:t>
        <w:br/>
        <w:br/>
        <w:t>- 中枢性眩晕：垂直性或纯水平性眼震，方向可变，无疲劳性</w:t>
        <w:br/>
        <w:br/>
        <w:t>(5) 病因：</w:t>
        <w:br/>
        <w:br/>
        <w:t>- 周围性眩晕：多由前庭系统疾病引起，如BPPV、梅尼埃病、前庭神经炎等</w:t>
        <w:br/>
        <w:br/>
        <w:t>- 中枢性眩晕：多由脑干、小脑等中枢神经系统病变引起，如卒中、多发性硬化、肿瘤等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