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2025年计算应用基础试题及答案</w:t>
      </w:r>
    </w:p>
    <w:p>
      <w:r>
        <w:br/>
        <w:t xml:space="preserve"> 一、单项选择题（每题2分，共20分）</w:t>
        <w:br/>
        <w:br/>
        <w:t>1. 在计算机中，二进制数1011转换为十进制数是：</w:t>
        <w:br/>
        <w:br/>
        <w:t>A. 9</w:t>
        <w:br/>
        <w:br/>
        <w:t>B. 10</w:t>
        <w:br/>
        <w:br/>
        <w:t>C. 11</w:t>
        <w:br/>
        <w:br/>
        <w:t>D. 12</w:t>
        <w:br/>
        <w:br/>
        <w:t>答案：C</w:t>
        <w:br/>
        <w:br/>
        <w:t>解析：二进制数转换为十进制数的方法是将每一位的值乘以2的相应次方，然后相加。对于二进制数1011，计算过程为：1×2³ + 0×2² + 1×2¹ + 1×2⁰ = 8 + 0 + 2 + 1 = 11。</w:t>
        <w:br/>
        <w:br/>
        <w:t>2. 以下哪个不是操作系统？</w:t>
        <w:br/>
        <w:br/>
        <w:t>A. Windows</w:t>
        <w:br/>
        <w:br/>
        <w:t>B. Linux</w:t>
        <w:br/>
        <w:br/>
        <w:t>C. Microsoft Office</w:t>
        <w:br/>
        <w:br/>
        <w:t>D. macOS</w:t>
        <w:br/>
        <w:br/>
        <w:t>答案：C</w:t>
        <w:br/>
        <w:br/>
        <w:t>解析：操作系统是管理计算机硬件与软件资源的系统软件，Windows、Linux和macOS都是操作系统。Microsoft Office是一套办公软件，不是操作系统。</w:t>
        <w:br/>
        <w:br/>
        <w:t>3. 1GB等于多少MB？</w:t>
        <w:br/>
        <w:br/>
        <w:t>A. 100</w:t>
        <w:br/>
        <w:br/>
        <w:t>B. 1024</w:t>
        <w:br/>
        <w:br/>
        <w:t>C. 1000</w:t>
        <w:br/>
        <w:br/>
        <w:t>D. 512</w:t>
        <w:br/>
        <w:br/>
        <w:t>答案：B</w:t>
        <w:br/>
        <w:br/>
        <w:t>解析：在计算机存储单位中，1GB(Gibibyte)等于1024MB(Megabyte)。这是基于二进制系统的换算关系。</w:t>
        <w:br/>
        <w:br/>
        <w:t>4. 以下哪个是合法的电子邮件地址？</w:t>
        <w:br/>
        <w:br/>
        <w:t>A. user@.com</w:t>
        <w:br/>
        <w:br/>
        <w:t>B. user@com</w:t>
        <w:br/>
        <w:br/>
        <w:t>C. user@email.com</w:t>
        <w:br/>
        <w:br/>
        <w:t>D. user email.com</w:t>
        <w:br/>
        <w:br/>
        <w:t>答案：C</w:t>
        <w:br/>
        <w:br/>
        <w:t>解析：电子邮件地址的标准格式为：用户名@域名。其中，用户名和域名都必须是非空的，且中间用@符号连接。选项C符合这一格式要求。</w:t>
        <w:br/>
        <w:br/>
        <w:t>5. 在Excel中，用于求和的函数是：</w:t>
        <w:br/>
        <w:br/>
        <w:t>A. AVERAGE</w:t>
        <w:br/>
        <w:br/>
        <w:t>B. SUM</w:t>
        <w:br/>
        <w:br/>
        <w:t>C. COUNT</w:t>
        <w:br/>
        <w:br/>
        <w:t>D. MAX</w:t>
        <w:br/>
        <w:br/>
        <w:t>答案：B</w:t>
        <w:br/>
        <w:br/>
        <w:t>解析：在Excel中，SUM函数用于计算指定单元格区域的总和；AVERAGE函数用于计算平均值；COUNT函数用于统计数值单元格的数量；MAX函数用于找出最大值。</w:t>
        <w:br/>
        <w:br/>
        <w:t>6. 计算机病毒的特点不包括：</w:t>
        <w:br/>
        <w:br/>
        <w:t>A. 传染性</w:t>
        <w:br/>
        <w:br/>
        <w:t>B. 破坏性</w:t>
        <w:br/>
        <w:br/>
        <w:t>C. 自我复制性</w:t>
        <w:br/>
        <w:br/>
        <w:t>D. 有益性</w:t>
        <w:br/>
        <w:br/>
        <w:t>答案：D</w:t>
        <w:br/>
        <w:br/>
        <w:t>解析：计算机病毒具有传染性、破坏性和自我复制性等特点，但绝对不具有有益性。计算机病毒是恶意程序，会对计算机系统造成危害。</w:t>
        <w:br/>
        <w:br/>
        <w:t>7. 以下哪个是输入设备？</w:t>
        <w:br/>
        <w:br/>
        <w:t>A. 显示器</w:t>
        <w:br/>
        <w:br/>
        <w:t>B. 打印机</w:t>
        <w:br/>
        <w:br/>
        <w:t>C. 键盘</w:t>
        <w:br/>
        <w:br/>
        <w:t>D. 音箱</w:t>
        <w:br/>
        <w:br/>
        <w:t>答案：C</w:t>
        <w:br/>
        <w:br/>
        <w:t>解析：输入设备是将外部信息输入到计算机的设备，键盘是典型的输入设备。显示器、打印机和音箱属于输出设备，它们将计算机处理的信息输出给用户。</w:t>
        <w:br/>
        <w:br/>
        <w:t>8. 在计算机网络中，HTTP的全称是：</w:t>
        <w:br/>
        <w:br/>
        <w:t>A. High Transfer Text Protocol</w:t>
        <w:br/>
        <w:br/>
        <w:t>B. HyperText Transfer Protocol</w:t>
        <w:br/>
        <w:br/>
        <w:t>C. HyperText Transmission Protocol</w:t>
        <w:br/>
        <w:br/>
        <w:t>D. High Transfer Technology Protocol</w:t>
        <w:br/>
        <w:br/>
        <w:t>答案：B</w:t>
        <w:br/>
        <w:br/>
        <w:t>解析：HTTP是HyperText Transfer Protocol（超文本传输协议）的缩写，是互联网上应用最为广泛的一种网络协议，用于从Web服务器传输超文本到本地浏览器的传输协议。</w:t>
        <w:br/>
        <w:br/>
        <w:t>9. 以下哪个软件属于办公软件？</w:t>
        <w:br/>
        <w:br/>
        <w:t>A. Photoshop</w:t>
        <w:br/>
        <w:br/>
        <w:t>B. AutoCAD</w:t>
        <w:br/>
        <w:br/>
        <w:t>C. Microsoft Word</w:t>
        <w:br/>
        <w:br/>
        <w:t>D. Visual Studio</w:t>
        <w:br/>
        <w:br/>
        <w:t>答案：C</w:t>
        <w:br/>
        <w:br/>
        <w:t>解析：办公软件是用于处理办公文档、表格、演示文稿等的软件，Microsoft Word是文字处理软件，属于办公软件。Photoshop是图像处理软件，AutoCAD是计算机辅助设计软件，Visual Studio是集成开发环境。</w:t>
        <w:br/>
        <w:br/>
        <w:t>10. 计算机的CPU主要功能是：</w:t>
        <w:br/>
        <w:br/>
        <w:t>A. 存储数据</w:t>
        <w:br/>
        <w:br/>
        <w:t>B. 处理数据</w:t>
        <w:br/>
        <w:br/>
        <w:t>C. 输入数据</w:t>
        <w:br/>
        <w:br/>
        <w:t>D. 输出数据</w:t>
        <w:br/>
        <w:br/>
        <w:t>答案：B</w:t>
        <w:br/>
        <w:br/>
        <w:t>解析：CPU（中央处理器）是计算机的核心部件，主要负责处理数据和执行程序指令。存储数据主要由内存和硬盘等存储设备完成，输入和输出数据分别由输入设备和输出设备完成。</w:t>
        <w:br/>
        <w:br/>
        <w:t xml:space="preserve"> 二、判断题（每题2分，共10分）</w:t>
        <w:br/>
        <w:br/>
        <w:t>1. 计算机内存（RAM）中的数据在断电后会丢失。（ ）</w:t>
        <w:br/>
        <w:br/>
        <w:t>答案：√</w:t>
        <w:br/>
        <w:br/>
        <w:t>解析：RAM（随机存取存储器）是一种易失性存储器，它需要电力来维持存储的数据。当计算机关机或断电时，RAM中的数据会全部丢失。</w:t>
        <w:br/>
        <w:br/>
        <w:t>2. 在Word中，按Ctrl+C可以复制选中的内容。（ ）</w:t>
        <w:br/>
        <w:br/>
        <w:t>答案：√</w:t>
        <w:br/>
        <w:br/>
        <w:t>解析：Ctrl+C是复制命令的快捷键，在Word以及大多数应用程序中，选中内容后按Ctrl+C可以将选中的内容复制到剪贴板中。</w:t>
        <w:br/>
        <w:br/>
        <w:t>3. 计算机网络中，LAN指的是广域网。（ ）</w:t>
        <w:br/>
        <w:br/>
        <w:t>答案：×</w:t>
        <w:br/>
        <w:br/>
        <w:t>解析：LAN是Local Area Network（局域网）的缩写，指的是较小范围内的计算机网络，如一个办公室、一栋建筑物内的网络。广域网的英文缩写是WAN（Wide Area Network）。</w:t>
        <w:br/>
        <w:br/>
        <w:t>4. 二进制数1101转换为十进制数是13。（ ）</w:t>
        <w:br/>
        <w:br/>
        <w:t>答案：√</w:t>
        <w:br/>
        <w:br/>
        <w:t>解析：二进制数1101转换为十进制数的计算过程为：1×2³ + 1×2² + 0×2¹ + 1×2⁰ = 8 + 4 + 0 + 1 = 13。</w:t>
        <w:br/>
        <w:br/>
        <w:t>5. 在Excel中，单元格地址B3表示第2行第3列。（ ）</w:t>
        <w:br/>
        <w:br/>
        <w:t>答案：×</w:t>
        <w:br/>
        <w:br/>
        <w:t>解析：在Excel中，单元格地址的表示方法是列字母在前，行数字在后。B3表示第B列第3行，而不是第2行第3列。</w:t>
        <w:br/>
        <w:br/>
        <w:t xml:space="preserve"> 三、多项选择题（每题2分，共4分）</w:t>
        <w:br/>
        <w:br/>
        <w:t>1. 以下属于计算机硬件的有：</w:t>
        <w:br/>
        <w:br/>
        <w:t>A. CPU</w:t>
        <w:br/>
        <w:br/>
        <w:t>B. 操作系统</w:t>
        <w:br/>
        <w:br/>
        <w:t>C. 内存条</w:t>
        <w:br/>
        <w:br/>
        <w:t>D. Word软件</w:t>
        <w:br/>
        <w:br/>
        <w:t>E. 显示器</w:t>
        <w:br/>
        <w:br/>
        <w:t>答案：A、C、E</w:t>
        <w:br/>
        <w:br/>
        <w:t>解析：计算机硬件是指计算机的物理组成部分，包括CPU、内存条、显示器等。操作系统和Word软件属于软件范畴，不是硬件。</w:t>
        <w:br/>
        <w:br/>
        <w:t>2. 以下属于计算机病毒传播途径的有：</w:t>
        <w:br/>
        <w:br/>
        <w:t>A. 可移动存储设备</w:t>
        <w:br/>
        <w:br/>
        <w:t>B. 网络下载</w:t>
        <w:br/>
        <w:br/>
        <w:t>C. 邮件附件</w:t>
        <w:br/>
        <w:br/>
        <w:t>D. 正规软件安装</w:t>
        <w:br/>
        <w:br/>
        <w:t>E. 硬件生产过程</w:t>
        <w:br/>
        <w:br/>
        <w:t>答案：A、B、C</w:t>
        <w:br/>
        <w:br/>
        <w:t>解析：计算机病毒主要通过可移动存储设备（如U盘）、网络下载和邮件附件等途径传播。正规软件安装和硬件生产过程一般不会传播计算机病毒。</w:t>
        <w:br/>
        <w:br/>
        <w:t xml:space="preserve"> 四、填空题（每题2分，共10分）</w:t>
        <w:br/>
        <w:br/>
        <w:t>1. 计算机系统由硬件系统和________系统组成。</w:t>
        <w:br/>
        <w:br/>
        <w:t>答案：软件</w:t>
        <w:br/>
        <w:br/>
        <w:t>解析：计算机系统由硬件系统和软件系统两大部分组成。硬件系统是计算机的物理设备，软件系统是计算机的程序和数据。</w:t>
        <w:br/>
        <w:br/>
        <w:t>2. 在Windows系统中，用于打开任务管理器的快捷键是________。</w:t>
        <w:br/>
        <w:br/>
        <w:t>答案：Ctrl+Shift+Esc</w:t>
        <w:br/>
        <w:br/>
        <w:t>解析：在Windows系统中，可以通过按Ctrl+Shift+Esc快捷键直接打开任务管理器。也可以通过Ctrl+Alt+Del组合键，然后选择任务管理器选项来打开。</w:t>
        <w:br/>
        <w:br/>
        <w:t>3. 计算机网络中，TCP/IP是指________协议和________协议。</w:t>
        <w:br/>
        <w:br/>
        <w:t>答案：传输控制协议/网际协议</w:t>
        <w:br/>
        <w:br/>
        <w:t>解析：TCP/IP是Transmission Control Protocol/Internet Protocol（传输控制协议/网际协议）的缩写，是互联网最基本的协议簇。</w:t>
        <w:br/>
        <w:br/>
        <w:t>4. 在Excel中，用于计算平均值的函数是________。</w:t>
        <w:br/>
        <w:br/>
        <w:t>答案：AVERAGE</w:t>
        <w:br/>
        <w:br/>
        <w:t>解析：在Excel中，AVERAGE函数用于计算指定单元格区域中数值的平均值。</w:t>
        <w:br/>
        <w:br/>
        <w:t>5. 计算机的中央处理器(CPU)由运算器和________组成。</w:t>
        <w:br/>
        <w:br/>
        <w:t>答案：控制器</w:t>
        <w:br/>
        <w:br/>
        <w:t>解析：中央处理器(CPU)是计算机的核心部件，主要由运算器和控制器两部分组成。运算器负责执行算术和逻辑运算，控制器负责指挥和协调计算机各部件的工作。</w:t>
        <w:br/>
        <w:br/>
        <w:t xml:space="preserve"> 五、简答题（每题5分，共10分）</w:t>
        <w:br/>
        <w:br/>
        <w:t>1. 简述计算机病毒的主要特点及防范措施。</w:t>
        <w:br/>
        <w:br/>
        <w:t>答案：</w:t>
        <w:br/>
        <w:br/>
        <w:t>计算机病毒的主要特点包括：</w:t>
        <w:br/>
        <w:br/>
        <w:t>(1)传染性：病毒能够自我复制并感染其他程序或系统区域。</w:t>
        <w:br/>
        <w:br/>
        <w:t>(2)隐蔽性：病毒通常隐藏在正常程序中，不易被用户发现。</w:t>
        <w:br/>
        <w:br/>
        <w:t>(3)潜伏性：病毒可以在系统中潜伏一段时间，在特定条件下才发作。</w:t>
        <w:br/>
        <w:br/>
        <w:t>(4)破坏性：病毒会破坏计算机系统数据，影响计算机正常运行。</w:t>
        <w:br/>
        <w:br/>
        <w:t>(5)触发性：病毒在特定条件下被激活，开始进行感染和破坏。</w:t>
        <w:br/>
        <w:br/>
        <w:t>防范计算机病毒的措施包括：</w:t>
        <w:br/>
        <w:br/>
        <w:t>(1)安装杀毒软件并及时更新病毒库。</w:t>
        <w:br/>
        <w:br/>
        <w:t>(2)不打开来历不明的邮件附件和链接。</w:t>
        <w:br/>
        <w:br/>
        <w:t>(3)从正规渠道下载软件，避免使用盗版软件。</w:t>
        <w:br/>
        <w:br/>
        <w:t>(4)及时安装操作系统和应用软件的安全补丁。</w:t>
        <w:br/>
        <w:br/>
        <w:t>(5)定期备份重要数据，防止数据丢失。</w:t>
        <w:br/>
        <w:br/>
        <w:t>(6)使用移动存储设备前进行病毒查杀。</w:t>
        <w:br/>
        <w:br/>
        <w:t>(7)设置复杂的密码，并定期更换。</w:t>
        <w:br/>
        <w:br/>
        <w:t>2. 简述计算机硬件系统的基本组成及其各部分的主要功能。</w:t>
        <w:br/>
        <w:br/>
        <w:t>答案：</w:t>
        <w:br/>
        <w:br/>
        <w:t>计算机硬件系统由以下基本部分组成：</w:t>
        <w:br/>
        <w:br/>
        <w:t>(1)运算器：执行算术运算（加、减、乘、除）和逻辑运算（与、或、非、比较等）的部件，是计算机执行计算任务的核心。</w:t>
        <w:br/>
        <w:br/>
        <w:t>(2)控制器：计算机的指挥中心，负责从存储器中取出指令，分析指令并发出控制信号，协调计算机各部件的工作。</w:t>
        <w:br/>
        <w:br/>
        <w:t>(3)存储器：用于存储程序和数据的部件，分为内存储器和外存储器。内存储器（如内存条）用于临时存储CPU正在处理的数据和程序，外存储器（如硬盘、U盘）用于长期保存数据。</w:t>
        <w:br/>
        <w:br/>
        <w:t>(4)输入设备：将外部信息（如文字、图像、声音等）转换为计算机能够识别和处理的电信号，并输入到计算机中的设备，如键盘、鼠标、扫描仪等。</w:t>
        <w:br/>
        <w:br/>
        <w:t>(5)输出设备：将计算机处理的结果转换为人类能够识别的形式（如文字、图像、声音等）并输出的设备，如显示器、打印机、音箱等。</w:t>
        <w:br/>
        <w:br/>
        <w:t>这些部分通过总线连接，协同工作，完成计算机的各项任务。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