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2025年职业测评试题及答案高考</w:t>
      </w:r>
    </w:p>
    <w:p>
      <w:r>
        <w:br/>
        <w:t xml:space="preserve"> 第一部分：单项选择题（共10题，每题2分）</w:t>
        <w:br/>
        <w:br/>
        <w:t>1. 职业兴趣测试中最著名的理论是由谁提出的？</w:t>
        <w:br/>
        <w:br/>
        <w:t>A. 约翰·霍兰德</w:t>
        <w:br/>
        <w:br/>
        <w:t>B. 西蒙·弗洛伊德</w:t>
        <w:br/>
        <w:br/>
        <w:t>C. 卡尔·罗杰斯</w:t>
        <w:br/>
        <w:br/>
        <w:t>D. 阿尔伯特·班杜拉</w:t>
        <w:br/>
        <w:br/>
        <w:t>2. MBTI职业性格测试中，"E"代表什么特质？</w:t>
        <w:br/>
        <w:br/>
        <w:t>A. 感觉</w:t>
        <w:br/>
        <w:br/>
        <w:t>B. 直觉</w:t>
        <w:br/>
        <w:br/>
        <w:t>C. 外向</w:t>
        <w:br/>
        <w:br/>
        <w:t>D. 内向</w:t>
        <w:br/>
        <w:br/>
        <w:t>3. 在职业规划中，SWOT分析中的"T"代表什么？</w:t>
        <w:br/>
        <w:br/>
        <w:t>A. 优势</w:t>
        <w:br/>
        <w:br/>
        <w:t>B. 劣势</w:t>
        <w:br/>
        <w:br/>
        <w:t>C. 机会</w:t>
        <w:br/>
        <w:br/>
        <w:t>D. 威胁</w:t>
        <w:br/>
        <w:br/>
        <w:t>4. 职业锚理论中，"技术/职能型"职业锚的特点是？</w:t>
        <w:br/>
        <w:br/>
        <w:t>A. 追求管理职位</w:t>
        <w:br/>
        <w:br/>
        <w:t>B. 专注于特定技术领域</w:t>
        <w:br/>
        <w:br/>
        <w:t>C. 追求创业机会</w:t>
        <w:br/>
        <w:br/>
        <w:t>D. 追求工作与生活的平衡</w:t>
        <w:br/>
        <w:br/>
        <w:t>5. 以下哪项不属于霍兰德职业兴趣理论中的六种类型？</w:t>
        <w:br/>
        <w:br/>
        <w:t>A. 现实型</w:t>
        <w:br/>
        <w:br/>
        <w:t>B. 研究型</w:t>
        <w:br/>
        <w:br/>
        <w:t>C. 管理型</w:t>
        <w:br/>
        <w:br/>
        <w:t>D. 艺术型</w:t>
        <w:br/>
        <w:br/>
        <w:t>6. 职业能力测试中，一般能力倾向测试主要测量的是？</w:t>
        <w:br/>
        <w:br/>
        <w:t>A. 特殊职业技能</w:t>
        <w:br/>
        <w:br/>
        <w:t>B. 语言能力</w:t>
        <w:br/>
        <w:br/>
        <w:t>C. 一般学习能力</w:t>
        <w:br/>
        <w:br/>
        <w:t>D. 人际交往能力</w:t>
        <w:br/>
        <w:br/>
        <w:t>7. 在职业价值观中，"成就感"属于哪种类型？</w:t>
        <w:br/>
        <w:br/>
        <w:t>A. 内在价值</w:t>
        <w:br/>
        <w:br/>
        <w:t>B. 外在价值</w:t>
        <w:br/>
        <w:br/>
        <w:t>C. 附加价值</w:t>
        <w:br/>
        <w:br/>
        <w:t>D. 社会价值</w:t>
        <w:br/>
        <w:br/>
        <w:t>8. 职业生涯规划的第一步通常是？</w:t>
        <w:br/>
        <w:br/>
        <w:t>A. 设定职业目标</w:t>
        <w:br/>
        <w:br/>
        <w:t>B. 自我评估</w:t>
        <w:br/>
        <w:br/>
        <w:t>C. 职业探索</w:t>
        <w:br/>
        <w:br/>
        <w:t>D. 制定行动计划</w:t>
        <w:br/>
        <w:br/>
        <w:t>9. 以下哪种测试工具主要用于评估个体的职业兴趣？</w:t>
        <w:br/>
        <w:br/>
        <w:t>A. MBTI</w:t>
        <w:br/>
        <w:br/>
        <w:t>B. 霍兰德职业兴趣量表</w:t>
        <w:br/>
        <w:br/>
        <w:t>C. 罗夏墨迹测试</w:t>
        <w:br/>
        <w:br/>
        <w:t>D. 韦氏智力测验</w:t>
        <w:br/>
        <w:br/>
        <w:t>10. 职业发展理论中，"职业选择理论"的主要提出者是？</w:t>
        <w:br/>
        <w:br/>
        <w:t>A. 舒伯</w:t>
        <w:br/>
        <w:br/>
        <w:t>B. 霍兰德</w:t>
        <w:br/>
        <w:br/>
        <w:t>C. 帕森斯</w:t>
        <w:br/>
        <w:br/>
        <w:t>D. 萨柏</w:t>
        <w:br/>
        <w:br/>
        <w:t xml:space="preserve"> 第二部分：填空题（共6题，每题2分）</w:t>
        <w:br/>
        <w:br/>
        <w:t>1. 职业测评的目的是帮助个体了解自己的______、______和______，从而做出更合适的职业选择。</w:t>
        <w:br/>
        <w:br/>
        <w:t>2. MBTI性格测试基于荣格的心理类型理论，将人的性格分为四个维度，分别是______、______、______和______。</w:t>
        <w:br/>
        <w:br/>
        <w:t>3. 职业生涯规划中的"5W1H"分析法包括：Who、What、When、Where、Why和______。</w:t>
        <w:br/>
        <w:br/>
        <w:t>4. 职业锚理论由埃德加·沙因提出，主要包括八种职业锚，其中最核心的三种是：技术/职能型、管理型和______。</w:t>
        <w:br/>
        <w:br/>
        <w:t>5. 霍兰德职业兴趣理论将职业环境分为六种类型，分别是：现实型(R)、研究型(I)、艺术型(A)、社会型(S)、企业型(E)和______。</w:t>
        <w:br/>
        <w:br/>
        <w:t>6. 职业能力一般分为一般能力和特殊能力，其中一般能力包括学习能力、思维能力、______和______等。</w:t>
        <w:br/>
        <w:br/>
        <w:t xml:space="preserve"> 第三部分：判断题（共6题，每题2分）</w:t>
        <w:br/>
        <w:br/>
        <w:t>1. 职业测评结果应该作为职业选择的唯一依据。（ ）</w:t>
        <w:br/>
        <w:br/>
        <w:t>2. MBTI性格测试可以准确预测一个人的职业成功与否。（ ）</w:t>
        <w:br/>
        <w:br/>
        <w:t>3. 职业锚一旦形成，在个人职业生涯中基本不会改变。（ ）</w:t>
        <w:br/>
        <w:br/>
        <w:t>4. 职业兴趣测试可以帮助个体发现潜在的职业方向，但不能决定最终的职业选择。（ ）</w:t>
        <w:br/>
        <w:br/>
        <w:t>5. 职业规划是一个静态的过程，一旦确定就不需要调整。（ ）</w:t>
        <w:br/>
        <w:br/>
        <w:t>6. 职业能力测试只能评估已经具备的能力，无法预测未来的学习潜力。（ ）</w:t>
        <w:br/>
        <w:br/>
        <w:t xml:space="preserve"> 第四部分：多项选择题（共2题，每题2分）</w:t>
        <w:br/>
        <w:br/>
        <w:t>1. 以下哪些因素会影响职业测评的结果？（ ）</w:t>
        <w:br/>
        <w:br/>
        <w:t>A. 测试环境</w:t>
        <w:br/>
        <w:br/>
        <w:t>B. 测试者的情绪状态</w:t>
        <w:br/>
        <w:br/>
        <w:t>C. 测试者的文化背景</w:t>
        <w:br/>
        <w:br/>
        <w:t>D. 测试者的教育水平</w:t>
        <w:br/>
        <w:br/>
        <w:t>2. 职业规划中常用的方法包括哪些？（ ）</w:t>
        <w:br/>
        <w:br/>
        <w:t>A. SWOT分析</w:t>
        <w:br/>
        <w:br/>
        <w:t>B. 生涯彩虹图</w:t>
        <w:br/>
        <w:br/>
        <w:t>C. 5W1H分析法</w:t>
        <w:br/>
        <w:br/>
        <w:t>D. PEST分析</w:t>
        <w:br/>
        <w:br/>
        <w:t xml:space="preserve"> 第五部分：简答题（共2题，每题5分）</w:t>
        <w:br/>
        <w:br/>
        <w:t>1. 简述职业测评在职业规划中的重要作用。</w:t>
        <w:br/>
        <w:br/>
        <w:t>2. 请解释职业锚的概念，并说明其主要类型。</w:t>
        <w:br/>
        <w:br/>
        <w:t xml:space="preserve"> 答案及解析</w:t>
        <w:br/>
        <w:br/>
        <w:t xml:space="preserve"> 第一部分：单项选择题</w:t>
        <w:br/>
        <w:br/>
        <w:t>1. 答案：A</w:t>
        <w:br/>
        <w:br/>
        <w:t>解析：约翰·霍兰德(John Holland)是最著名的职业兴趣测试理论提出者，他提出的职业兴趣理论(霍兰德代码)将人的职业兴趣分为六种类型，广泛应用于职业指导和职业规划中。</w:t>
        <w:br/>
        <w:br/>
        <w:t>2. 答案：C</w:t>
        <w:br/>
        <w:br/>
        <w:t>解析：在MBTI职业性格测试中，"E"代表外向(Extraversion)，与"I"(内向)相对，表示个体获取能量的方向是从外部世界还是从内心世界。</w:t>
        <w:br/>
        <w:br/>
        <w:t>3. 答案：D</w:t>
        <w:br/>
        <w:br/>
        <w:t>解析：SWOT分析是一种战略分析工具，其中S代表优势(Strengths)，W代表劣势(Weaknesses)，O代表机会(Opportunities)，T代表威胁(Threats)。</w:t>
        <w:br/>
        <w:br/>
        <w:t>4. 答案：B</w:t>
        <w:br/>
        <w:br/>
        <w:t>解析：技术/职能型职业锚的个体专注于特定技术领域，追求技术专精和专业能力提升，而非追求管理职位或创业机会。</w:t>
        <w:br/>
        <w:br/>
        <w:t>5. 答案：C</w:t>
        <w:br/>
        <w:br/>
        <w:t>解析：霍兰德职业兴趣理论中的六种类型是：现实型(R)、研究型(I)、艺术型(A)、社会型(S)、企业型(E)和常规型(C)。没有"管理型"这一类型。</w:t>
        <w:br/>
        <w:br/>
        <w:t>6. 答案：C</w:t>
        <w:br/>
        <w:br/>
        <w:t>解析：一般能力倾向测试主要测量的是个体的一般学习能力，包括语言能力、数学能力、空间能力等基础认知能力。</w:t>
        <w:br/>
        <w:br/>
        <w:t>7. 答案：A</w:t>
        <w:br/>
        <w:br/>
        <w:t>解析：职业价值观可分为内在价值(如成就感、创造性)、外在价值(如高收入、社会地位)和社会价值(如贡献社会、帮助他人)等类型。"成就感"属于内在价值。</w:t>
        <w:br/>
        <w:br/>
        <w:t>8. 答案：B</w:t>
        <w:br/>
        <w:br/>
        <w:t>解析：职业生涯规划的第一步通常是自我评估，包括了解自己的兴趣、能力、价值观等，然后才能进行职业探索、设定目标和制定行动计划。</w:t>
        <w:br/>
        <w:br/>
        <w:t>9. 答案：B</w:t>
        <w:br/>
        <w:br/>
        <w:t>解析：霍兰德职业兴趣量表是专门用于评估个体职业兴趣的测试工具，而MBTI主要用于性格评估，罗夏墨迹测试和韦氏智力测验则分别用于人格和智力评估。</w:t>
        <w:br/>
        <w:br/>
        <w:t>10. 答案：C</w:t>
        <w:br/>
        <w:br/>
        <w:t>解析：弗兰克·帕森斯(Frank Parsons)是职业选择理论的创始人，被誉为"职业指导之父"，他在1909年出版的《选择职业》一书中提出了职业选择理论。</w:t>
        <w:br/>
        <w:br/>
        <w:t xml:space="preserve"> 第二部分：填空题</w:t>
        <w:br/>
        <w:br/>
        <w:t>1. 答案：兴趣、能力、价值观</w:t>
        <w:br/>
        <w:br/>
        <w:t>解析：职业测评的目的是帮助个体全面了解自己的兴趣、能力和价值观这三个核心要素，从而做出更合适的职业选择。兴趣决定职业满意度，能力决定职业胜任度，价值观决定职业认同度。</w:t>
        <w:br/>
        <w:br/>
        <w:t>2. 答案：能量取向(外向/内向)、信息获取方式(感觉/直觉)、决策方式(思考/情感)、生活方式(判断/知觉)</w:t>
        <w:br/>
        <w:br/>
        <w:t>解析：MBTI性格测试基于荣格的心理类型理论，将人的性格分为四个维度：能量取向(外向E/内向I)、信息获取方式(感觉S/直觉N)、决策方式(思考T/情感F)和生活方式(判断J/知觉P)。</w:t>
        <w:br/>
        <w:br/>
        <w:t>3. 答案：How</w:t>
        <w:br/>
        <w:br/>
        <w:t>解析："5W1H"分析法是一种常用的职业规划工具，包括：Who(我是谁)、What(我想做什么)、When(何时做)、Where(在哪里做)、Why(为什么做)和How(如何做)。</w:t>
        <w:br/>
        <w:br/>
        <w:t>4. 答案：自主/独立型</w:t>
        <w:br/>
        <w:br/>
        <w:t>解析：职业锚理论中，最核心的三种职业锚是：技术/职能型、管理型和自主/独立型。自主/独立型职业锚的个体追求独立自主、自由安排工作和生活方式。</w:t>
        <w:br/>
        <w:br/>
        <w:t>5. 答案：常规型(C)</w:t>
        <w:br/>
        <w:br/>
        <w:t>解析：霍兰德职业兴趣理论将职业环境分为六种类型：现实型(R)、研究型(I)、艺术型(A)、社会型(S)、企业型(E)和常规型(C)。常规型(C)的特点是喜欢有条理、规范的工作。</w:t>
        <w:br/>
        <w:br/>
        <w:t>6. 答案：观察能力、记忆能力</w:t>
        <w:br/>
        <w:br/>
        <w:t>解析：职业能力一般分为一般能力和特殊能力。一般能力包括学习能力、思维能力、观察能力、记忆能力等基础认知能力；特殊能力则指特定职业所需的专门技能。</w:t>
        <w:br/>
        <w:br/>
        <w:t xml:space="preserve"> 第三部分：判断题</w:t>
        <w:br/>
        <w:br/>
        <w:t>1. 答案：×</w:t>
        <w:br/>
        <w:br/>
        <w:t>解析：职业测评结果只是职业选择的参考依据之一，不能作为唯一依据。职业选择还需要考虑个人实际情况、社会环境、家庭因素等多方面因素，并且测评结果也有一定的局限性。</w:t>
        <w:br/>
        <w:br/>
        <w:t>2. 答案：×</w:t>
        <w:br/>
        <w:br/>
        <w:t>解析：MBTI性格测试是一种描述性工具，用于了解个体的性格特点，但不能准确预测一个人的职业成功与否。职业成功受多种因素影响，包括能力、努力、机遇等。</w:t>
        <w:br/>
        <w:br/>
        <w:t>3. 答案：×</w:t>
        <w:br/>
        <w:br/>
        <w:t>解析：职业锚虽然相对稳定，但并非一成不变。随着个人成长、经历变化和环境改变，职业锚可能会发生调整和转变，尤其是在职业生涯的不同阶段。</w:t>
        <w:br/>
        <w:br/>
        <w:t>4. 答案：√</w:t>
        <w:br/>
        <w:br/>
        <w:t>解析：职业兴趣测试可以帮助个体发现潜在的职业方向，提供有价值的参考信息，但最终的职业选择还需要结合个人能力、价值观、社会环境等多方面因素综合考量。</w:t>
        <w:br/>
        <w:br/>
        <w:t>5. 答案：×</w:t>
        <w:br/>
        <w:br/>
        <w:t>解析：职业规划是一个动态的过程，需要根据个人成长、环境变化和职业发展情况进行定期评估和调整，以保持其有效性和适应性。</w:t>
        <w:br/>
        <w:br/>
        <w:t>6. 答案：×</w:t>
        <w:br/>
        <w:br/>
        <w:t>解析：职业能力测试不仅可以评估已经具备的能力，还可以通过分析个体的认知特点、学习风格等，预测其未来的学习潜力和能力发展空间。</w:t>
        <w:br/>
        <w:br/>
        <w:t xml:space="preserve"> 第四部分：多项选择题</w:t>
        <w:br/>
        <w:br/>
        <w:t>1. 答案：A、B、C、D</w:t>
        <w:br/>
        <w:br/>
        <w:t>解析：职业测评的结果受多种因素影响，包括测试环境(如噪音、光线等)、测试者的情绪状态(如焦虑、疲劳等)、测试者的文化背景(如价值观、教育观念等)以及测试者的教育水平(如理解能力、知识储备等)。这些因素都可能影响测试结果的准确性和可靠性。</w:t>
        <w:br/>
        <w:br/>
        <w:t>2. 答案：A、B、C、D</w:t>
        <w:br/>
        <w:br/>
        <w:t>解析：职业规划中常用的方法包括SWOT分析(分析优势、劣势、机会和威胁)、生涯彩虹图(展示不同生命阶段的职业发展)、5W1H分析法(分析职业规划的各个要素)以及PEST分析(分析政治、经济、社会和技术等宏观环境因素)。</w:t>
        <w:br/>
        <w:br/>
        <w:t xml:space="preserve"> 第五部分：简答题</w:t>
        <w:br/>
        <w:br/>
        <w:t>1. 答案：</w:t>
        <w:br/>
        <w:br/>
        <w:t>职业测评在职业规划中具有以下重要作用：</w:t>
        <w:br/>
        <w:br/>
        <w:t>首先，职业测评可以帮助个体全面了解自己的兴趣、能力和价值观，为职业选择提供科学依据。通过测评，个体可以发现潜在的职业方向，减少盲目性。</w:t>
        <w:br/>
        <w:br/>
        <w:t>其次，职业测评可以提供客观的自我认知，弥补主观认知的偏差。很多时候，个体对自己的认识不够全面或准确，测评结果可以提供更客观的参考。</w:t>
        <w:br/>
        <w:br/>
        <w:t>再次，职业测评可以帮助个体了解不同职业的特点和要求，促进职业探索。通过测评结果，个体可以更有针对性地了解与自己特点匹配的职业信息。</w:t>
        <w:br/>
        <w:br/>
        <w:t>最后，职业测评可以作为职业决策的辅助工具，帮助个体在面临职业选择时做出更理性的判断。测评结果可以与个人实际情况、社会环境等因素结合，形成更全面的决策依据。</w:t>
        <w:br/>
        <w:br/>
        <w:t>2. 答案：</w:t>
        <w:br/>
        <w:br/>
        <w:t>职业锚是指个体在职业选择和发展过程中，始终不会放弃的核心价值观或动机。它反映了个体在职业选择中最重视的因素，是职业决策的内在驱动力。职业锚由埃德加·沙因提出，主要包括以下几种类型：</w:t>
        <w:br/>
        <w:br/>
        <w:t>(1)技术/职能型：专注于特定技术领域，追求技术专精和专业能力提升，而非追求管理职位。</w:t>
        <w:br/>
        <w:br/>
        <w:t>(2)管理型：追求管理权力和责任，希望在组织中担任领导角色，影响他人并组织资源实现组织目标。</w:t>
        <w:br/>
        <w:br/>
        <w:t>(3)自主/独立型：追求独立自主、自由安排工作和生活方式，不喜欢受到过多约束和控制。</w:t>
        <w:br/>
        <w:br/>
        <w:t>(4)安全/稳定型：重视工作的稳定性和安全性，追求可预测的职业发展路径和福利保障。</w:t>
        <w:br/>
        <w:br/>
        <w:t>(5)创业型：追求创新和冒险，喜欢创造自己的事业，愿意承担风险并从中获得成就感。</w:t>
        <w:br/>
        <w:br/>
        <w:t>(6)服务型：重视帮助他人和社会贡献，希望通过工作为社会或他人创造价值。</w:t>
        <w:br/>
        <w:br/>
        <w:t>(7)挑战型：追求挑战和克服困难，喜欢解决复杂问题，从挑战中获得成就感和满足感。</w:t>
        <w:br/>
        <w:br/>
        <w:t>(8)生活方式型：重视工作与生活的平衡，追求能够兼顾个人兴趣、家庭和工作的职业模式。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