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2025年船舶消防填空试题及答案</w:t>
      </w:r>
    </w:p>
    <w:p>
      <w:r>
        <w:br/>
        <w:t xml:space="preserve"> 一、单项选择题（共10题，每题2分）</w:t>
        <w:br/>
        <w:br/>
        <w:t>1. 船舶火灾最常见的原因是：</w:t>
        <w:br/>
        <w:br/>
        <w:t>A. 电气故障</w:t>
        <w:br/>
        <w:br/>
        <w:t>B. 机械故障</w:t>
        <w:br/>
        <w:br/>
        <w:t>C. 人为疏忽</w:t>
        <w:br/>
        <w:br/>
        <w:t>D. 自然灾害</w:t>
        <w:br/>
        <w:br/>
        <w:t>2. 船舶上最常见的灭火器类型是：</w:t>
        <w:br/>
        <w:br/>
        <w:t>A. 干粉灭火器</w:t>
        <w:br/>
        <w:br/>
        <w:t>B. 二氧化碳灭火器</w:t>
        <w:br/>
        <w:br/>
        <w:t>C. 泡沫灭火器</w:t>
        <w:br/>
        <w:br/>
        <w:t>D. 水基灭火器</w:t>
        <w:br/>
        <w:br/>
        <w:t>3. 船舶消防演习至少应进行：</w:t>
        <w:br/>
        <w:br/>
        <w:t>A. 每周一次</w:t>
        <w:br/>
        <w:br/>
        <w:t>B. 每两周一次</w:t>
        <w:br/>
        <w:br/>
        <w:t>C. 每月一次</w:t>
        <w:br/>
        <w:br/>
        <w:t>D. 每季度一次</w:t>
        <w:br/>
        <w:br/>
        <w:t>4. 船舶上安装的自动喷水灭火系统通常设置在：</w:t>
        <w:br/>
        <w:br/>
        <w:t>A. 机舱</w:t>
        <w:br/>
        <w:br/>
        <w:t>B. 货舱</w:t>
        <w:br/>
        <w:br/>
        <w:t>C. 居住舱室</w:t>
        <w:br/>
        <w:br/>
        <w:t>D. 驾驶室</w:t>
        <w:br/>
        <w:br/>
        <w:t>5. 船舶火灾中，最危险的气体是：</w:t>
        <w:br/>
        <w:br/>
        <w:t>A. 氧气</w:t>
        <w:br/>
        <w:br/>
        <w:t>B. 一氧化碳</w:t>
        <w:br/>
        <w:br/>
        <w:t>C. 二氧化碳</w:t>
        <w:br/>
        <w:br/>
        <w:t>D. 甲烷</w:t>
        <w:br/>
        <w:br/>
        <w:t>6. 船舶消防泵的启动压力通常设置为：</w:t>
        <w:br/>
        <w:br/>
        <w:t>A. 0.5MPa</w:t>
        <w:br/>
        <w:br/>
        <w:t>B. 1.0MPa</w:t>
        <w:br/>
        <w:br/>
        <w:t>C. 1.5MPa</w:t>
        <w:br/>
        <w:br/>
        <w:t>D. 2.0MPa</w:t>
        <w:br/>
        <w:br/>
        <w:t>7. 船舶上用于探测火灾的烟雾探测器最敏感的区域是：</w:t>
        <w:br/>
        <w:br/>
        <w:t>A. 机舱</w:t>
        <w:br/>
        <w:br/>
        <w:t>B. 货舱</w:t>
        <w:br/>
        <w:br/>
        <w:t>C. 厨房</w:t>
        <w:br/>
        <w:br/>
        <w:t>D. 走廊</w:t>
        <w:br/>
        <w:br/>
        <w:t>8. 船舶消防演习中，集合点通常设在：</w:t>
        <w:br/>
        <w:br/>
        <w:t>A. 船首</w:t>
        <w:br/>
        <w:br/>
        <w:t>B. 船尾</w:t>
        <w:br/>
        <w:br/>
        <w:t>C. 救生艇甲板</w:t>
        <w:br/>
        <w:br/>
        <w:t>D. 驾驶室</w:t>
        <w:br/>
        <w:br/>
        <w:t>9. 船舶上用于扑灭油类火灾的最佳灭火剂是：</w:t>
        <w:br/>
        <w:br/>
        <w:t>A. 水</w:t>
        <w:br/>
        <w:br/>
        <w:t>B. 干粉</w:t>
        <w:br/>
        <w:br/>
        <w:t>C. 二氧化碳</w:t>
        <w:br/>
        <w:br/>
        <w:t>D. 泡沫</w:t>
        <w:br/>
        <w:br/>
        <w:t>10. 船舶消防演习中，负责指挥的人员通常是：</w:t>
        <w:br/>
        <w:br/>
        <w:t>A. 船长</w:t>
        <w:br/>
        <w:br/>
        <w:t>B. 轮机长</w:t>
        <w:br/>
        <w:br/>
        <w:t>C. 大副</w:t>
        <w:br/>
        <w:br/>
        <w:t>D. 政委</w:t>
        <w:br/>
        <w:br/>
        <w:t xml:space="preserve"> 二、填空题（共6题，每题2分）</w:t>
        <w:br/>
        <w:br/>
        <w:t>1. 船舶消防设备主要包括灭火器、消防栓、消防水带、______和消防泵等。</w:t>
        <w:br/>
        <w:br/>
        <w:t>2. 船舶火灾按燃烧物质可分为A类（普通固体火灾）、B类（液体或可熔化固体火灾）、C类（气体火灾）和______类（电气火灾）。</w:t>
        <w:br/>
        <w:br/>
        <w:t>3. 船舶上常用的灭火剂有水、泡沫、干粉、______和卤代烷等。</w:t>
        <w:br/>
        <w:br/>
        <w:t>4. 船舶消防演习中，所有船员必须熟悉______的位置和使用方法。</w:t>
        <w:br/>
        <w:br/>
        <w:t>5. 船舶火灾报警系统通常包括手动报警按钮、______和自动火灾探测器。</w:t>
        <w:br/>
        <w:br/>
        <w:t>6. 船舶消防演习中，负责操作消防设备的人员通常是______。</w:t>
        <w:br/>
        <w:br/>
        <w:t xml:space="preserve"> 三、判断题（共6题，每题2分）</w:t>
        <w:br/>
        <w:br/>
        <w:t>1. 船舶上可以使用水扑灭所有类型的火灾。（ ）</w:t>
        <w:br/>
        <w:br/>
        <w:t>2. 船舶消防演习必须包括发现火情、报警、组织灭火和人员疏散等环节。（ ）</w:t>
        <w:br/>
        <w:br/>
        <w:t>3. 船舶上的消防设备必须定期检查和维护，确保随时可用。（ ）</w:t>
        <w:br/>
        <w:br/>
        <w:t>4. 船舶火灾中，烟雾向上扩散，因此高处比低处更安全。（ ）</w:t>
        <w:br/>
        <w:br/>
        <w:t>5. 船舶上可以使用任何类型的灭火器扑灭任何类型的火灾。（ ）</w:t>
        <w:br/>
        <w:br/>
        <w:t>6. 船舶消防演习中，集合点一旦确定就不能更改。（ ）</w:t>
        <w:br/>
        <w:br/>
        <w:t xml:space="preserve"> 四、多项选择题（共2题，每题2分）</w:t>
        <w:br/>
        <w:br/>
        <w:t>1. 以下哪些属于船舶消防演习的必备环节？（ ）</w:t>
        <w:br/>
        <w:br/>
        <w:t>A. 发现火情</w:t>
        <w:br/>
        <w:br/>
        <w:t>B. 报警</w:t>
        <w:br/>
        <w:br/>
        <w:t>C. 使用灭火设备</w:t>
        <w:br/>
        <w:br/>
        <w:t>D. 人员疏散</w:t>
        <w:br/>
        <w:br/>
        <w:t>E. 记录演习情况</w:t>
        <w:br/>
        <w:br/>
        <w:t>2. 船舶上常用的灭火剂适用于哪些类型的火灾？（ ）</w:t>
        <w:br/>
        <w:br/>
        <w:t>A. 水适用于A类火灾</w:t>
        <w:br/>
        <w:br/>
        <w:t>B. 泡沫适用于B类火灾</w:t>
        <w:br/>
        <w:br/>
        <w:t>C. 干粉适用于A、B、C类火灾</w:t>
        <w:br/>
        <w:br/>
        <w:t>D. 二氧化碳适用于B、C类火灾</w:t>
        <w:br/>
        <w:br/>
        <w:t>E. 卤代烷适用于所有类型火灾</w:t>
        <w:br/>
        <w:br/>
        <w:t xml:space="preserve"> 五、简答题（共2题，每题5分）</w:t>
        <w:br/>
        <w:br/>
        <w:t>1. 简述船舶火灾的特点及应对措施。</w:t>
        <w:br/>
        <w:br/>
        <w:t>2. 船舶消防演习的目的是什么？应包含哪些主要内容？</w:t>
        <w:br/>
        <w:br/>
        <w:t xml:space="preserve"> 参考答案及解析</w:t>
        <w:br/>
        <w:br/>
        <w:t xml:space="preserve"> 一、单项选择题</w:t>
        <w:br/>
        <w:br/>
        <w:t>1. 答案：C</w:t>
        <w:br/>
        <w:br/>
        <w:t>解析：船舶火灾最常见的原因是人为疏忽，包括操作不当、违反安全规定、吸烟不慎等。电气故障和机械故障也是常见原因，但比例低于人为因素。自然灾害在船舶上相对较少见。</w:t>
        <w:br/>
        <w:br/>
        <w:t>2. 答案：A</w:t>
        <w:br/>
        <w:br/>
        <w:t>解析：干粉灭火器是船舶上最常见的灭火器类型，因为它适用于多种类型的火灾，包括A、B、C类火灾，且灭火效率高。二氧化碳灭火器常用于电气设备灭火，泡沫灭火器主要用于液体火灾，水基灭火器主要用于固体火灾。</w:t>
        <w:br/>
        <w:br/>
        <w:t>3. 答案：C</w:t>
        <w:br/>
        <w:br/>
        <w:t>解析：根据国际海事组织(IMO)的规定，船舶消防演习应每月至少进行一次。每周一次过于频繁，每两周一次和每季度一次则不符合安全要求。</w:t>
        <w:br/>
        <w:br/>
        <w:t>4. 答案：A</w:t>
        <w:br/>
        <w:br/>
        <w:t>解析：自动喷水灭火系统通常设置在机舱，因为机舱是船舶火灾风险最高的区域之一，且设备集中，一旦发生火灾可能迅速蔓延。货舱、居住舱室和驾驶室也可能安装，但机舱是最常见的。</w:t>
        <w:br/>
        <w:br/>
        <w:t>5. 答案：B</w:t>
        <w:br/>
        <w:br/>
        <w:t>解析：一氧化碳是船舶火灾中最危险的气体之一，因为它无色无味，且在高浓度下会导致中毒甚至死亡。氧气虽然重要，但不是火灾产生的危险气体；二氧化碳是灭火剂，本身不危险；甲烷虽然可燃，但在船舶上相对较少。</w:t>
        <w:br/>
        <w:br/>
        <w:t>6. 答案：B</w:t>
        <w:br/>
        <w:br/>
        <w:t>解析：船舶消防泵的启动压力通常设置为1.0MPa，这是确保消防系统正常工作的标准压力。0.5MPa压力不足，1.5MPa和2.0MPa则可能对系统造成过大压力。</w:t>
        <w:br/>
        <w:br/>
        <w:t>7. 答案：C</w:t>
        <w:br/>
        <w:br/>
        <w:t>解析：厨房是船舶上最容易产生烟雾的区域，因此烟雾探测器通常对厨房区域最为敏感。机舱虽然也有火灾风险，但通常使用其他类型的探测器；货舱和走廊的火灾风险相对较低。</w:t>
        <w:br/>
        <w:br/>
        <w:t>8. 答案：C</w:t>
        <w:br/>
        <w:br/>
        <w:t>解析：船舶消防演习中，集合点通常设在救生艇甲板，这是最安全且易于集合的区域。船首、船尾和驾驶室在紧急情况下可能不安全。</w:t>
        <w:br/>
        <w:br/>
        <w:t>9. 答案：D</w:t>
        <w:br/>
        <w:br/>
        <w:t>解析：泡沫是扑灭油类火灾的最佳灭火剂，因为它可以覆盖在燃烧物表面，隔绝氧气。水会使油类火灾扩散；干粉和二氧化碳虽然有效，但灭火效果不如泡沫。</w:t>
        <w:br/>
        <w:br/>
        <w:t>10. 答案：A</w:t>
        <w:br/>
        <w:br/>
        <w:t>解析：在船舶消防演习中，船长通常负责指挥，因为船长对全船安全和人员负有最终责任。轮机长负责机舱区域，大副负责甲板区域，政委负责政治思想工作，但总体指挥权在船长。</w:t>
        <w:br/>
        <w:br/>
        <w:t xml:space="preserve"> 二、填空题</w:t>
        <w:br/>
        <w:br/>
        <w:t>1. 答案：消防水枪</w:t>
        <w:br/>
        <w:br/>
        <w:t>解析：船舶消防设备主要包括灭火器、消防栓、消防水带、消防水枪和消防泵等。消防水枪是连接在水带末端的喷射工具，用于控制水流方向和灭火。</w:t>
        <w:br/>
        <w:br/>
        <w:t>2. 答案：D</w:t>
        <w:br/>
        <w:br/>
        <w:t>解析：船舶火灾按燃烧物质可分为A类（普通固体火灾）、B类（液体或可熔化固体火灾）、C类（气体火灾）和D类（电气火灾）。D类火灾涉及带电设备，需要使用不导电的灭火剂。</w:t>
        <w:br/>
        <w:br/>
        <w:t>3. 答案：二氧化碳</w:t>
        <w:br/>
        <w:br/>
        <w:t>解析：船舶上常用的灭火剂有水、泡沫、干粉、二氧化碳和卤代烷等。二氧化碳是一种常用的灭火剂，特别适用于电气火灾和液体火灾。</w:t>
        <w:br/>
        <w:br/>
        <w:t>4. 答案：消防设备</w:t>
        <w:br/>
        <w:br/>
        <w:t>解析：船舶消防演习中，所有船员必须熟悉消防设备的位置和使用方法。这包括灭火器、消防栓、消防水带等设备的位置和操作方法。</w:t>
        <w:br/>
        <w:br/>
        <w:t>5. 答案：自动火灾探测器</w:t>
        <w:br/>
        <w:br/>
        <w:t>解析：船舶火灾报警系统通常包括手动报警按钮、自动火灾探测器和报警控制器等。自动火灾探测器可以自动检测烟雾、温度或火焰，并触发报警。</w:t>
        <w:br/>
        <w:br/>
        <w:t>6. 答案：消防队员</w:t>
        <w:br/>
        <w:br/>
        <w:t>解析：船舶消防演习中，负责操作消防设备的人员通常是消防队员。这些船员经过专门培训，负责在火灾发生时使用消防设备进行灭火。</w:t>
        <w:br/>
        <w:br/>
        <w:t xml:space="preserve"> 三、判断题</w:t>
        <w:br/>
        <w:br/>
        <w:t>1. 答案：×</w:t>
        <w:br/>
        <w:br/>
        <w:t>解析：船舶上不能使用水扑灭所有类型的火灾。例如，水不能用于扑灭电气火灾（可能导致触电），也不能用于扑灭油类火灾（可能导致火势扩大）。不同类型的火灾需要使用不同的灭火方法。</w:t>
        <w:br/>
        <w:br/>
        <w:t>2. 答案：√</w:t>
        <w:br/>
        <w:br/>
        <w:t>解析：船舶消防演习必须包括发现火情、报警、组织灭火和人员疏散等环节。这些环节是应对船舶火灾的基本步骤，缺一不可，确保船员熟悉整个应急流程。</w:t>
        <w:br/>
        <w:br/>
        <w:t>3. 答案：√</w:t>
        <w:br/>
        <w:br/>
        <w:t>解析：船舶上的消防设备必须定期检查和维护，确保随时可用。这是船舶安全管理的基本要求，也是国际海事组织的规定。定期检查可以确保设备在需要时能够正常工作。</w:t>
        <w:br/>
        <w:br/>
        <w:t>4. 答案：×</w:t>
        <w:br/>
        <w:br/>
        <w:t>解析：船舶火灾中，烟雾向上扩散，但高处不一定比低处更安全。在船舶火灾中，应优先考虑疏散路线的安全性，而不是单纯考虑高度。某些高处区域可能被火势包围，反而危险。</w:t>
        <w:br/>
        <w:br/>
        <w:t>5. 答案：×</w:t>
        <w:br/>
        <w:br/>
        <w:t>解析：船舶上不能使用任何类型的灭火器扑灭任何类型的火灾。不同类型的火灾需要使用不同类型的灭火器，例如电气火灾不能使用水基灭火器，油类火灾不能使用水等。</w:t>
        <w:br/>
        <w:br/>
        <w:t>6. 答案：×</w:t>
        <w:br/>
        <w:br/>
        <w:t>解析：船舶消防演习中，集合点可以根据实际情况调整。在某些情况下，原定的集合点可能不安全，需要转移到更安全的地点。集合点的选择应基于火情和安全评估。</w:t>
        <w:br/>
        <w:br/>
        <w:t xml:space="preserve"> 四、多项选择题</w:t>
        <w:br/>
        <w:br/>
        <w:t>1. 答案：A、B、C、D、E</w:t>
        <w:br/>
        <w:br/>
        <w:t>解析：船舶消防演习的必备环节包括：发现火情、报警、使用灭火设备、人员疏散和记录演习情况。记录演习情况是为了评估演习效果，发现不足并加以改进。所有这些环节都是船舶消防演习的重要组成部分。</w:t>
        <w:br/>
        <w:br/>
        <w:t>2. 答案：A、B、C、D</w:t>
        <w:br/>
        <w:br/>
        <w:t>解析：水适用于A类火灾（普通固体火灾）；泡沫适用于B类火灾（液体或可熔化固体火灾）；干粉适用于A、B、C类火灾；二氧化碳适用于B、C类火灾。卤代烷虽然适用于多种火灾，但由于对环境有害，已逐渐被其他灭火剂替代，不适用于所有类型火灾。</w:t>
        <w:br/>
        <w:br/>
        <w:t xml:space="preserve"> 五、简答题</w:t>
        <w:br/>
        <w:br/>
        <w:t>1. 答案：</w:t>
        <w:br/>
        <w:br/>
        <w:t>船舶火灾的特点：</w:t>
        <w:br/>
        <w:br/>
        <w:t>- 火灾蔓延速度快：船舶空间有限，火灾容易迅速蔓延</w:t>
        <w:br/>
        <w:br/>
        <w:t>- 扑救难度大：海上环境复杂，救援资源有限</w:t>
        <w:br/>
        <w:br/>
        <w:t>- 危害性大：可能造成人员伤亡、财产损失和环境污染</w:t>
        <w:br/>
        <w:br/>
        <w:t>- 类型多样：包括机舱火灾、货舱火灾、居住舱室火灾等</w:t>
        <w:br/>
        <w:br/>
        <w:t>应对措施：</w:t>
        <w:br/>
        <w:br/>
        <w:t>- 预防为主：加强日常检查，消除火灾隐患</w:t>
        <w:br/>
        <w:br/>
        <w:t>- 配备完善的消防设备：包括灭火器、消防栓、自动喷水系统等</w:t>
        <w:br/>
        <w:br/>
        <w:t>- 定期进行消防演习：提高船员的应急反应能力</w:t>
        <w:br/>
        <w:br/>
        <w:t>- 制定详细的应急预案：明确各岗位职责和疏散路线</w:t>
        <w:br/>
        <w:br/>
        <w:t>- 加强船员培训：提高消防安全意识和技能</w:t>
        <w:br/>
        <w:br/>
        <w:t>2. 答案：</w:t>
        <w:br/>
        <w:br/>
        <w:t>船舶消防演习的目的是：</w:t>
        <w:br/>
        <w:br/>
        <w:t>- 检验船舶消防设备的完好性和可用性</w:t>
        <w:br/>
        <w:br/>
        <w:t>- 提高船员的消防安全意识和应急反应能力</w:t>
        <w:br/>
        <w:br/>
        <w:t>- 检验应急预案的可行性和有效性</w:t>
        <w:br/>
        <w:br/>
        <w:t>- 发现消防管理中存在的问题并及时改进</w:t>
        <w:br/>
        <w:br/>
        <w:t>- 确保船舶在发生火灾时能够迅速有效地应对</w:t>
        <w:br/>
        <w:br/>
        <w:t>消防演习应包含的主要内容：</w:t>
        <w:br/>
        <w:br/>
        <w:t>- 发现火情：模拟各种可能的火灾场景</w:t>
        <w:br/>
        <w:br/>
        <w:t>- 报警程序：测试手动报警系统和自动报警系统</w:t>
        <w:br/>
        <w:br/>
        <w:t>- 灭火行动：使用各种消防设备进行灭火</w:t>
        <w:br/>
        <w:br/>
        <w:t>- 人员疏散：组织船员按照预定路线疏散到集合点</w:t>
        <w:br/>
        <w:br/>
        <w:t>- 救援行动：模拟伤员救援和医疗救护</w:t>
        <w:br/>
        <w:br/>
        <w:t>- 演习评估：对演习过程进行评估，总结经验教训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