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240" w:lineRule="auto" w:before="0" w:after="0"/>
        <w:jc w:val="center"/>
      </w:pPr>
      <w:r>
        <w:t>小学开学防骗第一课主题班会</w:t>
      </w:r>
    </w:p>
    <w:p>
      <w:pPr>
        <w:spacing w:line="240" w:lineRule="auto" w:before="0" w:after="0"/>
        <w:ind w:firstLine="480"/>
        <w:jc w:val="left"/>
      </w:pPr>
      <w:r>
        <w:t>教学目标：</w:t>
      </w:r>
    </w:p>
    <w:p>
      <w:pPr>
        <w:spacing w:line="240" w:lineRule="auto" w:before="0" w:after="0"/>
        <w:ind w:firstLine="480"/>
        <w:jc w:val="left"/>
      </w:pPr>
      <w:r>
        <w:t>1、了解学校安全隐患。</w:t>
      </w:r>
    </w:p>
    <w:p>
      <w:pPr>
        <w:spacing w:line="240" w:lineRule="auto" w:before="0" w:after="0"/>
        <w:ind w:firstLine="480"/>
        <w:jc w:val="left"/>
      </w:pPr>
      <w:r>
        <w:t>2、掌控安全知识，培育同学“珍爱生命，安全第一”的意识。</w:t>
      </w:r>
    </w:p>
    <w:p>
      <w:pPr>
        <w:spacing w:line="240" w:lineRule="auto" w:before="0" w:after="0"/>
        <w:ind w:firstLine="480"/>
        <w:jc w:val="left"/>
      </w:pPr>
      <w:r>
        <w:t>3、进行预防灾难，预防突发事情的教育。</w:t>
      </w:r>
    </w:p>
    <w:p>
      <w:pPr>
        <w:spacing w:line="240" w:lineRule="auto" w:before="0" w:after="0"/>
        <w:ind w:firstLine="480"/>
        <w:jc w:val="left"/>
      </w:pPr>
      <w:r>
        <w:t>教学重点：掌控安全知识，培育同学“珍爱生命，安全第一”的意识。</w:t>
      </w:r>
    </w:p>
    <w:p>
      <w:pPr>
        <w:spacing w:line="240" w:lineRule="auto" w:before="0" w:after="0"/>
        <w:ind w:firstLine="480"/>
        <w:jc w:val="left"/>
      </w:pPr>
      <w:r>
        <w:t>教学过程：</w:t>
      </w:r>
    </w:p>
    <w:p>
      <w:pPr>
        <w:spacing w:line="240" w:lineRule="auto" w:before="0" w:after="0"/>
        <w:ind w:firstLine="480"/>
        <w:jc w:val="left"/>
      </w:pPr>
      <w:r>
        <w:t>一、学校中存在的安全隐患。(请同学列举一些现象)</w:t>
      </w:r>
    </w:p>
    <w:p>
      <w:pPr>
        <w:spacing w:line="240" w:lineRule="auto" w:before="0" w:after="0"/>
        <w:ind w:firstLine="480"/>
        <w:jc w:val="left"/>
      </w:pPr>
      <w:r>
        <w:t>1、同学集会、集体活动、课间活动的安全隐患。</w:t>
      </w:r>
    </w:p>
    <w:p>
      <w:pPr>
        <w:spacing w:line="240" w:lineRule="auto" w:before="0" w:after="0"/>
        <w:ind w:firstLine="480"/>
        <w:jc w:val="left"/>
      </w:pPr>
      <w:r>
        <w:t>2、同学饮食、就餐的安全隐患。</w:t>
      </w:r>
    </w:p>
    <w:p>
      <w:pPr>
        <w:spacing w:line="240" w:lineRule="auto" w:before="0" w:after="0"/>
        <w:ind w:firstLine="480"/>
        <w:jc w:val="left"/>
      </w:pPr>
      <w:r>
        <w:t>3、同学交通安全隐患。</w:t>
      </w:r>
    </w:p>
    <w:p>
      <w:pPr>
        <w:spacing w:line="240" w:lineRule="auto" w:before="0" w:after="0"/>
        <w:ind w:firstLine="480"/>
        <w:jc w:val="left"/>
      </w:pPr>
      <w:r>
        <w:t>4、学校隐性损害的隐患。</w:t>
      </w:r>
    </w:p>
    <w:p>
      <w:pPr>
        <w:spacing w:line="240" w:lineRule="auto" w:before="0" w:after="0"/>
        <w:ind w:firstLine="480"/>
        <w:jc w:val="left"/>
      </w:pPr>
      <w:r>
        <w:t>二、同学集会、集体活动、课间活动中应当留意的安全事项。</w:t>
      </w:r>
    </w:p>
    <w:p>
      <w:pPr>
        <w:spacing w:line="240" w:lineRule="auto" w:before="0" w:after="0"/>
        <w:ind w:firstLine="480"/>
        <w:jc w:val="left"/>
      </w:pPr>
      <w:r>
        <w:t>1、上下楼梯要留意什么?</w:t>
      </w:r>
    </w:p>
    <w:p>
      <w:pPr>
        <w:spacing w:line="240" w:lineRule="auto" w:before="0" w:after="0"/>
        <w:ind w:firstLine="480"/>
        <w:jc w:val="left"/>
      </w:pPr>
      <w:r>
        <w:t>①不要由于赶时间而奔跑。②在人多的地方确定要扶好栏杆。③整队下楼时要与同学保持确定距离。④上下楼时不要将手放在兜里。⑤不要在楼道内弯腰拾东西、系鞋带。⑥上下楼靠右行。</w:t>
      </w:r>
    </w:p>
    <w:p>
      <w:pPr>
        <w:spacing w:line="240" w:lineRule="auto" w:before="0" w:after="0"/>
        <w:ind w:firstLine="480"/>
        <w:jc w:val="left"/>
      </w:pPr>
      <w:r>
        <w:t>2、集体活动中要一切行好听指挥，遵守时间，遵守纪律，遵守秩序，语言文明。</w:t>
      </w:r>
    </w:p>
    <w:p>
      <w:pPr>
        <w:spacing w:line="240" w:lineRule="auto" w:before="0" w:after="0"/>
        <w:ind w:firstLine="480"/>
        <w:jc w:val="left"/>
      </w:pPr>
      <w:r>
        <w:t>3、课间活动应当留意什么?</w:t>
      </w:r>
    </w:p>
    <w:p>
      <w:pPr>
        <w:spacing w:line="240" w:lineRule="auto" w:before="0" w:after="0"/>
        <w:ind w:firstLine="480"/>
        <w:jc w:val="left"/>
      </w:pPr>
      <w:r>
        <w:t>①室外空气新鲜，课间活动应当尽量在室外，但不要远离教室，以免耽搁下面的课程。</w:t>
      </w:r>
    </w:p>
    <w:p>
      <w:pPr>
        <w:spacing w:line="240" w:lineRule="auto" w:before="0" w:after="0"/>
        <w:ind w:firstLine="480"/>
        <w:jc w:val="left"/>
      </w:pPr>
      <w:r>
        <w:t>②活动的强度要适当，不要做猛烈的活动，以保证继续上课时不疲惫、精力集中、精神饱满。</w:t>
      </w:r>
    </w:p>
    <w:p>
      <w:pPr>
        <w:spacing w:line="240" w:lineRule="auto" w:before="0" w:after="0"/>
        <w:ind w:firstLine="480"/>
        <w:jc w:val="left"/>
      </w:pPr>
      <w:r>
        <w:t>③活动的方式要简便易行，如做做操等。</w:t>
      </w:r>
    </w:p>
    <w:p>
      <w:pPr>
        <w:spacing w:line="240" w:lineRule="auto" w:before="0" w:after="0"/>
        <w:ind w:firstLine="480"/>
        <w:jc w:val="left"/>
      </w:pPr>
      <w:r>
        <w:t>④活动要留意安全，切忌猛追猛打，要避开发生扭伤、碰伤等危急。</w:t>
      </w:r>
    </w:p>
    <w:p>
      <w:pPr>
        <w:spacing w:line="240" w:lineRule="auto" w:before="0" w:after="0"/>
        <w:ind w:firstLine="480"/>
        <w:jc w:val="left"/>
      </w:pPr>
      <w:r>
        <w:t>三、同学饮食、就餐的安全留意事项。</w:t>
      </w:r>
    </w:p>
    <w:p>
      <w:pPr>
        <w:spacing w:line="240" w:lineRule="auto" w:before="0" w:after="0"/>
        <w:ind w:firstLine="480"/>
        <w:jc w:val="left"/>
      </w:pPr>
      <w:r>
        <w:t>不吃过期、腐烂食品，有毒的药物(如杀虫剂、鼠药等)要放在安全的地方。</w:t>
      </w:r>
    </w:p>
    <w:p>
      <w:pPr>
        <w:spacing w:line="240" w:lineRule="auto" w:before="0" w:after="0"/>
        <w:ind w:firstLine="480"/>
        <w:jc w:val="left"/>
      </w:pPr>
      <w:r>
        <w:t>禁止购买用竹签串起的食物：油反复运用，竹签简约伤人，食品卫生得不到保证，油炸食品有致癌物质。</w:t>
      </w:r>
    </w:p>
    <w:p>
      <w:pPr>
        <w:spacing w:line="240" w:lineRule="auto" w:before="0" w:after="0"/>
        <w:ind w:firstLine="480"/>
        <w:jc w:val="left"/>
      </w:pPr>
      <w:r>
        <w:t>四、交通安全留意事项。</w:t>
      </w:r>
    </w:p>
    <w:p>
      <w:pPr>
        <w:spacing w:line="240" w:lineRule="auto" w:before="0" w:after="0"/>
        <w:ind w:firstLine="480"/>
        <w:jc w:val="left"/>
      </w:pPr>
      <w:r>
        <w:t>1、行人靠右走，过马路要走斑马线，留意观测来往车辆，红灯停，绿灯行，遵守交通规章。</w:t>
      </w:r>
    </w:p>
    <w:p>
      <w:pPr>
        <w:spacing w:line="240" w:lineRule="auto" w:before="0" w:after="0"/>
        <w:ind w:firstLine="480"/>
        <w:jc w:val="left"/>
      </w:pPr>
      <w:r>
        <w:t>2、乘坐公交车留意事项：</w:t>
      </w:r>
    </w:p>
    <w:p>
      <w:pPr>
        <w:spacing w:line="240" w:lineRule="auto" w:before="0" w:after="0"/>
        <w:ind w:firstLine="480"/>
        <w:jc w:val="left"/>
      </w:pPr>
      <w:r>
        <w:t>①车停稳后，方能上下车，上下车时留意秩序，不要拥挤。</w:t>
      </w:r>
    </w:p>
    <w:p>
      <w:pPr>
        <w:spacing w:line="240" w:lineRule="auto" w:before="0" w:after="0"/>
        <w:ind w:firstLine="480"/>
        <w:jc w:val="left"/>
      </w:pPr>
      <w:r>
        <w:t>②乘车时，要站稳扶牢，不要把身体任何部位伸出窗外，人多时，应当留意看管好自身物品，谨防扒手。</w:t>
      </w:r>
    </w:p>
    <w:p>
      <w:pPr>
        <w:spacing w:line="240" w:lineRule="auto" w:before="0" w:after="0"/>
        <w:ind w:firstLine="480"/>
        <w:jc w:val="left"/>
      </w:pPr>
      <w:r>
        <w:t>③留意公共场所礼仪，不要大声喧哗，保持环境卫生，主动为老弱病残让座等。</w:t>
      </w:r>
    </w:p>
    <w:p>
      <w:pPr>
        <w:spacing w:line="240" w:lineRule="auto" w:before="0" w:after="0"/>
        <w:ind w:firstLine="480"/>
        <w:jc w:val="left"/>
      </w:pPr>
      <w:r>
        <w:t>五、其他学校安全的留意事项：</w:t>
      </w:r>
    </w:p>
    <w:p>
      <w:pPr>
        <w:spacing w:line="240" w:lineRule="auto" w:before="0" w:after="0"/>
        <w:ind w:firstLine="480"/>
        <w:jc w:val="left"/>
      </w:pPr>
      <w:r>
        <w:t>1、如何正确对待老师的批判，甚至误会?</w:t>
      </w:r>
    </w:p>
    <w:p>
      <w:pPr>
        <w:spacing w:line="240" w:lineRule="auto" w:before="0" w:after="0"/>
        <w:ind w:firstLine="480"/>
        <w:jc w:val="left"/>
      </w:pPr>
      <w:r>
        <w:t>敢于自我反省，专注反思。假如真是老师误会，应当和老师好好沟通。切忌偏激，甚至做出什么过激的行动。</w:t>
      </w:r>
    </w:p>
    <w:p>
      <w:pPr>
        <w:spacing w:line="240" w:lineRule="auto" w:before="0" w:after="0"/>
        <w:ind w:firstLine="480"/>
        <w:jc w:val="left"/>
      </w:pPr>
      <w:r>
        <w:t>2、你与同学发生冲突怎么办?</w:t>
      </w:r>
    </w:p>
    <w:p>
      <w:pPr>
        <w:spacing w:line="240" w:lineRule="auto" w:before="0" w:after="0"/>
        <w:ind w:firstLine="480"/>
        <w:jc w:val="left"/>
      </w:pPr>
      <w:r>
        <w:t>自己的所作所为也要有安全意识。青少年时期简约冲动，简约感情用事，因此，在同学间遇到冲突时，确定要冷静，要理智，切忌用拳头代替说理，给自己和同学带来不良的后果。</w:t>
      </w:r>
    </w:p>
    <w:p>
      <w:pPr>
        <w:spacing w:line="240" w:lineRule="auto" w:before="0" w:after="0"/>
        <w:ind w:firstLine="480"/>
        <w:jc w:val="left"/>
      </w:pPr>
      <w:r>
        <w:t>3、如何加强教室安全?</w:t>
      </w:r>
    </w:p>
    <w:p>
      <w:pPr>
        <w:spacing w:line="240" w:lineRule="auto" w:before="0" w:after="0"/>
        <w:ind w:firstLine="480"/>
        <w:jc w:val="left"/>
      </w:pPr>
      <w:r>
        <w:t>要留意教室的安全。上课离开本班教室确定要关好门窗，要将钱和珍稀物品带在身上，不能给小偷有可之机;不要把球带到教学楼，在教室楼的走廓上踢，这种行为既违反了校规，又存在着很大的安全隐患，试想一想，若把玻璃窗踢碎，玻璃片飞入哪一位同学的眼中，那后果是不可名状的。</w:t>
      </w:r>
    </w:p>
    <w:p>
      <w:pPr>
        <w:spacing w:line="240" w:lineRule="auto" w:before="0" w:after="0"/>
        <w:ind w:firstLine="480"/>
        <w:jc w:val="left"/>
      </w:pPr>
      <w:r>
        <w:t>4、为什么不能提前到校?</w:t>
      </w:r>
    </w:p>
    <w:p>
      <w:pPr>
        <w:spacing w:line="240" w:lineRule="auto" w:before="0" w:after="0"/>
        <w:ind w:firstLine="480"/>
        <w:jc w:val="left"/>
      </w:pPr>
      <w:r>
        <w:t>校门没开，一些同学在校外发生冲突，无人调解会造成不须要的损害。</w:t>
      </w:r>
    </w:p>
    <w:p>
      <w:pPr>
        <w:spacing w:line="240" w:lineRule="auto" w:before="0" w:after="0"/>
        <w:ind w:firstLine="480"/>
        <w:jc w:val="left"/>
      </w:pPr>
      <w:r>
        <w:t>在校门外拥挤，会造成意外损害。</w:t>
      </w:r>
    </w:p>
    <w:p>
      <w:pPr>
        <w:spacing w:line="240" w:lineRule="auto" w:before="0" w:after="0"/>
        <w:ind w:firstLine="480"/>
        <w:jc w:val="left"/>
      </w:pPr>
      <w:r>
        <w:t>5、当自己感到身体不适时，怎么办?</w:t>
      </w:r>
    </w:p>
    <w:p>
      <w:pPr>
        <w:spacing w:line="240" w:lineRule="auto" w:before="0" w:after="0"/>
        <w:ind w:firstLine="480"/>
        <w:jc w:val="left"/>
      </w:pPr>
      <w:r>
        <w:t>实时告知班主任或任课老师，与家长取得联系。</w:t>
      </w:r>
    </w:p>
    <w:p>
      <w:pPr>
        <w:spacing w:line="240" w:lineRule="auto" w:before="0" w:after="0"/>
        <w:ind w:firstLine="480"/>
        <w:jc w:val="left"/>
      </w:pPr>
      <w:r>
        <w:t>6、你不认识的人自称是你家人的伙伴，要将你接走，你怎么办?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微软雅黑" w:hAnsi="微软雅黑" w:eastAsia="微软雅黑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