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2025年癫痫病试题及答案</w:t>
      </w:r>
    </w:p>
    <w:p>
      <w:r>
        <w:br/>
        <w:t xml:space="preserve"> 一、单项选择题（每题2分，共20分）</w:t>
        <w:br/>
        <w:br/>
        <w:t>1. 癫痫发作的国际分类中，以下哪项不属于局灶性发作的类型？</w:t>
        <w:br/>
        <w:br/>
        <w:t>A. 局灶性感知障碍发作</w:t>
        <w:br/>
        <w:br/>
        <w:t>B. 局灶性运动性发作</w:t>
        <w:br/>
        <w:br/>
        <w:t>C. 全面性强直-阵挛发作</w:t>
        <w:br/>
        <w:br/>
        <w:t>D. 局灶性自主神经症状发作</w:t>
        <w:br/>
        <w:br/>
        <w:t>2. 关于癫痫的病理生理学机制，以下说法正确的是：</w:t>
        <w:br/>
        <w:br/>
        <w:t>A. 癫痫发作主要是由于神经元过度同步放电所致</w:t>
        <w:br/>
        <w:br/>
        <w:t>B. 癫痫发作与神经递质无关</w:t>
        <w:br/>
        <w:br/>
        <w:t>C. 癫痫发作仅由遗传因素引起</w:t>
        <w:br/>
        <w:br/>
        <w:t>D. 癫痫发作不会影响大脑功能</w:t>
        <w:br/>
        <w:br/>
        <w:t>3. 以下哪种抗癫痫药物属于钠通道阻滞剂？</w:t>
        <w:br/>
        <w:br/>
        <w:t>A. 卡马西平</w:t>
        <w:br/>
        <w:br/>
        <w:t>B. 丙戊酸钠</w:t>
        <w:br/>
        <w:br/>
        <w:t>C. 托吡酯</w:t>
        <w:br/>
        <w:br/>
        <w:t>D. 乙琥胺</w:t>
        <w:br/>
        <w:br/>
        <w:t>4. 癫痫持续状态的定义是指：</w:t>
        <w:br/>
        <w:br/>
        <w:t>A. 癫痫发作持续超过5分钟</w:t>
        <w:br/>
        <w:br/>
        <w:t>B. 癫痫发作持续超过10分钟</w:t>
        <w:br/>
        <w:br/>
        <w:t>C. 癫痫发作持续超过30分钟或两次发作间期意识未完全恢复</w:t>
        <w:br/>
        <w:br/>
        <w:t>D. 癫痫发作持续超过1小时</w:t>
        <w:br/>
        <w:br/>
        <w:t>5. 以下哪项不是癫痫的常见病因？</w:t>
        <w:br/>
        <w:br/>
        <w:t>A. 脑外伤</w:t>
        <w:br/>
        <w:br/>
        <w:t>B. 脑血管疾病</w:t>
        <w:br/>
        <w:br/>
        <w:t>C. 高血压</w:t>
        <w:br/>
        <w:br/>
        <w:t>D. 脑肿瘤</w:t>
        <w:br/>
        <w:br/>
        <w:t>6. 关于癫痫的遗传学特点，以下说法错误的是：</w:t>
        <w:br/>
        <w:br/>
        <w:t>A. 部分癫痫类型具有明显的遗传倾向</w:t>
        <w:br/>
        <w:br/>
        <w:t>B. 单基因遗传性癫痫约占所有癫痫的1%</w:t>
        <w:br/>
        <w:br/>
        <w:t>C. 癫痫的遗传模式多样，包括常染色体显性、隐性遗传等</w:t>
        <w:br/>
        <w:br/>
        <w:t>D. 所有癫痫都与遗传因素有关</w:t>
        <w:br/>
        <w:br/>
        <w:t>7. 以下哪种检查对癫痫的诊断最有价值？</w:t>
        <w:br/>
        <w:br/>
        <w:t>A. 头颅CT</w:t>
        <w:br/>
        <w:br/>
        <w:t>B. 头颅MRI</w:t>
        <w:br/>
        <w:br/>
        <w:t>C. 脑电图</w:t>
        <w:br/>
        <w:br/>
        <w:t>D. 血液生化检查</w:t>
        <w:br/>
        <w:br/>
        <w:t>8. 关于Lennox-Gastaut综合征的特点，以下说法错误的是：</w:t>
        <w:br/>
        <w:br/>
        <w:t>A. 多在3-5岁起病</w:t>
        <w:br/>
        <w:br/>
        <w:t>B. 以多种癫痫发作为特征</w:t>
        <w:br/>
        <w:br/>
        <w:t>C. 脑电图表现为慢棘慢波</w:t>
        <w:br/>
        <w:br/>
        <w:t>D. 预后良好，多数可完全治愈</w:t>
        <w:br/>
        <w:br/>
        <w:t>9. 以下哪种情况不属于癫痫的诱发因素？</w:t>
        <w:br/>
        <w:br/>
        <w:t>A. 睡眠不足</w:t>
        <w:br/>
        <w:br/>
        <w:t>B. 饮酒</w:t>
        <w:br/>
        <w:br/>
        <w:t>C. 规律作息</w:t>
        <w:br/>
        <w:br/>
        <w:t>D. 闪光刺激</w:t>
        <w:br/>
        <w:br/>
        <w:t>10. 关于癫痫患者的手术治疗，以下说法正确的是：</w:t>
        <w:br/>
        <w:br/>
        <w:t>A. 所有癫痫患者都可以通过手术治疗</w:t>
        <w:br/>
        <w:br/>
        <w:t>B. 手术治疗适用于药物难治性癫痫</w:t>
        <w:br/>
        <w:br/>
        <w:t>C. 癫痫手术后无需继续服用抗癫痫药物</w:t>
        <w:br/>
        <w:br/>
        <w:t>D. 手术治疗仅适用于儿童癫痫患者</w:t>
        <w:br/>
        <w:br/>
        <w:t xml:space="preserve"> 二、填空题（每题2分，共10分）</w:t>
        <w:br/>
        <w:br/>
        <w:t>1. 癫痫是由多种病因引起的慢性脑部疾病，以_________、_________和_________为特征。</w:t>
        <w:br/>
        <w:br/>
        <w:t>2. 国际抗癫痫联盟(ILAE)将癫痫发作分为_________和_________两大类。</w:t>
        <w:br/>
        <w:br/>
        <w:t>3. 常用于治疗癫痫的药物中，_________是广谱抗癫痫药物，对多种癫痫类型有效。</w:t>
        <w:br/>
        <w:br/>
        <w:t>4. 癫痫持续状态的治疗原则包括_________、_________和_________。</w:t>
        <w:br/>
        <w:br/>
        <w:t>5. 癫痫患者的长期管理应包括_________、_________和_________三个方面。</w:t>
        <w:br/>
        <w:br/>
        <w:t xml:space="preserve"> 三、判断题（每题2分，共10分）</w:t>
        <w:br/>
        <w:br/>
        <w:t>1. 癫痫是一种精神疾病，主要表现为精神异常发作。（ ）</w:t>
        <w:br/>
        <w:br/>
        <w:t>2. 所有癫痫患者都需要终身服用抗癫痫药物。（ ）</w:t>
        <w:br/>
        <w:br/>
        <w:t>3. 脑电图正常可以完全排除癫痫的诊断。（ ）</w:t>
        <w:br/>
        <w:br/>
        <w:t>4. 癫痫患者应避免从事高空作业、驾驶等危险工作。（ ）</w:t>
        <w:br/>
        <w:br/>
        <w:t>5. 妊娠期间应继续服用抗癫痫药物，因为癫痫发作对胎儿的危害大于药物影响。（ ）</w:t>
        <w:br/>
        <w:br/>
        <w:t xml:space="preserve"> 四、多项选择题（每题2分，共4分）</w:t>
        <w:br/>
        <w:br/>
        <w:t>1. 以下哪些因素可能诱发癫痫发作？（ ）</w:t>
        <w:br/>
        <w:br/>
        <w:t>A. 酒精戒断</w:t>
        <w:br/>
        <w:br/>
        <w:t>B. 闪光刺激</w:t>
        <w:br/>
        <w:br/>
        <w:t>C. 发热</w:t>
        <w:br/>
        <w:br/>
        <w:t>D. 过度换气</w:t>
        <w:br/>
        <w:br/>
        <w:t>2. 关于儿童良性癫痫伴中央颞区棘波(BECT)，以下说法正确的有（ ）</w:t>
        <w:br/>
        <w:br/>
        <w:t>A. 多在3-13岁发病</w:t>
        <w:br/>
        <w:br/>
        <w:t>B. 发作多在睡眠时发生</w:t>
        <w:br/>
        <w:br/>
        <w:t>C. 脑电图表现为中央颞区高幅棘波</w:t>
        <w:br/>
        <w:br/>
        <w:t>D. 通常需要长期药物治疗</w:t>
        <w:br/>
        <w:br/>
        <w:t>E. 预后良好，多数在青春期前自愈</w:t>
        <w:br/>
        <w:br/>
        <w:t xml:space="preserve"> 五、简答题（每题5分，共10分）</w:t>
        <w:br/>
        <w:br/>
        <w:t>1. 简述癫痫的诊断标准及诊断流程。</w:t>
        <w:br/>
        <w:br/>
        <w:t>2. 请列举至少五种常见的抗癫痫药物及其主要适应症。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解析：全面性强直-阵挛发作属于全面性发作，而非局灶性发作。局灶性发作包括局灶性感知障碍发作、局灶性运动性发作、局灶性自主神经症状发作等。因此，C选项不属于局灶性发作的类型。</w:t>
        <w:br/>
        <w:br/>
        <w:t>2. 答案：A</w:t>
        <w:br/>
        <w:br/>
        <w:t>解析：癫痫发作的主要病理生理学机制是神经元过度同步放电。神经递质失衡、离子通道异常、遗传因素等都可能参与癫痫的发生发展过程。因此，A选项正确，B、C、D选项错误。</w:t>
        <w:br/>
        <w:br/>
        <w:t>3. 答案：A</w:t>
        <w:br/>
        <w:br/>
        <w:t>解析：卡马西平属于钠通道阻滞剂，通过阻滞电压依赖性钠通道，抑制神经元反复放电。丙戊酸钠属于广谱抗癫痫药，作用机制复杂；托吡酯属于多种机制抗癫痫药；乙琥胺主要用于失神发作。因此，A选项正确。</w:t>
        <w:br/>
        <w:br/>
        <w:t>4. 答案：C</w:t>
        <w:br/>
        <w:br/>
        <w:t>解析：癫痫持续状态是指癫痫发作持续超过30分钟或两次发作间期意识未完全恢复的紧急情况。这是癫痫最严重的并发症之一，需要紧急处理。因此，C选项正确。</w:t>
        <w:br/>
        <w:br/>
        <w:t>5. 答案：C</w:t>
        <w:br/>
        <w:br/>
        <w:t>解析：癫痫的常见病因包括脑外伤、脑血管疾病、脑肿瘤、中枢神经系统感染、遗传因素等。高血压本身不是癫痫的直接病因，但严重的高血压可能导致脑血管病变，间接引起癫痫。因此，C选项正确。</w:t>
        <w:br/>
        <w:br/>
        <w:t>6. 答案：D</w:t>
        <w:br/>
        <w:br/>
        <w:t>解析：部分癫痫类型具有明显的遗传倾向，单基因遗传性癫痫约占所有癫痫的1%，遗传模式多样。但并非所有癫痫都与遗传因素有关，获得性因素如脑外伤、感染等也是常见病因。因此，D选项错误。</w:t>
        <w:br/>
        <w:br/>
        <w:t>7. 答案：C</w:t>
        <w:br/>
        <w:br/>
        <w:t>解析：脑电图是癫痫诊断最有价值的检查方法，可记录到癫痫样放电。头颅CT和MRI主要用于发现结构性病变，对癫痫的诊断价值有限。血液生化检查主要用于排除代谢性病因。因此，C选项正确。</w:t>
        <w:br/>
        <w:br/>
        <w:t>8. 答案：D</w:t>
        <w:br/>
        <w:br/>
        <w:t>解析：Lennox-Gastaut综合征是一种儿童难治性癫痫综合征，多在3-5岁起病，以多种癫痫发作为特征，脑电图表现为慢棘慢波，预后较差，多数患者需要长期治疗。因此，D选项错误。</w:t>
        <w:br/>
        <w:br/>
        <w:t>9. 答案：C</w:t>
        <w:br/>
        <w:br/>
        <w:t>解析：癫痫的诱发因素包括睡眠不足、饮酒、闪光刺激、过度换气、发热等。规律作息有助于减少癫痫发作，不属于诱发因素。因此，C选项正确。</w:t>
        <w:br/>
        <w:br/>
        <w:t>10. 答案：B</w:t>
        <w:br/>
        <w:br/>
        <w:t>解析：手术治疗主要适用于药物难治性癫痫，特别是有明确致痫灶的患者。并非所有癫痫患者都适合手术，术后多数患者仍需继续服用抗癫痫药物。手术治疗不仅适用于儿童，也适用于成人癫痫患者。因此，B选项正确。</w:t>
        <w:br/>
        <w:br/>
        <w:t xml:space="preserve"> 二、填空题</w:t>
        <w:br/>
        <w:br/>
        <w:t>1. 答案：反复性、发作性、刻板性</w:t>
        <w:br/>
        <w:br/>
        <w:t>解析：癫痫是由多种病因引起的慢性脑部疾病，以反复性、发作性和刻板性为特征。反复性指癫痫会反复发作；发作性指癫痫呈突然发作、突然停止的特点；刻板性指每次发作的表现相似。</w:t>
        <w:br/>
        <w:br/>
        <w:t>2. 答案：局灶性发作、全面性发作</w:t>
        <w:br/>
        <w:br/>
        <w:t>解析：国际抗癫痫联盟(ILAE)将癫痫发作分为局灶性发作和全面性发作两大类。局灶性发作起源于一侧大脑半球，全面性发作起源于双侧大脑半球。</w:t>
        <w:br/>
        <w:br/>
        <w:t>3. 答案：丙戊酸钠</w:t>
        <w:br/>
        <w:br/>
        <w:t>解析：丙戊酸钠是广谱抗癫痫药物，对多种癫痫类型有效，包括全面性发作和部分性发作。它通过增强GABA能神经传递和抑制电压依赖性钠通道发挥作用。</w:t>
        <w:br/>
        <w:br/>
        <w:t>4. 答案：控制发作、预防并发症、病因治疗</w:t>
        <w:br/>
        <w:br/>
        <w:t>解析：癫痫持续状态的治疗原则包括：1)迅速控制发作；2)预防并发症；3)针对病因治疗。需要静脉给予足量抗癫痫药物，同时监测生命体征和脑功能。</w:t>
        <w:br/>
        <w:br/>
        <w:t>5. 答案：药物治疗、生活方式管理、定期随访</w:t>
        <w:br/>
        <w:br/>
        <w:t>解析：癫痫患者的长期管理应包括：1)药物治疗：合理选择抗癫痫药物，定期调整剂量；2)生活方式管理：避免诱发因素，保持规律作息；3)定期随访：评估治疗效果和药物不良反应。</w:t>
        <w:br/>
        <w:br/>
        <w:t xml:space="preserve"> 三、判断题</w:t>
        <w:br/>
        <w:br/>
        <w:t>1. 答案：×</w:t>
        <w:br/>
        <w:br/>
        <w:t>解析：癫痫是一种神经系统疾病，而非精神疾病。虽然癫痫发作可能伴有精神症状，但其本质是大脑神经元异常放电导致的神经系统功能障碍。</w:t>
        <w:br/>
        <w:br/>
        <w:t>2. 答案：×</w:t>
        <w:br/>
        <w:br/>
        <w:t>解析：并非所有癫痫患者都需要终身服用抗癫痫药物。部分癫痫患者在发作控制2-5年后，在医生指导下可以逐渐减量停药，特别是儿童良性癫痫和某些特发性癫痫综合征。</w:t>
        <w:br/>
        <w:br/>
        <w:t>3. 答案：×</w:t>
        <w:br/>
        <w:br/>
        <w:t>解析：脑电图正常不能完全排除癫痫的诊断。部分癫痫患者间歇期脑电图可能正常，或者只在特定情况下才能记录到异常放电。需要结合临床表现和其他检查结果综合判断。</w:t>
        <w:br/>
        <w:br/>
        <w:t>4. 答案：√</w:t>
        <w:br/>
        <w:br/>
        <w:t>解析：癫痫患者应避免从事高空作业、驾驶、操作机器等危险工作，因为这些工作需要高度集中注意力，一旦发作可能导致严重事故，危及自身和他人安全。</w:t>
        <w:br/>
        <w:br/>
        <w:t>5. 答案：√</w:t>
        <w:br/>
        <w:br/>
        <w:t>解析：妊娠期间应继续服用抗癫痫药物，因为癫痫发作对胎儿的危害大于药物影响。但需要选择对胎儿影响较小的药物，并密切监测药物浓度和胎儿发育情况。</w:t>
        <w:br/>
        <w:br/>
        <w:t xml:space="preserve"> 四、多项选择题</w:t>
        <w:br/>
        <w:br/>
        <w:t>1. 答案：A、B、C、D</w:t>
        <w:br/>
        <w:br/>
        <w:t>解析：多种因素可能诱发癫痫发作，包括：A)酒精戒断：酒精可降低癫痫发作阈值，突然戒断可能诱发发作；B)闪光刺激：某些癫痫患者对闪光刺激敏感，可诱发发作；C)发热：特别是儿童热性惊厥，可能发展为癫痫；D)过度换气：可降低癫痫发作阈值，诱发某些类型的癫痫发作。</w:t>
        <w:br/>
        <w:br/>
        <w:t>2. 答案：A、B、C、E</w:t>
        <w:br/>
        <w:br/>
        <w:t>解析：儿童良性癫痫伴中央颞区棘波(BECT)的特点包括：A)多在3-13岁发病，学龄期儿童多见；B)发作多在睡眠时发生，表现为口、咽、面部肌肉的抽搐；C)脑电图表现为中央颞区高幅棘波；E)预后良好，多数在青春期前自愈。D选项错误，因为BECT通常不需要长期药物治疗，多数在青春期前可自行缓解。</w:t>
        <w:br/>
        <w:br/>
        <w:t xml:space="preserve"> 五、简答题</w:t>
        <w:br/>
        <w:br/>
        <w:t>1. 答案：</w:t>
        <w:br/>
        <w:br/>
        <w:t>癫痫的诊断标准及诊断流程如下：</w:t>
        <w:br/>
        <w:br/>
        <w:t>诊断标准：</w:t>
        <w:br/>
        <w:br/>
        <w:t>(1) 至少两次非诱发性发作间隔超过24小时；</w:t>
        <w:br/>
        <w:br/>
        <w:t>(2) 一次非诱发性发作后，有10%以上的复发风险；</w:t>
        <w:br/>
        <w:br/>
        <w:t>(3) ILAE综合征诊断标准确诊的癫痫综合征。</w:t>
        <w:br/>
        <w:br/>
        <w:t>诊断流程：</w:t>
        <w:br/>
        <w:br/>
        <w:t>(1) 详细病史采集：包括发作表现、发作频率、持续时间、诱发因素、既往史、家族史等；</w:t>
        <w:br/>
        <w:br/>
        <w:t>(2) 神经系统体格检查：评估神经系统功能状态；</w:t>
        <w:br/>
        <w:br/>
        <w:t>(3) 辅助检查：脑电图(包括常规脑电图、长程视频脑电图等)、神经影像学检查(头颅CT、MRI等)、血液生化检查等；</w:t>
        <w:br/>
        <w:br/>
        <w:t>(4) 鉴别诊断：排除晕厥、短暂性脑缺血发作、癔症等非癫痫性发作；</w:t>
        <w:br/>
        <w:br/>
        <w:t>(5) 确定癫痫类型和病因：根据临床表现和检查结果，确定癫痫发作类型和可能的病因；</w:t>
        <w:br/>
        <w:br/>
        <w:t>(6) 制定治疗方案：根据癫痫类型和病因，制定个体化的治疗方案。</w:t>
        <w:br/>
        <w:br/>
        <w:t>2. 答案：</w:t>
        <w:br/>
        <w:br/>
        <w:t>常见的抗癫痫药物及其主要适应症：</w:t>
        <w:br/>
        <w:br/>
        <w:t>(1) 卡马西平：主要用于局灶性癫痫发作，特别是伴有简单或复杂症状的局灶性发作。</w:t>
        <w:br/>
        <w:br/>
        <w:t>(2) 丙戊酸钠：广谱抗癫痫药，适用于全面性发作(如失神发作、肌阵挛发作、强直-阵挛发作)和部分性发作。</w:t>
        <w:br/>
        <w:br/>
        <w:t>(3) 苯妥英钠：主要用于部分性发作和全面性强直-阵挛发作，也可用于癫痫持续状态的治疗。</w:t>
        <w:br/>
        <w:br/>
        <w:t>(4) 拉莫三嗪：适用于多种癫痫类型，包括部分性发作、全面性发作(特别是Lennox-Gastaut综合征)。</w:t>
        <w:br/>
        <w:br/>
        <w:t>(5) 托吡酯：广谱抗癫痫药，适用于部分性发作、全面性发作(包括Lennox-Gastaut综合征)和婴儿痉挛症。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